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Match the shapes: formas no dia a dia</w:t>
      </w:r>
    </w:p>
    <w:p>
      <w:r>
        <w:rPr>
          <w:color w:val="6B6B6B"/>
          <w:sz w:val="18"/>
        </w:rPr>
        <w:t>4 anos e 5 anos · Shapes (formas)</w:t>
      </w:r>
    </w:p>
    <w:p>
      <w:pPr>
        <w:pStyle w:val="Heading2"/>
      </w:pPr>
      <w:r>
        <w:t>1. What shape is it?</w:t>
      </w:r>
    </w:p>
    <w:p>
      <w:r>
        <w:rPr>
          <w:i/>
        </w:rPr>
        <w:t>Olhe o objeto e escolha a forma parecida. (Match the object to the shape.)</w:t>
      </w:r>
    </w:p>
    <w:p>
      <w:pPr>
        <w:keepNext/>
        <w:spacing w:before="120"/>
      </w:pPr>
      <w:r>
        <w:t>1. ⚽  A ball is a...</w:t>
      </w:r>
    </w:p>
    <w:p>
      <w:pPr>
        <w:spacing w:after="0"/>
        <w:ind w:left="454"/>
      </w:pPr>
      <w:r>
        <w:t>(   ) a) circle</w:t>
      </w:r>
    </w:p>
    <w:p>
      <w:pPr>
        <w:spacing w:after="0"/>
        <w:ind w:left="454"/>
      </w:pPr>
      <w:r>
        <w:t>(   ) b) square</w:t>
      </w:r>
    </w:p>
    <w:p>
      <w:pPr>
        <w:spacing w:after="0"/>
        <w:ind w:left="454"/>
      </w:pPr>
      <w:r>
        <w:t>(   ) c) triangle</w:t>
      </w:r>
    </w:p>
    <w:p>
      <w:pPr>
        <w:keepNext/>
        <w:spacing w:before="120"/>
      </w:pPr>
      <w:r>
        <w:t>2. 🍕  A slice of pizza is a...</w:t>
      </w:r>
    </w:p>
    <w:p>
      <w:pPr>
        <w:spacing w:after="0"/>
        <w:ind w:left="454"/>
      </w:pPr>
      <w:r>
        <w:t>(   ) a) star</w:t>
      </w:r>
    </w:p>
    <w:p>
      <w:pPr>
        <w:spacing w:after="0"/>
        <w:ind w:left="454"/>
      </w:pPr>
      <w:r>
        <w:t>(   ) b) triangle</w:t>
      </w:r>
    </w:p>
    <w:p>
      <w:pPr>
        <w:spacing w:after="0"/>
        <w:ind w:left="454"/>
      </w:pPr>
      <w:r>
        <w:t>(   ) c) circle</w:t>
      </w:r>
    </w:p>
    <w:p>
      <w:pPr>
        <w:keepNext/>
        <w:spacing w:before="120"/>
      </w:pPr>
      <w:r>
        <w:t>3. 🖼️  A picture frame is a...</w:t>
      </w:r>
    </w:p>
    <w:p>
      <w:pPr>
        <w:spacing w:after="0"/>
        <w:ind w:left="454"/>
      </w:pPr>
      <w:r>
        <w:t>(   ) a) heart</w:t>
      </w:r>
    </w:p>
    <w:p>
      <w:pPr>
        <w:spacing w:after="0"/>
        <w:ind w:left="454"/>
      </w:pPr>
      <w:r>
        <w:t>(   ) b) circle</w:t>
      </w:r>
    </w:p>
    <w:p>
      <w:pPr>
        <w:spacing w:after="0"/>
        <w:ind w:left="454"/>
      </w:pPr>
      <w:r>
        <w:t>(   ) c) rectangle</w:t>
      </w:r>
    </w:p>
    <w:p>
      <w:pPr>
        <w:keepNext/>
        <w:spacing w:before="120"/>
      </w:pPr>
      <w:r>
        <w:t>4. ⭐  This is a...</w:t>
      </w:r>
    </w:p>
    <w:p>
      <w:pPr>
        <w:spacing w:after="0"/>
        <w:ind w:left="454"/>
      </w:pPr>
      <w:r>
        <w:t>(   ) a) star</w:t>
      </w:r>
    </w:p>
    <w:p>
      <w:pPr>
        <w:spacing w:after="0"/>
        <w:ind w:left="454"/>
      </w:pPr>
      <w:r>
        <w:t>(   ) b) square</w:t>
      </w:r>
    </w:p>
    <w:p>
      <w:pPr>
        <w:spacing w:after="0"/>
        <w:ind w:left="454"/>
      </w:pPr>
      <w:r>
        <w:t>(   ) c) heart</w:t>
      </w:r>
    </w:p>
    <w:p>
      <w:pPr>
        <w:keepNext/>
        <w:spacing w:before="120"/>
      </w:pPr>
      <w:r>
        <w:t>5. 🍪  A cookie is a...</w:t>
      </w:r>
    </w:p>
    <w:p>
      <w:pPr>
        <w:spacing w:after="0"/>
        <w:ind w:left="454"/>
      </w:pPr>
      <w:r>
        <w:t>(   ) a) triangle</w:t>
      </w:r>
    </w:p>
    <w:p>
      <w:pPr>
        <w:spacing w:after="0"/>
        <w:ind w:left="454"/>
      </w:pPr>
      <w:r>
        <w:t>(   ) b) circle</w:t>
      </w:r>
    </w:p>
    <w:p>
      <w:pPr>
        <w:spacing w:after="0"/>
        <w:ind w:left="454"/>
      </w:pPr>
      <w:r>
        <w:t>(   ) c) rectangle</w:t>
      </w:r>
    </w:p>
    <w:p>
      <w:pPr>
        <w:keepNext/>
        <w:spacing w:before="120"/>
      </w:pPr>
      <w:r>
        <w:t>6. ❤️  This is a...</w:t>
      </w:r>
    </w:p>
    <w:p>
      <w:pPr>
        <w:spacing w:after="0"/>
        <w:ind w:left="454"/>
      </w:pPr>
      <w:r>
        <w:t>(   ) a) circle</w:t>
      </w:r>
    </w:p>
    <w:p>
      <w:pPr>
        <w:spacing w:after="0"/>
        <w:ind w:left="454"/>
      </w:pPr>
      <w:r>
        <w:t>(   ) b) star</w:t>
      </w:r>
    </w:p>
    <w:p>
      <w:pPr>
        <w:spacing w:after="0"/>
        <w:ind w:left="454"/>
      </w:pPr>
      <w:r>
        <w:t>(   ) c) heart</w:t>
      </w:r>
    </w:p>
    <w:p>
      <w:pPr>
        <w:pStyle w:val="Heading2"/>
      </w:pPr>
      <w:r>
        <w:t>2. Yes or no?</w:t>
      </w:r>
    </w:p>
    <w:p>
      <w:r>
        <w:rPr>
          <w:i/>
        </w:rPr>
        <w:t>Olhe a figura. A frase está certa? (Yes = sim / No = não)</w:t>
      </w:r>
    </w:p>
    <w:p>
      <w:pPr>
        <w:keepNext/>
        <w:spacing w:before="120"/>
      </w:pPr>
      <w:r>
        <w:t>1. 🕒  The clock is a circle.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🚪  The door is a triangle.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🔺  This is a triangle.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4. 🟦  This is a heart.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shape is it?</w:t>
      </w:r>
    </w:p>
    <w:p>
      <w:pPr>
        <w:spacing w:after="0"/>
      </w:pPr>
      <w:r>
        <w:t>1) a) circle</w:t>
      </w:r>
    </w:p>
    <w:p>
      <w:pPr>
        <w:spacing w:after="0"/>
      </w:pPr>
      <w:r>
        <w:t>2) b) triangle</w:t>
      </w:r>
    </w:p>
    <w:p>
      <w:pPr>
        <w:spacing w:after="0"/>
      </w:pPr>
      <w:r>
        <w:t>3) c) rectangle</w:t>
      </w:r>
    </w:p>
    <w:p>
      <w:pPr>
        <w:spacing w:after="0"/>
      </w:pPr>
      <w:r>
        <w:t>4) a) star</w:t>
      </w:r>
    </w:p>
    <w:p>
      <w:pPr>
        <w:spacing w:after="0"/>
      </w:pPr>
      <w:r>
        <w:t>5) b) circle</w:t>
      </w:r>
    </w:p>
    <w:p>
      <w:pPr>
        <w:spacing w:after="0"/>
      </w:pPr>
      <w:r>
        <w:t>6) c) heart</w:t>
      </w:r>
    </w:p>
    <w:p>
      <w:r>
        <w:rPr>
          <w:b/>
        </w:rPr>
        <w:t>2.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pPr>
        <w:spacing w:after="0"/>
      </w:pPr>
      <w:r>
        <w:t>4) No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2025-12-19T00:00:00Z</dcterms:created>
  <dcterms:modified xsi:type="dcterms:W3CDTF">2025-12-19T00:00:00Z</dcterms:modified>
  <cp:category/>
</cp:coreProperties>
</file>