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Shapes and school supplies: formas e material escolar</w:t>
      </w:r>
    </w:p>
    <w:p>
      <w:r>
        <w:rPr>
          <w:color w:val="6B6B6B"/>
          <w:sz w:val="18"/>
        </w:rPr>
        <w:t>4 anos e 5 anos · Shapes (formas)</w:t>
      </w:r>
    </w:p>
    <w:p>
      <w:pPr>
        <w:pStyle w:val="Heading2"/>
      </w:pPr>
      <w:r>
        <w:t>1. What shape is it?</w:t>
      </w:r>
    </w:p>
    <w:p>
      <w:r>
        <w:rPr>
          <w:i/>
        </w:rPr>
        <w:t>Olhe a figura e escolha a forma. (Look and choose the shape.)</w:t>
      </w:r>
    </w:p>
    <w:p>
      <w:pPr>
        <w:keepNext/>
        <w:spacing w:before="120"/>
      </w:pPr>
      <w:r>
        <w:t>1. 🔴  What shape is it?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square</w:t>
      </w:r>
    </w:p>
    <w:p>
      <w:pPr>
        <w:keepNext/>
        <w:spacing w:before="120"/>
      </w:pPr>
      <w:r>
        <w:t>2. 🟦  What shape is it?</w:t>
      </w:r>
    </w:p>
    <w:p>
      <w:pPr>
        <w:spacing w:after="0"/>
        <w:ind w:left="454"/>
      </w:pPr>
      <w:r>
        <w:t>(   ) a) triangle</w:t>
      </w:r>
    </w:p>
    <w:p>
      <w:pPr>
        <w:spacing w:after="0"/>
        <w:ind w:left="454"/>
      </w:pPr>
      <w:r>
        <w:t>(   ) b) square</w:t>
      </w:r>
    </w:p>
    <w:p>
      <w:pPr>
        <w:keepNext/>
        <w:spacing w:before="120"/>
      </w:pPr>
      <w:r>
        <w:t>3. 🔺  What shape is it?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rectangle</w:t>
      </w:r>
    </w:p>
    <w:p>
      <w:pPr>
        <w:spacing w:after="0"/>
        <w:ind w:left="454"/>
      </w:pPr>
      <w:r>
        <w:t>(   ) c) triangle</w:t>
      </w:r>
    </w:p>
    <w:p>
      <w:pPr>
        <w:keepNext/>
        <w:spacing w:before="120"/>
      </w:pPr>
      <w:r>
        <w:t>4. 🚪  A door is a...</w:t>
      </w:r>
    </w:p>
    <w:p>
      <w:pPr>
        <w:spacing w:after="0"/>
        <w:ind w:left="454"/>
      </w:pPr>
      <w:r>
        <w:t>(   ) a) rectangle</w:t>
      </w:r>
    </w:p>
    <w:p>
      <w:pPr>
        <w:spacing w:after="0"/>
        <w:ind w:left="454"/>
      </w:pPr>
      <w:r>
        <w:t>(   ) b) circle</w:t>
      </w:r>
    </w:p>
    <w:p>
      <w:pPr>
        <w:pStyle w:val="Heading2"/>
      </w:pPr>
      <w:r>
        <w:t>2. Count the shapes</w:t>
      </w:r>
    </w:p>
    <w:p>
      <w:r>
        <w:rPr>
          <w:i/>
        </w:rPr>
        <w:t>Conte as formas e escolha a frase certa. (Count and choose.)</w:t>
      </w:r>
    </w:p>
    <w:p>
      <w:pPr>
        <w:keepNext/>
        <w:spacing w:before="120"/>
      </w:pPr>
      <w:r>
        <w:t>1. 🔺🔺🔺🔺  How many triangles?</w:t>
      </w:r>
    </w:p>
    <w:p>
      <w:pPr>
        <w:spacing w:after="0"/>
        <w:ind w:left="454"/>
      </w:pPr>
      <w:r>
        <w:t>(   ) a) four triangles</w:t>
      </w:r>
    </w:p>
    <w:p>
      <w:pPr>
        <w:spacing w:after="0"/>
        <w:ind w:left="454"/>
      </w:pPr>
      <w:r>
        <w:t>(   ) b) two triangles</w:t>
      </w:r>
    </w:p>
    <w:p>
      <w:pPr>
        <w:keepNext/>
        <w:spacing w:before="120"/>
      </w:pPr>
      <w:r>
        <w:t>2. 🟡🟡🟡🟡🟡  How many yellow circles?</w:t>
      </w:r>
    </w:p>
    <w:p>
      <w:pPr>
        <w:spacing w:after="0"/>
        <w:ind w:left="454"/>
      </w:pPr>
      <w:r>
        <w:t>(   ) a) three yellow circles</w:t>
      </w:r>
    </w:p>
    <w:p>
      <w:pPr>
        <w:spacing w:after="0"/>
        <w:ind w:left="454"/>
      </w:pPr>
      <w:r>
        <w:t>(   ) b) five yellow circles</w:t>
      </w:r>
    </w:p>
    <w:p>
      <w:pPr>
        <w:keepNext/>
        <w:spacing w:before="120"/>
      </w:pPr>
      <w:r>
        <w:t>3. 🟩🟩🟩  What are they?</w:t>
      </w:r>
    </w:p>
    <w:p>
      <w:pPr>
        <w:spacing w:after="0"/>
        <w:ind w:left="454"/>
      </w:pPr>
      <w:r>
        <w:t>(   ) a) three green squares</w:t>
      </w:r>
    </w:p>
    <w:p>
      <w:pPr>
        <w:spacing w:after="0"/>
        <w:ind w:left="454"/>
      </w:pPr>
      <w:r>
        <w:t>(   ) b) three red squares</w:t>
      </w:r>
    </w:p>
    <w:p>
      <w:pPr>
        <w:spacing w:after="0"/>
        <w:ind w:left="454"/>
      </w:pPr>
      <w:r>
        <w:t>(   ) c) three green circles</w:t>
      </w:r>
    </w:p>
    <w:p>
      <w:pPr>
        <w:pStyle w:val="Heading2"/>
      </w:pPr>
      <w:r>
        <w:t>3. School supplies</w:t>
      </w:r>
    </w:p>
    <w:p>
      <w:r>
        <w:rPr>
          <w:i/>
        </w:rPr>
        <w:t>O que tem no estojo? Escolha o nome certo. (What's in your pencil case?)</w:t>
      </w:r>
    </w:p>
    <w:p>
      <w:pPr>
        <w:keepNext/>
        <w:spacing w:before="120"/>
      </w:pPr>
      <w:r>
        <w:t>1. ✏️  What is it?</w:t>
      </w:r>
    </w:p>
    <w:p>
      <w:pPr>
        <w:spacing w:after="0"/>
        <w:ind w:left="454"/>
      </w:pPr>
      <w:r>
        <w:t>(   ) a) ruler</w:t>
      </w:r>
    </w:p>
    <w:p>
      <w:pPr>
        <w:spacing w:after="0"/>
        <w:ind w:left="454"/>
      </w:pPr>
      <w:r>
        <w:t>(   ) b) pencil</w:t>
      </w:r>
    </w:p>
    <w:p>
      <w:pPr>
        <w:keepNext/>
        <w:spacing w:before="120"/>
      </w:pPr>
      <w:r>
        <w:t>2. 📏  What is it?</w:t>
      </w:r>
    </w:p>
    <w:p>
      <w:pPr>
        <w:spacing w:after="0"/>
        <w:ind w:left="454"/>
      </w:pPr>
      <w:r>
        <w:t>(   ) a) ruler</w:t>
      </w:r>
    </w:p>
    <w:p>
      <w:pPr>
        <w:spacing w:after="0"/>
        <w:ind w:left="454"/>
      </w:pPr>
      <w:r>
        <w:t>(   ) b) eraser</w:t>
      </w:r>
    </w:p>
    <w:p>
      <w:pPr>
        <w:keepNext/>
        <w:spacing w:before="120"/>
      </w:pPr>
      <w:r>
        <w:t>3. ✂️  What are they?</w:t>
      </w:r>
    </w:p>
    <w:p>
      <w:pPr>
        <w:spacing w:after="0"/>
        <w:ind w:left="454"/>
      </w:pPr>
      <w:r>
        <w:t>(   ) a) markers</w:t>
      </w:r>
    </w:p>
    <w:p>
      <w:pPr>
        <w:spacing w:after="0"/>
        <w:ind w:left="454"/>
      </w:pPr>
      <w:r>
        <w:t>(   ) b) books</w:t>
      </w:r>
    </w:p>
    <w:p>
      <w:pPr>
        <w:spacing w:after="0"/>
        <w:ind w:left="454"/>
      </w:pPr>
      <w:r>
        <w:t>(   ) c) scissors</w:t>
      </w:r>
    </w:p>
    <w:p>
      <w:pPr>
        <w:keepNext/>
        <w:spacing w:before="120"/>
      </w:pPr>
      <w:r>
        <w:t>4. 📓  What is it?</w:t>
      </w:r>
    </w:p>
    <w:p>
      <w:pPr>
        <w:spacing w:after="0"/>
        <w:ind w:left="454"/>
      </w:pPr>
      <w:r>
        <w:t>(   ) a) notebook</w:t>
      </w:r>
    </w:p>
    <w:p>
      <w:pPr>
        <w:spacing w:after="0"/>
        <w:ind w:left="454"/>
      </w:pPr>
      <w:r>
        <w:t>(   ) b) sharpener</w:t>
      </w:r>
    </w:p>
    <w:p>
      <w:pPr>
        <w:keepNext/>
        <w:spacing w:before="120"/>
      </w:pPr>
      <w:r>
        <w:t>5. 🖍️  What is it?</w:t>
      </w:r>
    </w:p>
    <w:p>
      <w:pPr>
        <w:spacing w:after="0"/>
        <w:ind w:left="454"/>
      </w:pPr>
      <w:r>
        <w:t>(   ) a) scissors</w:t>
      </w:r>
    </w:p>
    <w:p>
      <w:pPr>
        <w:spacing w:after="0"/>
        <w:ind w:left="454"/>
      </w:pPr>
      <w:r>
        <w:t>(   ) b) crayon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shape is it?</w:t>
      </w:r>
    </w:p>
    <w:p>
      <w:pPr>
        <w:spacing w:after="0"/>
      </w:pPr>
      <w:r>
        <w:t>1) a) circle</w:t>
      </w:r>
    </w:p>
    <w:p>
      <w:pPr>
        <w:spacing w:after="0"/>
      </w:pPr>
      <w:r>
        <w:t>2) b) square</w:t>
      </w:r>
    </w:p>
    <w:p>
      <w:pPr>
        <w:spacing w:after="0"/>
      </w:pPr>
      <w:r>
        <w:t>3) c) triangle</w:t>
      </w:r>
    </w:p>
    <w:p>
      <w:pPr>
        <w:spacing w:after="0"/>
      </w:pPr>
      <w:r>
        <w:t>4) a) rectangle</w:t>
      </w:r>
    </w:p>
    <w:p>
      <w:r>
        <w:rPr>
          <w:b/>
        </w:rPr>
        <w:t>2. Count the shapes</w:t>
      </w:r>
    </w:p>
    <w:p>
      <w:pPr>
        <w:spacing w:after="0"/>
      </w:pPr>
      <w:r>
        <w:t>1) a) four triangles</w:t>
      </w:r>
    </w:p>
    <w:p>
      <w:pPr>
        <w:spacing w:after="0"/>
      </w:pPr>
      <w:r>
        <w:t>2) b) five yellow circles</w:t>
      </w:r>
    </w:p>
    <w:p>
      <w:pPr>
        <w:spacing w:after="0"/>
      </w:pPr>
      <w:r>
        <w:t>3) a) three green squares</w:t>
      </w:r>
    </w:p>
    <w:p>
      <w:r>
        <w:rPr>
          <w:b/>
        </w:rPr>
        <w:t>3. School supplies</w:t>
      </w:r>
    </w:p>
    <w:p>
      <w:pPr>
        <w:spacing w:after="0"/>
      </w:pPr>
      <w:r>
        <w:t>1) b) pencil</w:t>
      </w:r>
    </w:p>
    <w:p>
      <w:pPr>
        <w:spacing w:after="0"/>
      </w:pPr>
      <w:r>
        <w:t>2) a) ruler</w:t>
      </w:r>
    </w:p>
    <w:p>
      <w:pPr>
        <w:spacing w:after="0"/>
      </w:pPr>
      <w:r>
        <w:t>3) c) scissors</w:t>
      </w:r>
    </w:p>
    <w:p>
      <w:pPr>
        <w:spacing w:after="0"/>
      </w:pPr>
      <w:r>
        <w:t>4) a) notebook</w:t>
      </w:r>
    </w:p>
    <w:p>
      <w:pPr>
        <w:spacing w:after="0"/>
      </w:pPr>
      <w:r>
        <w:t>5) b) crayon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2026-03-25T00:00:00Z</dcterms:created>
  <dcterms:modified xsi:type="dcterms:W3CDTF">2026-03-25T00:00:00Z</dcterms:modified>
  <cp:category/>
</cp:coreProperties>
</file>