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Shapes: circle, square, triangle e pentagon</w:t>
      </w:r>
    </w:p>
    <w:p>
      <w:r>
        <w:rPr>
          <w:color w:val="6B6B6B"/>
          <w:sz w:val="18"/>
        </w:rPr>
        <w:t>4 anos e 5 anos · Shapes (formas)</w:t>
      </w:r>
    </w:p>
    <w:p>
      <w:pPr>
        <w:pStyle w:val="Heading2"/>
      </w:pPr>
      <w:r>
        <w:t>1. What shape is it?</w:t>
      </w:r>
    </w:p>
    <w:p>
      <w:r>
        <w:rPr>
          <w:i/>
        </w:rPr>
        <w:t>Olhe a figura e escolha a forma. (Look and choose the shape.)</w:t>
      </w:r>
    </w:p>
    <w:p>
      <w:pPr>
        <w:keepNext/>
        <w:spacing w:before="120"/>
      </w:pPr>
      <w:r>
        <w:t>1. 🔴  What shape is it?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square</w:t>
      </w:r>
    </w:p>
    <w:p>
      <w:pPr>
        <w:keepNext/>
        <w:spacing w:before="120"/>
      </w:pPr>
      <w:r>
        <w:t>2. 🟦  What shape is it?</w:t>
      </w:r>
    </w:p>
    <w:p>
      <w:pPr>
        <w:spacing w:after="0"/>
        <w:ind w:left="454"/>
      </w:pPr>
      <w:r>
        <w:t>(   ) a) triangle</w:t>
      </w:r>
    </w:p>
    <w:p>
      <w:pPr>
        <w:spacing w:after="0"/>
        <w:ind w:left="454"/>
      </w:pPr>
      <w:r>
        <w:t>(   ) b) square</w:t>
      </w:r>
    </w:p>
    <w:p>
      <w:pPr>
        <w:keepNext/>
        <w:spacing w:before="120"/>
      </w:pPr>
      <w:r>
        <w:t>3. 🔺  What shape is it?</w:t>
      </w:r>
    </w:p>
    <w:p>
      <w:pPr>
        <w:spacing w:after="0"/>
        <w:ind w:left="454"/>
      </w:pPr>
      <w:r>
        <w:t>(   ) a) triangle</w:t>
      </w:r>
    </w:p>
    <w:p>
      <w:pPr>
        <w:spacing w:after="0"/>
        <w:ind w:left="454"/>
      </w:pPr>
      <w:r>
        <w:t>(   ) b) circle</w:t>
      </w:r>
    </w:p>
    <w:p>
      <w:pPr>
        <w:keepNext/>
        <w:spacing w:before="120"/>
      </w:pPr>
      <w:r>
        <w:t>4. ⬟  What shape is it? It has five sides.</w:t>
      </w:r>
    </w:p>
    <w:p>
      <w:pPr>
        <w:spacing w:after="0"/>
        <w:ind w:left="454"/>
      </w:pPr>
      <w:r>
        <w:t>(   ) a) square</w:t>
      </w:r>
    </w:p>
    <w:p>
      <w:pPr>
        <w:spacing w:after="0"/>
        <w:ind w:left="454"/>
      </w:pPr>
      <w:r>
        <w:t>(   ) b) pentagon</w:t>
      </w:r>
    </w:p>
    <w:p>
      <w:pPr>
        <w:pStyle w:val="Heading2"/>
      </w:pPr>
      <w:r>
        <w:t>2. Shapes around us</w:t>
      </w:r>
    </w:p>
    <w:p>
      <w:r>
        <w:rPr>
          <w:i/>
        </w:rPr>
        <w:t>Qual é a forma deste objeto? (What shape is it?)</w:t>
      </w:r>
    </w:p>
    <w:p>
      <w:pPr>
        <w:keepNext/>
        <w:spacing w:before="120"/>
      </w:pPr>
      <w:r>
        <w:t>1. 🍕  A slice of pizza is a...</w:t>
      </w:r>
    </w:p>
    <w:p>
      <w:pPr>
        <w:spacing w:after="0"/>
        <w:ind w:left="454"/>
      </w:pPr>
      <w:r>
        <w:t>(   ) a) triangle</w:t>
      </w:r>
    </w:p>
    <w:p>
      <w:pPr>
        <w:spacing w:after="0"/>
        <w:ind w:left="454"/>
      </w:pPr>
      <w:r>
        <w:t>(   ) b) circle</w:t>
      </w:r>
    </w:p>
    <w:p>
      <w:pPr>
        <w:spacing w:after="0"/>
        <w:ind w:left="454"/>
      </w:pPr>
      <w:r>
        <w:t>(   ) c) square</w:t>
      </w:r>
    </w:p>
    <w:p>
      <w:pPr>
        <w:keepNext/>
        <w:spacing w:before="120"/>
      </w:pPr>
      <w:r>
        <w:t>2. 🍪  A cookie is a...</w:t>
      </w:r>
    </w:p>
    <w:p>
      <w:pPr>
        <w:spacing w:after="0"/>
        <w:ind w:left="454"/>
      </w:pPr>
      <w:r>
        <w:t>(   ) a) square</w:t>
      </w:r>
    </w:p>
    <w:p>
      <w:pPr>
        <w:spacing w:after="0"/>
        <w:ind w:left="454"/>
      </w:pPr>
      <w:r>
        <w:t>(   ) b) triangle</w:t>
      </w:r>
    </w:p>
    <w:p>
      <w:pPr>
        <w:spacing w:after="0"/>
        <w:ind w:left="454"/>
      </w:pPr>
      <w:r>
        <w:t>(   ) c) circle</w:t>
      </w:r>
    </w:p>
    <w:p>
      <w:pPr>
        <w:keepNext/>
        <w:spacing w:before="120"/>
      </w:pPr>
      <w:r>
        <w:t>3. 🎁  This gift box is a...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square</w:t>
      </w:r>
    </w:p>
    <w:p>
      <w:pPr>
        <w:spacing w:after="0"/>
        <w:ind w:left="454"/>
      </w:pPr>
      <w:r>
        <w:t>(   ) c) triangle</w:t>
      </w:r>
    </w:p>
    <w:p>
      <w:pPr>
        <w:keepNext/>
        <w:spacing w:before="120"/>
      </w:pPr>
      <w:r>
        <w:t>4. ⚽  A ball is round like a...</w:t>
      </w:r>
    </w:p>
    <w:p>
      <w:pPr>
        <w:spacing w:after="0"/>
        <w:ind w:left="454"/>
      </w:pPr>
      <w:r>
        <w:t>(   ) a) circle</w:t>
      </w:r>
    </w:p>
    <w:p>
      <w:pPr>
        <w:spacing w:after="0"/>
        <w:ind w:left="454"/>
      </w:pPr>
      <w:r>
        <w:t>(   ) b) triangle</w:t>
      </w:r>
    </w:p>
    <w:p>
      <w:pPr>
        <w:spacing w:after="0"/>
        <w:ind w:left="454"/>
      </w:pPr>
      <w:r>
        <w:t>(   ) c) square</w:t>
      </w:r>
    </w:p>
    <w:p>
      <w:pPr>
        <w:pStyle w:val="Heading2"/>
      </w:pPr>
      <w:r>
        <w:t>3. Yes or no?</w:t>
      </w:r>
    </w:p>
    <w:p>
      <w:r>
        <w:rPr>
          <w:i/>
        </w:rPr>
        <w:t>A palavra combina com a figura? (Yes = sim / No = não)</w:t>
      </w:r>
    </w:p>
    <w:p>
      <w:pPr>
        <w:keepNext/>
        <w:spacing w:before="120"/>
      </w:pPr>
      <w:r>
        <w:t>1. 🟢  circle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🔺  square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🟧  square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🔵  triangle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shape is it?</w:t>
      </w:r>
    </w:p>
    <w:p>
      <w:pPr>
        <w:spacing w:after="0"/>
      </w:pPr>
      <w:r>
        <w:t>1) a) circle</w:t>
      </w:r>
    </w:p>
    <w:p>
      <w:pPr>
        <w:spacing w:after="0"/>
      </w:pPr>
      <w:r>
        <w:t>2) b) square</w:t>
      </w:r>
    </w:p>
    <w:p>
      <w:pPr>
        <w:spacing w:after="0"/>
      </w:pPr>
      <w:r>
        <w:t>3) a) triangle</w:t>
      </w:r>
    </w:p>
    <w:p>
      <w:pPr>
        <w:spacing w:after="0"/>
      </w:pPr>
      <w:r>
        <w:t>4) b) pentagon</w:t>
      </w:r>
    </w:p>
    <w:p>
      <w:r>
        <w:rPr>
          <w:b/>
        </w:rPr>
        <w:t>2. Shapes around us</w:t>
      </w:r>
    </w:p>
    <w:p>
      <w:pPr>
        <w:spacing w:after="0"/>
      </w:pPr>
      <w:r>
        <w:t>1) a) triangle</w:t>
      </w:r>
    </w:p>
    <w:p>
      <w:pPr>
        <w:spacing w:after="0"/>
      </w:pPr>
      <w:r>
        <w:t>2) c) circle</w:t>
      </w:r>
    </w:p>
    <w:p>
      <w:pPr>
        <w:spacing w:after="0"/>
      </w:pPr>
      <w:r>
        <w:t>3) b) square</w:t>
      </w:r>
    </w:p>
    <w:p>
      <w:pPr>
        <w:spacing w:after="0"/>
      </w:pPr>
      <w:r>
        <w:t>4) a) circle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