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Como eu me sinto? How do I feel?</w:t>
      </w:r>
    </w:p>
    <w:p>
      <w:r>
        <w:rPr>
          <w:color w:val="6B6B6B"/>
          <w:sz w:val="18"/>
        </w:rPr>
        <w:t>3 anos · Feelings (sentimentos)</w:t>
      </w:r>
    </w:p>
    <w:p>
      <w:pPr>
        <w:pStyle w:val="Heading2"/>
      </w:pPr>
      <w:r>
        <w:t>1. Pick the feeling</w:t>
      </w:r>
    </w:p>
    <w:p>
      <w:r>
        <w:rPr>
          <w:i/>
        </w:rPr>
        <w:t>A professora lê em voz alta. Escolha o sentimento certo. (Choose the right feeling.)</w:t>
      </w:r>
    </w:p>
    <w:p>
      <w:pPr>
        <w:keepNext/>
        <w:spacing w:before="120"/>
      </w:pPr>
      <w:r>
        <w:t>1. 😄  Leo ganha um presente. Como ele está?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Sad</w:t>
      </w:r>
    </w:p>
    <w:p>
      <w:pPr>
        <w:keepNext/>
        <w:spacing w:before="120"/>
      </w:pPr>
      <w:r>
        <w:t>2. 😢  Mia perdeu seu brinquedo e chora. Como ela está?</w:t>
      </w:r>
    </w:p>
    <w:p>
      <w:pPr>
        <w:spacing w:after="0"/>
        <w:ind w:left="454"/>
      </w:pPr>
      <w:r>
        <w:t>(   ) a) Angry</w:t>
      </w:r>
    </w:p>
    <w:p>
      <w:pPr>
        <w:spacing w:after="0"/>
        <w:ind w:left="454"/>
      </w:pPr>
      <w:r>
        <w:t>(   ) b) Sad</w:t>
      </w:r>
    </w:p>
    <w:p>
      <w:pPr>
        <w:spacing w:after="0"/>
        <w:ind w:left="454"/>
      </w:pPr>
      <w:r>
        <w:t>(   ) c) Happy</w:t>
      </w:r>
    </w:p>
    <w:p>
      <w:pPr>
        <w:keepNext/>
        <w:spacing w:before="120"/>
      </w:pPr>
      <w:r>
        <w:t>3. 😴  Tom brincou o dia todo e agora boceja. Como ele está?</w:t>
      </w:r>
    </w:p>
    <w:p>
      <w:pPr>
        <w:spacing w:after="0"/>
        <w:ind w:left="454"/>
      </w:pPr>
      <w:r>
        <w:t>(   ) a) Sleepy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Scared</w:t>
      </w:r>
    </w:p>
    <w:p>
      <w:pPr>
        <w:keepNext/>
        <w:spacing w:before="120"/>
      </w:pPr>
      <w:r>
        <w:t>4. 😨  Ana ouve um trovão forte. Como ela está?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Sleepy</w:t>
      </w:r>
    </w:p>
    <w:p>
      <w:pPr>
        <w:spacing w:after="0"/>
        <w:ind w:left="454"/>
      </w:pPr>
      <w:r>
        <w:t>(   ) c) Scared</w:t>
      </w:r>
    </w:p>
    <w:p>
      <w:pPr>
        <w:pStyle w:val="Heading2"/>
      </w:pPr>
      <w:r>
        <w:t>2. Fill in the word</w:t>
      </w:r>
    </w:p>
    <w:p>
      <w:r>
        <w:rPr>
          <w:i/>
        </w:rPr>
        <w:t>Olhe a carinha e complete a frase com uma palavra do banco. A professora ajuda. (Complete the sentence.)</w:t>
      </w:r>
    </w:p>
    <w:p>
      <w:r>
        <w:rPr>
          <w:b/>
        </w:rPr>
        <w:t>Word bank:  happy  |  sad  |  angry  |  sleepy</w:t>
      </w:r>
    </w:p>
    <w:p>
      <w:pPr>
        <w:keepNext/>
        <w:spacing w:before="120"/>
      </w:pPr>
      <w:r>
        <w:t>1. 😊  I am ______________. 😊</w:t>
      </w:r>
    </w:p>
    <w:p>
      <w:pPr>
        <w:keepNext/>
        <w:spacing w:before="120"/>
      </w:pPr>
      <w:r>
        <w:t>2. 😢  I am ______________. 😢</w:t>
      </w:r>
    </w:p>
    <w:p>
      <w:pPr>
        <w:keepNext/>
        <w:spacing w:before="120"/>
      </w:pPr>
      <w:r>
        <w:t>3. 😠  I am ______________. 😠</w:t>
      </w:r>
    </w:p>
    <w:p>
      <w:pPr>
        <w:keepNext/>
        <w:spacing w:before="120"/>
      </w:pPr>
      <w:r>
        <w:t>4. 😴  I am ______________. 😴</w:t>
      </w:r>
    </w:p>
    <w:p>
      <w:pPr>
        <w:pStyle w:val="Heading2"/>
      </w:pPr>
      <w:r>
        <w:t>3. Yes or no?</w:t>
      </w:r>
    </w:p>
    <w:p>
      <w:r>
        <w:rPr>
          <w:i/>
        </w:rPr>
        <w:t>A palavra combina com a carinha? Responda Sim ou Não. (Does the word match the face?)</w:t>
      </w:r>
    </w:p>
    <w:p>
      <w:pPr>
        <w:keepNext/>
        <w:spacing w:before="120"/>
      </w:pPr>
      <w:r>
        <w:t>1. 😄  😄 Happy</w:t>
      </w:r>
    </w:p>
    <w:p>
      <w:pPr>
        <w:ind w:left="454"/>
      </w:pPr>
      <w:r>
        <w:t>(   ) Sim (Yes)        (   ) Não (No)</w:t>
      </w:r>
    </w:p>
    <w:p>
      <w:pPr>
        <w:keepNext/>
        <w:spacing w:before="120"/>
      </w:pPr>
      <w:r>
        <w:t>2. 😢  😢 Angry</w:t>
      </w:r>
    </w:p>
    <w:p>
      <w:pPr>
        <w:ind w:left="454"/>
      </w:pPr>
      <w:r>
        <w:t>(   ) Sim (Yes)        (   ) Não (No)</w:t>
      </w:r>
    </w:p>
    <w:p>
      <w:pPr>
        <w:keepNext/>
        <w:spacing w:before="120"/>
      </w:pPr>
      <w:r>
        <w:t>3. 😨  😨 Scared</w:t>
      </w:r>
    </w:p>
    <w:p>
      <w:pPr>
        <w:ind w:left="454"/>
      </w:pPr>
      <w:r>
        <w:t>(   ) Sim (Yes)        (   ) Não (No)</w:t>
      </w:r>
    </w:p>
    <w:p>
      <w:pPr>
        <w:keepNext/>
        <w:spacing w:before="120"/>
      </w:pPr>
      <w:r>
        <w:t>4. 😴  😴 Happy</w:t>
      </w:r>
    </w:p>
    <w:p>
      <w:pPr>
        <w:ind w:left="454"/>
      </w:pPr>
      <w:r>
        <w:t>(   ) Sim (Yes)        (   ) Não (No)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Pick the feeling</w:t>
      </w:r>
    </w:p>
    <w:p>
      <w:pPr>
        <w:spacing w:after="0"/>
      </w:pPr>
      <w:r>
        <w:t>1) a) Happy</w:t>
      </w:r>
    </w:p>
    <w:p>
      <w:pPr>
        <w:spacing w:after="0"/>
      </w:pPr>
      <w:r>
        <w:t>2) b) Sad</w:t>
      </w:r>
    </w:p>
    <w:p>
      <w:pPr>
        <w:spacing w:after="0"/>
      </w:pPr>
      <w:r>
        <w:t>3) a) Sleepy</w:t>
      </w:r>
    </w:p>
    <w:p>
      <w:pPr>
        <w:spacing w:after="0"/>
      </w:pPr>
      <w:r>
        <w:t>4) c) Scared</w:t>
      </w:r>
    </w:p>
    <w:p>
      <w:r>
        <w:rPr>
          <w:b/>
        </w:rPr>
        <w:t>2. Fill in the word</w:t>
      </w:r>
    </w:p>
    <w:p>
      <w:pPr>
        <w:spacing w:after="0"/>
      </w:pPr>
      <w:r>
        <w:t>1) happy</w:t>
      </w:r>
    </w:p>
    <w:p>
      <w:pPr>
        <w:spacing w:after="0"/>
      </w:pPr>
      <w:r>
        <w:t>2) sad</w:t>
      </w:r>
    </w:p>
    <w:p>
      <w:pPr>
        <w:spacing w:after="0"/>
      </w:pPr>
      <w:r>
        <w:t>3) angry</w:t>
      </w:r>
    </w:p>
    <w:p>
      <w:pPr>
        <w:spacing w:after="0"/>
      </w:pPr>
      <w:r>
        <w:t>4) sleepy</w:t>
      </w:r>
    </w:p>
    <w:p>
      <w:r>
        <w:rPr>
          <w:b/>
        </w:rPr>
        <w:t>3. Yes or no?</w:t>
      </w:r>
    </w:p>
    <w:p>
      <w:pPr>
        <w:spacing w:after="0"/>
      </w:pPr>
      <w:r>
        <w:t>1) Sim (Yes)</w:t>
      </w:r>
    </w:p>
    <w:p>
      <w:pPr>
        <w:spacing w:after="0"/>
      </w:pPr>
      <w:r>
        <w:t>2) Não (No)</w:t>
      </w:r>
    </w:p>
    <w:p>
      <w:pPr>
        <w:spacing w:after="0"/>
      </w:pPr>
      <w:r>
        <w:t>3) Sim (Yes)</w:t>
      </w:r>
    </w:p>
    <w:p>
      <w:pPr>
        <w:spacing w:after="0"/>
      </w:pPr>
      <w:r>
        <w:t>4) Não (No)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