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Rules that keep us safe: modal verbs</w:t>
      </w:r>
    </w:p>
    <w:p>
      <w:r>
        <w:rPr>
          <w:color w:val="6B6B6B"/>
          <w:sz w:val="18"/>
        </w:rPr>
        <w:t>2ª série · Modal verbs · BNCC: EM13LGG302, EM13LGG403</w:t>
      </w:r>
    </w:p>
    <w:p>
      <w:pPr>
        <w:pStyle w:val="Heading2"/>
      </w:pPr>
      <w:r>
        <w:t>1. Reading</w:t>
      </w:r>
    </w:p>
    <w:p>
      <w:r>
        <w:rPr>
          <w:i/>
        </w:rPr>
        <w:t>Read the text and choose the correct answer.</w:t>
      </w:r>
    </w:p>
    <w:p>
      <w:r>
        <w:rPr>
          <w:b/>
        </w:rPr>
        <w:t>Rules That Keep Us Safe</w:t>
      </w:r>
    </w:p>
    <w:p>
      <w:pPr>
        <w:ind w:left="340"/>
      </w:pPr>
      <w:r>
        <w:t>Every school has rules that students must follow. For example, students should arrive on time and complete their assignments. They must not use their phones during exams, but they can use them during break time. If someone doesn't understand a rule, they should ask a teacher for clarification.</w:t>
      </w:r>
    </w:p>
    <w:p>
      <w:pPr>
        <w:keepNext/>
        <w:spacing w:before="120"/>
      </w:pPr>
      <w:r>
        <w:t>1. What should students do with their assignments?</w:t>
      </w:r>
    </w:p>
    <w:p>
      <w:pPr>
        <w:spacing w:after="0"/>
        <w:ind w:left="454"/>
      </w:pPr>
      <w:r>
        <w:t>(   ) a) Complete them</w:t>
      </w:r>
    </w:p>
    <w:p>
      <w:pPr>
        <w:spacing w:after="0"/>
        <w:ind w:left="454"/>
      </w:pPr>
      <w:r>
        <w:t>(   ) b) Share them online</w:t>
      </w:r>
    </w:p>
    <w:p>
      <w:pPr>
        <w:spacing w:after="0"/>
        <w:ind w:left="454"/>
      </w:pPr>
      <w:r>
        <w:t>(   ) c) Copy them</w:t>
      </w:r>
    </w:p>
    <w:p>
      <w:pPr>
        <w:keepNext/>
        <w:spacing w:before="120"/>
      </w:pPr>
      <w:r>
        <w:t>2. When are students allowed to use their phones?</w:t>
      </w:r>
    </w:p>
    <w:p>
      <w:pPr>
        <w:spacing w:after="0"/>
        <w:ind w:left="454"/>
      </w:pPr>
      <w:r>
        <w:t>(   ) a) During exams</w:t>
      </w:r>
    </w:p>
    <w:p>
      <w:pPr>
        <w:spacing w:after="0"/>
        <w:ind w:left="454"/>
      </w:pPr>
      <w:r>
        <w:t>(   ) b) During break time</w:t>
      </w:r>
    </w:p>
    <w:p>
      <w:pPr>
        <w:spacing w:after="0"/>
        <w:ind w:left="454"/>
      </w:pPr>
      <w:r>
        <w:t>(   ) c) During classes</w:t>
      </w:r>
    </w:p>
    <w:p>
      <w:pPr>
        <w:keepNext/>
        <w:spacing w:before="120"/>
      </w:pPr>
      <w:r>
        <w:t>3. What should someone do if they don't understand a rule?</w:t>
      </w:r>
    </w:p>
    <w:p>
      <w:pPr>
        <w:spacing w:after="0"/>
        <w:ind w:left="454"/>
      </w:pPr>
      <w:r>
        <w:t>(   ) a) Ignore it</w:t>
      </w:r>
    </w:p>
    <w:p>
      <w:pPr>
        <w:spacing w:after="0"/>
        <w:ind w:left="454"/>
      </w:pPr>
      <w:r>
        <w:t>(   ) b) Leave school</w:t>
      </w:r>
    </w:p>
    <w:p>
      <w:pPr>
        <w:spacing w:after="0"/>
        <w:ind w:left="454"/>
      </w:pPr>
      <w:r>
        <w:t>(   ) c) Ask a teacher for clarification</w:t>
      </w:r>
    </w:p>
    <w:p>
      <w:pPr>
        <w:keepNext/>
        <w:spacing w:before="120"/>
      </w:pPr>
      <w:r>
        <w:t>4. In "They must not use their phones during exams", must not expresses:</w:t>
      </w:r>
    </w:p>
    <w:p>
      <w:pPr>
        <w:spacing w:after="0"/>
        <w:ind w:left="454"/>
      </w:pPr>
      <w:r>
        <w:t>(   ) a) permission</w:t>
      </w:r>
    </w:p>
    <w:p>
      <w:pPr>
        <w:spacing w:after="0"/>
        <w:ind w:left="454"/>
      </w:pPr>
      <w:r>
        <w:t>(   ) b) prohibition</w:t>
      </w:r>
    </w:p>
    <w:p>
      <w:pPr>
        <w:spacing w:after="0"/>
        <w:ind w:left="454"/>
      </w:pPr>
      <w:r>
        <w:t>(   ) c) advice</w:t>
      </w:r>
    </w:p>
    <w:p>
      <w:pPr>
        <w:keepNext/>
        <w:spacing w:before="120"/>
      </w:pPr>
      <w:r>
        <w:t>5. In "they can use them during break time", can expresses:</w:t>
      </w:r>
    </w:p>
    <w:p>
      <w:pPr>
        <w:spacing w:after="0"/>
        <w:ind w:left="454"/>
      </w:pPr>
      <w:r>
        <w:t>(   ) a) permission</w:t>
      </w:r>
    </w:p>
    <w:p>
      <w:pPr>
        <w:spacing w:after="0"/>
        <w:ind w:left="454"/>
      </w:pPr>
      <w:r>
        <w:t>(   ) b) obligation</w:t>
      </w:r>
    </w:p>
    <w:p>
      <w:pPr>
        <w:spacing w:after="0"/>
        <w:ind w:left="454"/>
      </w:pPr>
      <w:r>
        <w:t>(   ) c) prohibition</w:t>
      </w:r>
    </w:p>
    <w:p>
      <w:pPr>
        <w:keepNext/>
        <w:spacing w:before="120"/>
      </w:pPr>
      <w:r>
        <w:t>6. In "students should arrive on time", should expresses:</w:t>
      </w:r>
    </w:p>
    <w:p>
      <w:pPr>
        <w:spacing w:after="0"/>
        <w:ind w:left="454"/>
      </w:pPr>
      <w:r>
        <w:t>(   ) a) prohibition</w:t>
      </w:r>
    </w:p>
    <w:p>
      <w:pPr>
        <w:spacing w:after="0"/>
        <w:ind w:left="454"/>
      </w:pPr>
      <w:r>
        <w:t>(   ) b) ability</w:t>
      </w:r>
    </w:p>
    <w:p>
      <w:pPr>
        <w:spacing w:after="0"/>
        <w:ind w:left="454"/>
      </w:pPr>
      <w:r>
        <w:t>(   ) c) advice</w:t>
      </w:r>
    </w:p>
    <w:p>
      <w:pPr>
        <w:keepNext/>
        <w:spacing w:before="120"/>
      </w:pPr>
      <w:r>
        <w:t>7. What is the main idea of the text?</w:t>
      </w:r>
    </w:p>
    <w:p>
      <w:pPr>
        <w:spacing w:after="0"/>
        <w:ind w:left="454"/>
      </w:pPr>
      <w:r>
        <w:t>(   ) a) School rules help students and should be followed.</w:t>
      </w:r>
    </w:p>
    <w:p>
      <w:pPr>
        <w:spacing w:after="0"/>
        <w:ind w:left="454"/>
      </w:pPr>
      <w:r>
        <w:t>(   ) b) Phones are forbidden at school all the time.</w:t>
      </w:r>
    </w:p>
    <w:p>
      <w:pPr>
        <w:spacing w:after="0"/>
        <w:ind w:left="454"/>
      </w:pPr>
      <w:r>
        <w:t>(   ) c) Teachers don't like rules.</w:t>
      </w:r>
    </w:p>
    <w:p>
      <w:pPr>
        <w:pStyle w:val="Heading2"/>
      </w:pPr>
      <w:r>
        <w:t>2. Modal verbs</w:t>
      </w:r>
    </w:p>
    <w:p>
      <w:r>
        <w:rPr>
          <w:i/>
        </w:rPr>
        <w:t>Complete with must, mustn't, should, can or could.</w:t>
      </w:r>
    </w:p>
    <w:p>
      <w:r>
        <w:rPr>
          <w:b/>
        </w:rPr>
        <w:t>Word bank:  must  |  mustn't  |  should  |  can  |  Could</w:t>
      </w:r>
    </w:p>
    <w:p>
      <w:pPr>
        <w:keepNext/>
        <w:spacing w:before="120"/>
      </w:pPr>
      <w:r>
        <w:t>1. You ______________ smoke in a hospital. (prohibition)</w:t>
      </w:r>
    </w:p>
    <w:p>
      <w:pPr>
        <w:keepNext/>
        <w:spacing w:before="120"/>
      </w:pPr>
      <w:r>
        <w:t>2. She ______________ speak three languages. (ability)</w:t>
      </w:r>
    </w:p>
    <w:p>
      <w:pPr>
        <w:keepNext/>
        <w:spacing w:before="120"/>
      </w:pPr>
      <w:r>
        <w:t>3. We ______________ study harder for the test. (advice)</w:t>
      </w:r>
    </w:p>
    <w:p>
      <w:pPr>
        <w:keepNext/>
        <w:spacing w:before="120"/>
      </w:pPr>
      <w:r>
        <w:t>4. ______________ I open the window? It's hot in here. (polite request)</w:t>
      </w:r>
    </w:p>
    <w:p>
      <w:pPr>
        <w:keepNext/>
        <w:spacing w:before="120"/>
      </w:pPr>
      <w:r>
        <w:t>5. They ______________ arrive on time; the meeting starts at 9. (obligation)</w:t>
      </w:r>
    </w:p>
    <w:p>
      <w:pPr>
        <w:pStyle w:val="Heading2"/>
      </w:pPr>
      <w:r>
        <w:t>3. Vocabulary in context</w:t>
      </w:r>
    </w:p>
    <w:p>
      <w:r>
        <w:rPr>
          <w:i/>
        </w:rPr>
        <w:t>Choose the correct option.</w:t>
      </w:r>
    </w:p>
    <w:p>
      <w:pPr>
        <w:keepNext/>
        <w:spacing w:before="120"/>
      </w:pPr>
      <w:r>
        <w:t>1. A synonym for "obligation" is:</w:t>
      </w:r>
    </w:p>
    <w:p>
      <w:pPr>
        <w:spacing w:after="0"/>
        <w:ind w:left="454"/>
      </w:pPr>
      <w:r>
        <w:t>(   ) a) permission</w:t>
      </w:r>
    </w:p>
    <w:p>
      <w:pPr>
        <w:spacing w:after="0"/>
        <w:ind w:left="454"/>
      </w:pPr>
      <w:r>
        <w:t>(   ) b) duty</w:t>
      </w:r>
    </w:p>
    <w:p>
      <w:pPr>
        <w:spacing w:after="0"/>
        <w:ind w:left="454"/>
      </w:pPr>
      <w:r>
        <w:t>(   ) c) freedom</w:t>
      </w:r>
    </w:p>
    <w:p>
      <w:pPr>
        <w:keepNext/>
        <w:spacing w:before="120"/>
      </w:pPr>
      <w:r>
        <w:t>2. The opposite of "allowed" is:</w:t>
      </w:r>
    </w:p>
    <w:p>
      <w:pPr>
        <w:spacing w:after="0"/>
        <w:ind w:left="454"/>
      </w:pPr>
      <w:r>
        <w:t>(   ) a) forbidden</w:t>
      </w:r>
    </w:p>
    <w:p>
      <w:pPr>
        <w:spacing w:after="0"/>
        <w:ind w:left="454"/>
      </w:pPr>
      <w:r>
        <w:t>(   ) b) required</w:t>
      </w:r>
    </w:p>
    <w:p>
      <w:pPr>
        <w:spacing w:after="0"/>
        <w:ind w:left="454"/>
      </w:pPr>
      <w:r>
        <w:t>(   ) c) accepted</w:t>
      </w:r>
    </w:p>
    <w:p>
      <w:pPr>
        <w:keepNext/>
        <w:spacing w:before="120"/>
      </w:pPr>
      <w:r>
        <w:t>3. Someone who follows the rules is:</w:t>
      </w:r>
    </w:p>
    <w:p>
      <w:pPr>
        <w:spacing w:after="0"/>
        <w:ind w:left="454"/>
      </w:pPr>
      <w:r>
        <w:t>(   ) a) rebellious</w:t>
      </w:r>
    </w:p>
    <w:p>
      <w:pPr>
        <w:spacing w:after="0"/>
        <w:ind w:left="454"/>
      </w:pPr>
      <w:r>
        <w:t>(   ) b) careless</w:t>
      </w:r>
    </w:p>
    <w:p>
      <w:pPr>
        <w:spacing w:after="0"/>
        <w:ind w:left="454"/>
      </w:pPr>
      <w:r>
        <w:t>(   ) c) obedient</w:t>
      </w:r>
    </w:p>
    <w:p>
      <w:pPr>
        <w:keepNext/>
        <w:spacing w:before="120"/>
      </w:pPr>
      <w:r>
        <w:t>4. The word "advice" means:</w:t>
      </w:r>
    </w:p>
    <w:p>
      <w:pPr>
        <w:spacing w:after="0"/>
        <w:ind w:left="454"/>
      </w:pPr>
      <w:r>
        <w:t>(   ) a) an order</w:t>
      </w:r>
    </w:p>
    <w:p>
      <w:pPr>
        <w:spacing w:after="0"/>
        <w:ind w:left="454"/>
      </w:pPr>
      <w:r>
        <w:t>(   ) b) a suggestion</w:t>
      </w:r>
    </w:p>
    <w:p>
      <w:pPr>
        <w:spacing w:after="0"/>
        <w:ind w:left="454"/>
      </w:pPr>
      <w:r>
        <w:t>(   ) c) a punishment</w:t>
      </w:r>
    </w:p>
    <w:p>
      <w:r>
        <w:br w:type="page"/>
      </w:r>
    </w:p>
    <w:p>
      <w:pPr>
        <w:pStyle w:val="Heading2"/>
      </w:pPr>
      <w:r>
        <w:t>Gabarito (Answer key)</w:t>
      </w:r>
    </w:p>
    <w:p>
      <w:r>
        <w:rPr>
          <w:b/>
        </w:rPr>
        <w:t>1. Reading</w:t>
      </w:r>
    </w:p>
    <w:p>
      <w:pPr>
        <w:spacing w:after="0"/>
      </w:pPr>
      <w:r>
        <w:t>1) a) Complete them</w:t>
      </w:r>
    </w:p>
    <w:p>
      <w:pPr>
        <w:spacing w:after="0"/>
      </w:pPr>
      <w:r>
        <w:t>2) b) During break time</w:t>
      </w:r>
    </w:p>
    <w:p>
      <w:pPr>
        <w:spacing w:after="0"/>
      </w:pPr>
      <w:r>
        <w:t>3) c) Ask a teacher for clarification</w:t>
      </w:r>
    </w:p>
    <w:p>
      <w:pPr>
        <w:spacing w:after="0"/>
      </w:pPr>
      <w:r>
        <w:t>4) b) prohibition</w:t>
      </w:r>
    </w:p>
    <w:p>
      <w:pPr>
        <w:spacing w:after="0"/>
      </w:pPr>
      <w:r>
        <w:t>5) a) permission</w:t>
      </w:r>
    </w:p>
    <w:p>
      <w:pPr>
        <w:spacing w:after="0"/>
      </w:pPr>
      <w:r>
        <w:t>6) c) advice</w:t>
      </w:r>
    </w:p>
    <w:p>
      <w:pPr>
        <w:spacing w:after="0"/>
      </w:pPr>
      <w:r>
        <w:t>7) a) School rules help students and should be followed.</w:t>
      </w:r>
    </w:p>
    <w:p>
      <w:r>
        <w:rPr>
          <w:b/>
        </w:rPr>
        <w:t>2. Modal verbs</w:t>
      </w:r>
    </w:p>
    <w:p>
      <w:pPr>
        <w:spacing w:after="0"/>
      </w:pPr>
      <w:r>
        <w:t>1) mustn't</w:t>
      </w:r>
    </w:p>
    <w:p>
      <w:pPr>
        <w:spacing w:after="0"/>
      </w:pPr>
      <w:r>
        <w:t>2) can</w:t>
      </w:r>
    </w:p>
    <w:p>
      <w:pPr>
        <w:spacing w:after="0"/>
      </w:pPr>
      <w:r>
        <w:t>3) should</w:t>
      </w:r>
    </w:p>
    <w:p>
      <w:pPr>
        <w:spacing w:after="0"/>
      </w:pPr>
      <w:r>
        <w:t>4) Could</w:t>
      </w:r>
    </w:p>
    <w:p>
      <w:pPr>
        <w:spacing w:after="0"/>
      </w:pPr>
      <w:r>
        <w:t>5) must</w:t>
      </w:r>
    </w:p>
    <w:p>
      <w:r>
        <w:rPr>
          <w:b/>
        </w:rPr>
        <w:t>3. Vocabulary in context</w:t>
      </w:r>
    </w:p>
    <w:p>
      <w:pPr>
        <w:spacing w:after="0"/>
      </w:pPr>
      <w:r>
        <w:t>1) b) duty</w:t>
      </w:r>
    </w:p>
    <w:p>
      <w:pPr>
        <w:spacing w:after="0"/>
      </w:pPr>
      <w:r>
        <w:t>2) a) forbidden</w:t>
      </w:r>
    </w:p>
    <w:p>
      <w:pPr>
        <w:spacing w:after="0"/>
      </w:pPr>
      <w:r>
        <w:t>3) c) obedient</w:t>
      </w:r>
    </w:p>
    <w:p>
      <w:pPr>
        <w:spacing w:after="0"/>
      </w:pPr>
      <w:r>
        <w:t>4) b) a suggestion</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