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School objects: materiais escolares</w:t>
      </w:r>
    </w:p>
    <w:p>
      <w:r>
        <w:rPr>
          <w:color w:val="6B6B6B"/>
          <w:sz w:val="18"/>
        </w:rPr>
        <w:t>1º ano e 2º ano · School objects (escola)</w:t>
      </w:r>
    </w:p>
    <w:p>
      <w:pPr>
        <w:pStyle w:val="Heading2"/>
      </w:pPr>
      <w:r>
        <w:t>1. What is it?</w:t>
      </w:r>
    </w:p>
    <w:p>
      <w:r>
        <w:rPr>
          <w:i/>
        </w:rPr>
        <w:t>Olhe a figura e escolha o nome certo. (Look and choose.)</w:t>
      </w:r>
    </w:p>
    <w:p>
      <w:pPr>
        <w:keepNext/>
        <w:spacing w:before="120"/>
      </w:pPr>
      <w:r>
        <w:t>1. ✏️  What is it?</w:t>
      </w:r>
    </w:p>
    <w:p>
      <w:pPr>
        <w:spacing w:after="0"/>
        <w:ind w:left="454"/>
      </w:pPr>
      <w:r>
        <w:t>(   ) a) a pencil</w:t>
      </w:r>
    </w:p>
    <w:p>
      <w:pPr>
        <w:spacing w:after="0"/>
        <w:ind w:left="454"/>
      </w:pPr>
      <w:r>
        <w:t>(   ) b) a book</w:t>
      </w:r>
    </w:p>
    <w:p>
      <w:pPr>
        <w:spacing w:after="0"/>
        <w:ind w:left="454"/>
      </w:pPr>
      <w:r>
        <w:t>(   ) c) a bag</w:t>
      </w:r>
    </w:p>
    <w:p>
      <w:pPr>
        <w:keepNext/>
        <w:spacing w:before="120"/>
      </w:pPr>
      <w:r>
        <w:t>2. 📏  What is it?</w:t>
      </w:r>
    </w:p>
    <w:p>
      <w:pPr>
        <w:spacing w:after="0"/>
        <w:ind w:left="454"/>
      </w:pPr>
      <w:r>
        <w:t>(   ) a) an eraser</w:t>
      </w:r>
    </w:p>
    <w:p>
      <w:pPr>
        <w:spacing w:after="0"/>
        <w:ind w:left="454"/>
      </w:pPr>
      <w:r>
        <w:t>(   ) b) a ruler</w:t>
      </w:r>
    </w:p>
    <w:p>
      <w:pPr>
        <w:spacing w:after="0"/>
        <w:ind w:left="454"/>
      </w:pPr>
      <w:r>
        <w:t>(   ) c) a pen</w:t>
      </w:r>
    </w:p>
    <w:p>
      <w:pPr>
        <w:keepNext/>
        <w:spacing w:before="120"/>
      </w:pPr>
      <w:r>
        <w:t>3. ✂️  What is it?</w:t>
      </w:r>
    </w:p>
    <w:p>
      <w:pPr>
        <w:spacing w:after="0"/>
        <w:ind w:left="454"/>
      </w:pPr>
      <w:r>
        <w:t>(   ) a) a glue stick</w:t>
      </w:r>
    </w:p>
    <w:p>
      <w:pPr>
        <w:spacing w:after="0"/>
        <w:ind w:left="454"/>
      </w:pPr>
      <w:r>
        <w:t>(   ) b) a notebook</w:t>
      </w:r>
    </w:p>
    <w:p>
      <w:pPr>
        <w:spacing w:after="0"/>
        <w:ind w:left="454"/>
      </w:pPr>
      <w:r>
        <w:t>(   ) c) scissors</w:t>
      </w:r>
    </w:p>
    <w:p>
      <w:pPr>
        <w:keepNext/>
        <w:spacing w:before="120"/>
      </w:pPr>
      <w:r>
        <w:t>4. 🎒  What is it?</w:t>
      </w:r>
    </w:p>
    <w:p>
      <w:pPr>
        <w:spacing w:after="0"/>
        <w:ind w:left="454"/>
      </w:pPr>
      <w:r>
        <w:t>(   ) a) a backpack</w:t>
      </w:r>
    </w:p>
    <w:p>
      <w:pPr>
        <w:spacing w:after="0"/>
        <w:ind w:left="454"/>
      </w:pPr>
      <w:r>
        <w:t>(   ) b) a desk</w:t>
      </w:r>
    </w:p>
    <w:p>
      <w:pPr>
        <w:spacing w:after="0"/>
        <w:ind w:left="454"/>
      </w:pPr>
      <w:r>
        <w:t>(   ) c) a crayon</w:t>
      </w:r>
    </w:p>
    <w:p>
      <w:pPr>
        <w:keepNext/>
        <w:spacing w:before="120"/>
      </w:pPr>
      <w:r>
        <w:t>5. 📕  What is it?</w:t>
      </w:r>
    </w:p>
    <w:p>
      <w:pPr>
        <w:spacing w:after="0"/>
        <w:ind w:left="454"/>
      </w:pPr>
      <w:r>
        <w:t>(   ) a) a chair</w:t>
      </w:r>
    </w:p>
    <w:p>
      <w:pPr>
        <w:spacing w:after="0"/>
        <w:ind w:left="454"/>
      </w:pPr>
      <w:r>
        <w:t>(   ) b) a book</w:t>
      </w:r>
    </w:p>
    <w:p>
      <w:pPr>
        <w:spacing w:after="0"/>
        <w:ind w:left="454"/>
      </w:pPr>
      <w:r>
        <w:t>(   ) c) a ruler</w:t>
      </w:r>
    </w:p>
    <w:p>
      <w:pPr>
        <w:keepNext/>
        <w:spacing w:before="120"/>
      </w:pPr>
      <w:r>
        <w:t>6. 🖍️  What is it?</w:t>
      </w:r>
    </w:p>
    <w:p>
      <w:pPr>
        <w:spacing w:after="0"/>
        <w:ind w:left="454"/>
      </w:pPr>
      <w:r>
        <w:t>(   ) a) a pen</w:t>
      </w:r>
    </w:p>
    <w:p>
      <w:pPr>
        <w:spacing w:after="0"/>
        <w:ind w:left="454"/>
      </w:pPr>
      <w:r>
        <w:t>(   ) b) a bag</w:t>
      </w:r>
    </w:p>
    <w:p>
      <w:pPr>
        <w:spacing w:after="0"/>
        <w:ind w:left="454"/>
      </w:pPr>
      <w:r>
        <w:t>(   ) c) a crayon</w:t>
      </w:r>
    </w:p>
    <w:p>
      <w:pPr>
        <w:pStyle w:val="Heading2"/>
      </w:pPr>
      <w:r>
        <w:t>2. This is a...</w:t>
      </w:r>
    </w:p>
    <w:p>
      <w:r>
        <w:rPr>
          <w:i/>
        </w:rPr>
        <w:t>Complete a frase com a palavra do banco. (Complete the sentence.)</w:t>
      </w:r>
    </w:p>
    <w:p>
      <w:r>
        <w:rPr>
          <w:b/>
        </w:rPr>
        <w:t>Word bank:  pen  |  notebook  |  eraser  |  chair</w:t>
      </w:r>
    </w:p>
    <w:p>
      <w:pPr>
        <w:keepNext/>
        <w:spacing w:before="120"/>
      </w:pPr>
      <w:r>
        <w:t>1. 🖊️  This is a ______________.</w:t>
      </w:r>
    </w:p>
    <w:p>
      <w:pPr>
        <w:keepNext/>
        <w:spacing w:before="120"/>
      </w:pPr>
      <w:r>
        <w:t>2. 🪑  This is a ______________.</w:t>
      </w:r>
    </w:p>
    <w:p>
      <w:pPr>
        <w:keepNext/>
        <w:spacing w:before="120"/>
      </w:pPr>
      <w:r>
        <w:t>3. 📓  This is a ______________.</w:t>
      </w:r>
    </w:p>
    <w:p>
      <w:pPr>
        <w:pStyle w:val="Heading2"/>
      </w:pPr>
      <w:r>
        <w:t>3. Yes or no?</w:t>
      </w:r>
    </w:p>
    <w:p>
      <w:r>
        <w:rPr>
          <w:i/>
        </w:rPr>
        <w:t>A frase combina com a figura? (Yes = sim / No = não)</w:t>
      </w:r>
    </w:p>
    <w:p>
      <w:pPr>
        <w:keepNext/>
        <w:spacing w:before="120"/>
      </w:pPr>
      <w:r>
        <w:t>1. 📏  This is a ruler.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✏️  This is a book.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🎒  This is a backpack.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it?</w:t>
      </w:r>
    </w:p>
    <w:p>
      <w:pPr>
        <w:spacing w:after="0"/>
      </w:pPr>
      <w:r>
        <w:t>1) a) a pencil</w:t>
      </w:r>
    </w:p>
    <w:p>
      <w:pPr>
        <w:spacing w:after="0"/>
      </w:pPr>
      <w:r>
        <w:t>2) b) a ruler</w:t>
      </w:r>
    </w:p>
    <w:p>
      <w:pPr>
        <w:spacing w:after="0"/>
      </w:pPr>
      <w:r>
        <w:t>3) c) scissors</w:t>
      </w:r>
    </w:p>
    <w:p>
      <w:pPr>
        <w:spacing w:after="0"/>
      </w:pPr>
      <w:r>
        <w:t>4) a) a backpack</w:t>
      </w:r>
    </w:p>
    <w:p>
      <w:pPr>
        <w:spacing w:after="0"/>
      </w:pPr>
      <w:r>
        <w:t>5) b) a book</w:t>
      </w:r>
    </w:p>
    <w:p>
      <w:pPr>
        <w:spacing w:after="0"/>
      </w:pPr>
      <w:r>
        <w:t>6) c) a crayon</w:t>
      </w:r>
    </w:p>
    <w:p>
      <w:r>
        <w:rPr>
          <w:b/>
        </w:rPr>
        <w:t>2. This is a...</w:t>
      </w:r>
    </w:p>
    <w:p>
      <w:pPr>
        <w:spacing w:after="0"/>
      </w:pPr>
      <w:r>
        <w:t>1) pen</w:t>
      </w:r>
    </w:p>
    <w:p>
      <w:pPr>
        <w:spacing w:after="0"/>
      </w:pPr>
      <w:r>
        <w:t>2) chair</w:t>
      </w:r>
    </w:p>
    <w:p>
      <w:pPr>
        <w:spacing w:after="0"/>
      </w:pPr>
      <w:r>
        <w:t>3) notebook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