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School things, verb to be e leitura</w:t>
      </w:r>
    </w:p>
    <w:p>
      <w:r>
        <w:rPr>
          <w:color w:val="6B6B6B"/>
          <w:sz w:val="18"/>
        </w:rPr>
        <w:t>3º ano · School objects (escola)</w:t>
      </w:r>
    </w:p>
    <w:p>
      <w:pPr>
        <w:pStyle w:val="Heading2"/>
      </w:pPr>
      <w:r>
        <w:t>1. Am, is or are?</w:t>
      </w:r>
    </w:p>
    <w:p>
      <w:r>
        <w:rPr>
          <w:i/>
        </w:rPr>
        <w:t>Complete com am, is ou are. (Complete with am, is or are.)</w:t>
      </w:r>
    </w:p>
    <w:p>
      <w:r>
        <w:rPr>
          <w:b/>
        </w:rPr>
        <w:t>Word bank:  am  |  is  |  are</w:t>
      </w:r>
    </w:p>
    <w:p>
      <w:pPr>
        <w:keepNext/>
        <w:spacing w:before="120"/>
      </w:pPr>
      <w:r>
        <w:t>1. 🙋  I ______________ a student.</w:t>
      </w:r>
    </w:p>
    <w:p>
      <w:pPr>
        <w:keepNext/>
        <w:spacing w:before="120"/>
      </w:pPr>
      <w:r>
        <w:t>2. 👧  She ______________ my sister.</w:t>
      </w:r>
    </w:p>
    <w:p>
      <w:pPr>
        <w:keepNext/>
        <w:spacing w:before="120"/>
      </w:pPr>
      <w:r>
        <w:t>3. 😃  They ______________ happy.</w:t>
      </w:r>
    </w:p>
    <w:p>
      <w:pPr>
        <w:keepNext/>
        <w:spacing w:before="120"/>
      </w:pPr>
      <w:r>
        <w:t>4. 🐈  The cat ______________ under the table.</w:t>
      </w:r>
    </w:p>
    <w:p>
      <w:pPr>
        <w:pStyle w:val="Heading2"/>
      </w:pPr>
      <w:r>
        <w:t>2. School vocabulary</w:t>
      </w:r>
    </w:p>
    <w:p>
      <w:r>
        <w:rPr>
          <w:i/>
        </w:rPr>
        <w:t>Escolha a palavra certa. (Choose the correct word.)</w:t>
      </w:r>
    </w:p>
    <w:p>
      <w:pPr>
        <w:keepNext/>
        <w:spacing w:before="120"/>
      </w:pPr>
      <w:r>
        <w:t>1. ✏️  I write with a ___.</w:t>
      </w:r>
    </w:p>
    <w:p>
      <w:pPr>
        <w:spacing w:after="0"/>
        <w:ind w:left="454"/>
      </w:pPr>
      <w:r>
        <w:t>(   ) a) chair</w:t>
      </w:r>
    </w:p>
    <w:p>
      <w:pPr>
        <w:spacing w:after="0"/>
        <w:ind w:left="454"/>
      </w:pPr>
      <w:r>
        <w:t>(   ) b) pencil</w:t>
      </w:r>
    </w:p>
    <w:p>
      <w:pPr>
        <w:spacing w:after="0"/>
        <w:ind w:left="454"/>
      </w:pPr>
      <w:r>
        <w:t>(   ) c) door</w:t>
      </w:r>
    </w:p>
    <w:p>
      <w:pPr>
        <w:keepNext/>
        <w:spacing w:before="120"/>
      </w:pPr>
      <w:r>
        <w:t>2. 🪑  I sit on a ___.</w:t>
      </w:r>
    </w:p>
    <w:p>
      <w:pPr>
        <w:spacing w:after="0"/>
        <w:ind w:left="454"/>
      </w:pPr>
      <w:r>
        <w:t>(   ) a) chair</w:t>
      </w:r>
    </w:p>
    <w:p>
      <w:pPr>
        <w:spacing w:after="0"/>
        <w:ind w:left="454"/>
      </w:pPr>
      <w:r>
        <w:t>(   ) b) backpack</w:t>
      </w:r>
    </w:p>
    <w:p>
      <w:pPr>
        <w:spacing w:after="0"/>
        <w:ind w:left="454"/>
      </w:pPr>
      <w:r>
        <w:t>(   ) c) pencil</w:t>
      </w:r>
    </w:p>
    <w:p>
      <w:pPr>
        <w:keepNext/>
        <w:spacing w:before="120"/>
      </w:pPr>
      <w:r>
        <w:t>3. 📖  I read a ___.</w:t>
      </w:r>
    </w:p>
    <w:p>
      <w:pPr>
        <w:spacing w:after="0"/>
        <w:ind w:left="454"/>
      </w:pPr>
      <w:r>
        <w:t>(   ) a) ruler</w:t>
      </w:r>
    </w:p>
    <w:p>
      <w:pPr>
        <w:spacing w:after="0"/>
        <w:ind w:left="454"/>
      </w:pPr>
      <w:r>
        <w:t>(   ) b) eraser</w:t>
      </w:r>
    </w:p>
    <w:p>
      <w:pPr>
        <w:spacing w:after="0"/>
        <w:ind w:left="454"/>
      </w:pPr>
      <w:r>
        <w:t>(   ) c) book</w:t>
      </w:r>
    </w:p>
    <w:p>
      <w:pPr>
        <w:keepNext/>
        <w:spacing w:before="120"/>
      </w:pPr>
      <w:r>
        <w:t>4. 🎒  I carry my things in a ___.</w:t>
      </w:r>
    </w:p>
    <w:p>
      <w:pPr>
        <w:spacing w:after="0"/>
        <w:ind w:left="454"/>
      </w:pPr>
      <w:r>
        <w:t>(   ) a) window</w:t>
      </w:r>
    </w:p>
    <w:p>
      <w:pPr>
        <w:spacing w:after="0"/>
        <w:ind w:left="454"/>
      </w:pPr>
      <w:r>
        <w:t>(   ) b) backpack</w:t>
      </w:r>
    </w:p>
    <w:p>
      <w:pPr>
        <w:spacing w:after="0"/>
        <w:ind w:left="454"/>
      </w:pPr>
      <w:r>
        <w:t>(   ) c) board</w:t>
      </w:r>
    </w:p>
    <w:p>
      <w:pPr>
        <w:keepNext/>
        <w:spacing w:before="120"/>
      </w:pPr>
      <w:r>
        <w:t>5. 🧽  I erase mistakes with an ___.</w:t>
      </w:r>
    </w:p>
    <w:p>
      <w:pPr>
        <w:spacing w:after="0"/>
        <w:ind w:left="454"/>
      </w:pPr>
      <w:r>
        <w:t>(   ) a) desk</w:t>
      </w:r>
    </w:p>
    <w:p>
      <w:pPr>
        <w:spacing w:after="0"/>
        <w:ind w:left="454"/>
      </w:pPr>
      <w:r>
        <w:t>(   ) b) pencil</w:t>
      </w:r>
    </w:p>
    <w:p>
      <w:pPr>
        <w:spacing w:after="0"/>
        <w:ind w:left="454"/>
      </w:pPr>
      <w:r>
        <w:t>(   ) c) eraser</w:t>
      </w:r>
    </w:p>
    <w:p>
      <w:pPr>
        <w:pStyle w:val="Heading2"/>
      </w:pPr>
      <w:r>
        <w:t>3. Action verbs</w:t>
      </w:r>
    </w:p>
    <w:p>
      <w:r>
        <w:rPr>
          <w:i/>
        </w:rPr>
        <w:t>Complete com o verbo certo. (Complete with the correct verb.)</w:t>
      </w:r>
    </w:p>
    <w:p>
      <w:r>
        <w:rPr>
          <w:b/>
        </w:rPr>
        <w:t>Word bank:  play  |  eat  |  run  |  read  |  drink</w:t>
      </w:r>
    </w:p>
    <w:p>
      <w:pPr>
        <w:keepNext/>
        <w:spacing w:before="120"/>
      </w:pPr>
      <w:r>
        <w:t>1. 📚  I ______________ a book at school.</w:t>
      </w:r>
    </w:p>
    <w:p>
      <w:pPr>
        <w:keepNext/>
        <w:spacing w:before="120"/>
      </w:pPr>
      <w:r>
        <w:t>2. ⚽  They ______________ soccer in the park.</w:t>
      </w:r>
    </w:p>
    <w:p>
      <w:pPr>
        <w:keepNext/>
        <w:spacing w:before="120"/>
      </w:pPr>
      <w:r>
        <w:t>3. 💧  We ______________ water every day.</w:t>
      </w:r>
    </w:p>
    <w:p>
      <w:pPr>
        <w:keepNext/>
        <w:spacing w:before="120"/>
      </w:pPr>
      <w:r>
        <w:t>4. 🥣  I ______________ breakfast in the morning.</w:t>
      </w:r>
    </w:p>
    <w:p>
      <w:pPr>
        <w:keepNext/>
        <w:spacing w:before="120"/>
      </w:pPr>
      <w:r>
        <w:t>5. 🐕  The dog can ______________ fast.</w:t>
      </w:r>
    </w:p>
    <w:p>
      <w:pPr>
        <w:pStyle w:val="Heading2"/>
      </w:pPr>
      <w:r>
        <w:t>4. Reading</w:t>
      </w:r>
    </w:p>
    <w:p>
      <w:r>
        <w:rPr>
          <w:i/>
        </w:rPr>
        <w:t>Leia o texto e escolha a resposta certa. (Read and choose.)</w:t>
      </w:r>
    </w:p>
    <w:p>
      <w:r>
        <w:rPr>
          <w:b/>
        </w:rPr>
        <w:t>Tom and his dog</w:t>
      </w:r>
    </w:p>
    <w:p>
      <w:pPr>
        <w:ind w:left="340"/>
      </w:pPr>
      <w:r>
        <w:t>Tom has a dog. The dog is brown and small. Every morning Tom plays with his dog in the yard. They are very happy.</w:t>
      </w:r>
    </w:p>
    <w:p>
      <w:pPr>
        <w:keepNext/>
        <w:spacing w:before="120"/>
      </w:pPr>
      <w:r>
        <w:t>1. 🐶  What animal does Tom have?</w:t>
      </w:r>
    </w:p>
    <w:p>
      <w:pPr>
        <w:spacing w:after="0"/>
        <w:ind w:left="454"/>
      </w:pPr>
      <w:r>
        <w:t>(   ) a) A cat</w:t>
      </w:r>
    </w:p>
    <w:p>
      <w:pPr>
        <w:spacing w:after="0"/>
        <w:ind w:left="454"/>
      </w:pPr>
      <w:r>
        <w:t>(   ) b) A dog</w:t>
      </w:r>
    </w:p>
    <w:p>
      <w:pPr>
        <w:spacing w:after="0"/>
        <w:ind w:left="454"/>
      </w:pPr>
      <w:r>
        <w:t>(   ) c) A bird</w:t>
      </w:r>
    </w:p>
    <w:p>
      <w:pPr>
        <w:keepNext/>
        <w:spacing w:before="120"/>
      </w:pPr>
      <w:r>
        <w:t>2. 🎨  What color is the dog?</w:t>
      </w:r>
    </w:p>
    <w:p>
      <w:pPr>
        <w:spacing w:after="0"/>
        <w:ind w:left="454"/>
      </w:pPr>
      <w:r>
        <w:t>(   ) a) Brown</w:t>
      </w:r>
    </w:p>
    <w:p>
      <w:pPr>
        <w:spacing w:after="0"/>
        <w:ind w:left="454"/>
      </w:pPr>
      <w:r>
        <w:t>(   ) b) Black</w:t>
      </w:r>
    </w:p>
    <w:p>
      <w:pPr>
        <w:spacing w:after="0"/>
        <w:ind w:left="454"/>
      </w:pPr>
      <w:r>
        <w:t>(   ) c) White</w:t>
      </w:r>
    </w:p>
    <w:p>
      <w:pPr>
        <w:keepNext/>
        <w:spacing w:before="120"/>
      </w:pPr>
      <w:r>
        <w:t>3. 🏡  Where do they play?</w:t>
      </w:r>
    </w:p>
    <w:p>
      <w:pPr>
        <w:spacing w:after="0"/>
        <w:ind w:left="454"/>
      </w:pPr>
      <w:r>
        <w:t>(   ) a) At school</w:t>
      </w:r>
    </w:p>
    <w:p>
      <w:pPr>
        <w:spacing w:after="0"/>
        <w:ind w:left="454"/>
      </w:pPr>
      <w:r>
        <w:t>(   ) b) In the park</w:t>
      </w:r>
    </w:p>
    <w:p>
      <w:pPr>
        <w:spacing w:after="0"/>
        <w:ind w:left="454"/>
      </w:pPr>
      <w:r>
        <w:t>(   ) c) In the yard</w:t>
      </w:r>
    </w:p>
    <w:p>
      <w:pPr>
        <w:keepNext/>
        <w:spacing w:before="120"/>
      </w:pPr>
      <w:r>
        <w:t>4. 😊  Are Tom and the dog happy?</w:t>
      </w:r>
    </w:p>
    <w:p>
      <w:pPr>
        <w:spacing w:after="0"/>
        <w:ind w:left="454"/>
      </w:pPr>
      <w:r>
        <w:t>(   ) a) No, they aren't.</w:t>
      </w:r>
    </w:p>
    <w:p>
      <w:pPr>
        <w:spacing w:after="0"/>
        <w:ind w:left="454"/>
      </w:pPr>
      <w:r>
        <w:t>(   ) b) Yes, they are.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Am, is or are?</w:t>
      </w:r>
    </w:p>
    <w:p>
      <w:pPr>
        <w:spacing w:after="0"/>
      </w:pPr>
      <w:r>
        <w:t>1) am</w:t>
      </w:r>
    </w:p>
    <w:p>
      <w:pPr>
        <w:spacing w:after="0"/>
      </w:pPr>
      <w:r>
        <w:t>2) is</w:t>
      </w:r>
    </w:p>
    <w:p>
      <w:pPr>
        <w:spacing w:after="0"/>
      </w:pPr>
      <w:r>
        <w:t>3) are</w:t>
      </w:r>
    </w:p>
    <w:p>
      <w:pPr>
        <w:spacing w:after="0"/>
      </w:pPr>
      <w:r>
        <w:t>4) is</w:t>
      </w:r>
    </w:p>
    <w:p>
      <w:r>
        <w:rPr>
          <w:b/>
        </w:rPr>
        <w:t>2. School vocabulary</w:t>
      </w:r>
    </w:p>
    <w:p>
      <w:pPr>
        <w:spacing w:after="0"/>
      </w:pPr>
      <w:r>
        <w:t>1) b) pencil</w:t>
      </w:r>
    </w:p>
    <w:p>
      <w:pPr>
        <w:spacing w:after="0"/>
      </w:pPr>
      <w:r>
        <w:t>2) a) chair</w:t>
      </w:r>
    </w:p>
    <w:p>
      <w:pPr>
        <w:spacing w:after="0"/>
      </w:pPr>
      <w:r>
        <w:t>3) c) book</w:t>
      </w:r>
    </w:p>
    <w:p>
      <w:pPr>
        <w:spacing w:after="0"/>
      </w:pPr>
      <w:r>
        <w:t>4) b) backpack</w:t>
      </w:r>
    </w:p>
    <w:p>
      <w:pPr>
        <w:spacing w:after="0"/>
      </w:pPr>
      <w:r>
        <w:t>5) c) eraser</w:t>
      </w:r>
    </w:p>
    <w:p>
      <w:r>
        <w:rPr>
          <w:b/>
        </w:rPr>
        <w:t>3. Action verbs</w:t>
      </w:r>
    </w:p>
    <w:p>
      <w:pPr>
        <w:spacing w:after="0"/>
      </w:pPr>
      <w:r>
        <w:t>1) read</w:t>
      </w:r>
    </w:p>
    <w:p>
      <w:pPr>
        <w:spacing w:after="0"/>
      </w:pPr>
      <w:r>
        <w:t>2) play</w:t>
      </w:r>
    </w:p>
    <w:p>
      <w:pPr>
        <w:spacing w:after="0"/>
      </w:pPr>
      <w:r>
        <w:t>3) drink</w:t>
      </w:r>
    </w:p>
    <w:p>
      <w:pPr>
        <w:spacing w:after="0"/>
      </w:pPr>
      <w:r>
        <w:t>4) eat</w:t>
      </w:r>
    </w:p>
    <w:p>
      <w:pPr>
        <w:spacing w:after="0"/>
      </w:pPr>
      <w:r>
        <w:t>5) run</w:t>
      </w:r>
    </w:p>
    <w:p>
      <w:r>
        <w:rPr>
          <w:b/>
        </w:rPr>
        <w:t>4. Reading</w:t>
      </w:r>
    </w:p>
    <w:p>
      <w:pPr>
        <w:spacing w:after="0"/>
      </w:pPr>
      <w:r>
        <w:t>1) b) A dog</w:t>
      </w:r>
    </w:p>
    <w:p>
      <w:pPr>
        <w:spacing w:after="0"/>
      </w:pPr>
      <w:r>
        <w:t>2) a) Brown</w:t>
      </w:r>
    </w:p>
    <w:p>
      <w:pPr>
        <w:spacing w:after="0"/>
      </w:pPr>
      <w:r>
        <w:t>3) c) In the yard</w:t>
      </w:r>
    </w:p>
    <w:p>
      <w:pPr>
        <w:spacing w:after="0"/>
      </w:pPr>
      <w:r>
        <w:t>4) b) Yes, they are.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2026-03-09T00:00:00Z</dcterms:created>
  <dcterms:modified xsi:type="dcterms:W3CDTF">2026-03-09T00:00:00Z</dcterms:modified>
  <cp:category/>
</cp:coreProperties>
</file>