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Minhas Roupas em Inglês</w:t>
      </w:r>
    </w:p>
    <w:p>
      <w:r>
        <w:rPr>
          <w:color w:val="6B6B6B"/>
          <w:sz w:val="18"/>
        </w:rPr>
        <w:t>5 anos · Clothes (roupas)</w:t>
      </w:r>
    </w:p>
    <w:p>
      <w:pPr>
        <w:pStyle w:val="Heading2"/>
      </w:pPr>
      <w:r>
        <w:t>1. Pick the Clothes</w:t>
      </w:r>
    </w:p>
    <w:p>
      <w:r>
        <w:rPr>
          <w:i/>
        </w:rPr>
        <w:t>Escute a professora e escolha a resposta certa. (Listen and choose.)</w:t>
      </w:r>
    </w:p>
    <w:p>
      <w:pPr>
        <w:keepNext/>
        <w:spacing w:before="120"/>
      </w:pPr>
      <w:r>
        <w:t>1. 👕  What is this? 👕</w:t>
      </w:r>
    </w:p>
    <w:p>
      <w:pPr>
        <w:spacing w:after="0"/>
        <w:ind w:left="454"/>
      </w:pPr>
      <w:r>
        <w:t>(   ) a) shirt</w:t>
      </w:r>
    </w:p>
    <w:p>
      <w:pPr>
        <w:spacing w:after="0"/>
        <w:ind w:left="454"/>
      </w:pPr>
      <w:r>
        <w:t>(   ) b) socks</w:t>
      </w:r>
    </w:p>
    <w:p>
      <w:pPr>
        <w:keepNext/>
        <w:spacing w:before="120"/>
      </w:pPr>
      <w:r>
        <w:t>2. 🧦  What is this? 🧦</w:t>
      </w:r>
    </w:p>
    <w:p>
      <w:pPr>
        <w:spacing w:after="0"/>
        <w:ind w:left="454"/>
      </w:pPr>
      <w:r>
        <w:t>(   ) a) cap</w:t>
      </w:r>
    </w:p>
    <w:p>
      <w:pPr>
        <w:spacing w:after="0"/>
        <w:ind w:left="454"/>
      </w:pPr>
      <w:r>
        <w:t>(   ) b) socks</w:t>
      </w:r>
    </w:p>
    <w:p>
      <w:pPr>
        <w:spacing w:after="0"/>
        <w:ind w:left="454"/>
      </w:pPr>
      <w:r>
        <w:t>(   ) c) shoes</w:t>
      </w:r>
    </w:p>
    <w:p>
      <w:pPr>
        <w:keepNext/>
        <w:spacing w:before="120"/>
      </w:pPr>
      <w:r>
        <w:t>3. 👟  What is this? 👟</w:t>
      </w:r>
    </w:p>
    <w:p>
      <w:pPr>
        <w:spacing w:after="0"/>
        <w:ind w:left="454"/>
      </w:pPr>
      <w:r>
        <w:t>(   ) a) shoes</w:t>
      </w:r>
    </w:p>
    <w:p>
      <w:pPr>
        <w:spacing w:after="0"/>
        <w:ind w:left="454"/>
      </w:pPr>
      <w:r>
        <w:t>(   ) b) shirt</w:t>
      </w:r>
    </w:p>
    <w:p>
      <w:pPr>
        <w:spacing w:after="0"/>
        <w:ind w:left="454"/>
      </w:pPr>
      <w:r>
        <w:t>(   ) c) shorts</w:t>
      </w:r>
    </w:p>
    <w:p>
      <w:pPr>
        <w:keepNext/>
        <w:spacing w:before="120"/>
      </w:pPr>
      <w:r>
        <w:t>4. 🧢  What is this? 🧢</w:t>
      </w:r>
    </w:p>
    <w:p>
      <w:pPr>
        <w:spacing w:after="0"/>
        <w:ind w:left="454"/>
      </w:pPr>
      <w:r>
        <w:t>(   ) a) socks</w:t>
      </w:r>
    </w:p>
    <w:p>
      <w:pPr>
        <w:spacing w:after="0"/>
        <w:ind w:left="454"/>
      </w:pPr>
      <w:r>
        <w:t>(   ) b) shorts</w:t>
      </w:r>
    </w:p>
    <w:p>
      <w:pPr>
        <w:spacing w:after="0"/>
        <w:ind w:left="454"/>
      </w:pPr>
      <w:r>
        <w:t>(   ) c) cap</w:t>
      </w:r>
    </w:p>
    <w:p>
      <w:pPr>
        <w:pStyle w:val="Heading2"/>
      </w:pPr>
      <w:r>
        <w:t>2. Fill the Gap</w:t>
      </w:r>
    </w:p>
    <w:p>
      <w:r>
        <w:rPr>
          <w:i/>
        </w:rPr>
        <w:t>Complete a frase com uma palavra do banco. (Complete with the word bank.)</w:t>
      </w:r>
    </w:p>
    <w:p>
      <w:r>
        <w:rPr>
          <w:b/>
        </w:rPr>
        <w:t>Word bank:  shirt  |  socks  |  shoes  |  cap</w:t>
      </w:r>
    </w:p>
    <w:p>
      <w:pPr>
        <w:keepNext/>
        <w:spacing w:before="120"/>
      </w:pPr>
      <w:r>
        <w:t>1. 👕  Look! A ______________ 👕</w:t>
      </w:r>
    </w:p>
    <w:p>
      <w:pPr>
        <w:keepNext/>
        <w:spacing w:before="120"/>
      </w:pPr>
      <w:r>
        <w:t>2. 🧦  Look! ______________ 🧦</w:t>
      </w:r>
    </w:p>
    <w:p>
      <w:pPr>
        <w:keepNext/>
        <w:spacing w:before="120"/>
      </w:pPr>
      <w:r>
        <w:t>3. 🧢  Look! A ______________ 🧢</w:t>
      </w:r>
    </w:p>
    <w:p>
      <w:pPr>
        <w:keepNext/>
        <w:spacing w:before="120"/>
      </w:pPr>
      <w:r>
        <w:t>4. 👟  Look! ______________ 👟</w:t>
      </w:r>
    </w:p>
    <w:p>
      <w:pPr>
        <w:pStyle w:val="Heading2"/>
      </w:pPr>
      <w:r>
        <w:t>3. Yes or No?</w:t>
      </w:r>
    </w:p>
    <w:p>
      <w:r>
        <w:rPr>
          <w:i/>
        </w:rPr>
        <w:t>Olhe a figura. O nome está certo? (Yes or No?)</w:t>
      </w:r>
    </w:p>
    <w:p>
      <w:pPr>
        <w:keepNext/>
        <w:spacing w:before="120"/>
      </w:pPr>
      <w:r>
        <w:t>1. 👕  👕 = shirt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🧦  🧦 = cap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👟  👟 = shoes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🧢  🧢 = socks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Pick the Clothes</w:t>
      </w:r>
    </w:p>
    <w:p>
      <w:pPr>
        <w:spacing w:after="0"/>
      </w:pPr>
      <w:r>
        <w:t>1) a) shirt</w:t>
      </w:r>
    </w:p>
    <w:p>
      <w:pPr>
        <w:spacing w:after="0"/>
      </w:pPr>
      <w:r>
        <w:t>2) b) socks</w:t>
      </w:r>
    </w:p>
    <w:p>
      <w:pPr>
        <w:spacing w:after="0"/>
      </w:pPr>
      <w:r>
        <w:t>3) a) shoes</w:t>
      </w:r>
    </w:p>
    <w:p>
      <w:pPr>
        <w:spacing w:after="0"/>
      </w:pPr>
      <w:r>
        <w:t>4) c) cap</w:t>
      </w:r>
    </w:p>
    <w:p>
      <w:r>
        <w:rPr>
          <w:b/>
        </w:rPr>
        <w:t>2. Fill the Gap</w:t>
      </w:r>
    </w:p>
    <w:p>
      <w:pPr>
        <w:spacing w:after="0"/>
      </w:pPr>
      <w:r>
        <w:t>1) shirt</w:t>
      </w:r>
    </w:p>
    <w:p>
      <w:pPr>
        <w:spacing w:after="0"/>
      </w:pPr>
      <w:r>
        <w:t>2) socks</w:t>
      </w:r>
    </w:p>
    <w:p>
      <w:pPr>
        <w:spacing w:after="0"/>
      </w:pPr>
      <w:r>
        <w:t>3) cap</w:t>
      </w:r>
    </w:p>
    <w:p>
      <w:pPr>
        <w:spacing w:after="0"/>
      </w:pPr>
      <w:r>
        <w:t>4) shoes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