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Roupas na Campanha de Doação</w:t>
      </w:r>
    </w:p>
    <w:p>
      <w:r>
        <w:rPr>
          <w:color w:val="6B6B6B"/>
          <w:sz w:val="18"/>
        </w:rPr>
        <w:t>3 anos · Clothes (roupas)</w:t>
      </w:r>
    </w:p>
    <w:p>
      <w:pPr>
        <w:pStyle w:val="Heading2"/>
      </w:pPr>
      <w:r>
        <w:t>1. Find the Clothes</w:t>
      </w:r>
    </w:p>
    <w:p>
      <w:r>
        <w:rPr>
          <w:i/>
        </w:rPr>
        <w:t>A professora lê em voz alta. Olhe a figura e escolha a palavra certa. (Look and choose.)</w:t>
      </w:r>
    </w:p>
    <w:p>
      <w:pPr>
        <w:keepNext/>
        <w:spacing w:before="120"/>
      </w:pPr>
      <w:r>
        <w:t>1. 👕  Qual é o nome em inglês? (Which word?)</w:t>
      </w:r>
    </w:p>
    <w:p>
      <w:pPr>
        <w:spacing w:after="0"/>
        <w:ind w:left="454"/>
      </w:pPr>
      <w:r>
        <w:t>(   ) a) shirt</w:t>
      </w:r>
    </w:p>
    <w:p>
      <w:pPr>
        <w:spacing w:after="0"/>
        <w:ind w:left="454"/>
      </w:pPr>
      <w:r>
        <w:t>(   ) b) shoes</w:t>
      </w:r>
    </w:p>
    <w:p>
      <w:pPr>
        <w:keepNext/>
        <w:spacing w:before="120"/>
      </w:pPr>
      <w:r>
        <w:t>2. 👟  Qual é o nome em inglês? (Which word?)</w:t>
      </w:r>
    </w:p>
    <w:p>
      <w:pPr>
        <w:spacing w:after="0"/>
        <w:ind w:left="454"/>
      </w:pPr>
      <w:r>
        <w:t>(   ) a) hat</w:t>
      </w:r>
    </w:p>
    <w:p>
      <w:pPr>
        <w:spacing w:after="0"/>
        <w:ind w:left="454"/>
      </w:pPr>
      <w:r>
        <w:t>(   ) b) shoes</w:t>
      </w:r>
    </w:p>
    <w:p>
      <w:pPr>
        <w:keepNext/>
        <w:spacing w:before="120"/>
      </w:pPr>
      <w:r>
        <w:t>3. 👒  Qual é o nome em inglês? (Which word?)</w:t>
      </w:r>
    </w:p>
    <w:p>
      <w:pPr>
        <w:spacing w:after="0"/>
        <w:ind w:left="454"/>
      </w:pPr>
      <w:r>
        <w:t>(   ) a) hat</w:t>
      </w:r>
    </w:p>
    <w:p>
      <w:pPr>
        <w:spacing w:after="0"/>
        <w:ind w:left="454"/>
      </w:pPr>
      <w:r>
        <w:t>(   ) b) dress</w:t>
      </w:r>
    </w:p>
    <w:p>
      <w:pPr>
        <w:spacing w:after="0"/>
        <w:ind w:left="454"/>
      </w:pPr>
      <w:r>
        <w:t>(   ) c) socks</w:t>
      </w:r>
    </w:p>
    <w:p>
      <w:pPr>
        <w:keepNext/>
        <w:spacing w:before="120"/>
      </w:pPr>
      <w:r>
        <w:t>4. 🧦  Qual é o nome em inglês? (Which word?)</w:t>
      </w:r>
    </w:p>
    <w:p>
      <w:pPr>
        <w:spacing w:after="0"/>
        <w:ind w:left="454"/>
      </w:pPr>
      <w:r>
        <w:t>(   ) a) pants</w:t>
      </w:r>
    </w:p>
    <w:p>
      <w:pPr>
        <w:spacing w:after="0"/>
        <w:ind w:left="454"/>
      </w:pPr>
      <w:r>
        <w:t>(   ) b) shirt</w:t>
      </w:r>
    </w:p>
    <w:p>
      <w:pPr>
        <w:spacing w:after="0"/>
        <w:ind w:left="454"/>
      </w:pPr>
      <w:r>
        <w:t>(   ) c) socks</w:t>
      </w:r>
    </w:p>
    <w:p>
      <w:pPr>
        <w:keepNext/>
        <w:spacing w:before="120"/>
      </w:pPr>
      <w:r>
        <w:t>5. 👗  Qual é o nome em inglês? (Which word?)</w:t>
      </w:r>
    </w:p>
    <w:p>
      <w:pPr>
        <w:spacing w:after="0"/>
        <w:ind w:left="454"/>
      </w:pPr>
      <w:r>
        <w:t>(   ) a) shoes</w:t>
      </w:r>
    </w:p>
    <w:p>
      <w:pPr>
        <w:spacing w:after="0"/>
        <w:ind w:left="454"/>
      </w:pPr>
      <w:r>
        <w:t>(   ) b) dress</w:t>
      </w:r>
    </w:p>
    <w:p>
      <w:pPr>
        <w:pStyle w:val="Heading2"/>
      </w:pPr>
      <w:r>
        <w:t>2. Complete the Word</w:t>
      </w:r>
    </w:p>
    <w:p>
      <w:r>
        <w:rPr>
          <w:i/>
        </w:rPr>
        <w:t>A professora lê em voz alta. Olhe a figura e complete com a palavra do quadro. (Look and fill in the blank.)</w:t>
      </w:r>
    </w:p>
    <w:p>
      <w:r>
        <w:rPr>
          <w:b/>
        </w:rPr>
        <w:t>Word bank:  shirt  |  shoes  |  hat  |  socks</w:t>
      </w:r>
    </w:p>
    <w:p>
      <w:pPr>
        <w:keepNext/>
        <w:spacing w:before="120"/>
      </w:pPr>
      <w:r>
        <w:t>1. 👕  Na caixa de doação tem: ______________.</w:t>
      </w:r>
    </w:p>
    <w:p>
      <w:pPr>
        <w:keepNext/>
        <w:spacing w:before="120"/>
      </w:pPr>
      <w:r>
        <w:t>2. 👟  Na caixa de doação tem: ______________.</w:t>
      </w:r>
    </w:p>
    <w:p>
      <w:pPr>
        <w:keepNext/>
        <w:spacing w:before="120"/>
      </w:pPr>
      <w:r>
        <w:t>3. 👒  Na caixa de doação tem: ______________.</w:t>
      </w:r>
    </w:p>
    <w:p>
      <w:pPr>
        <w:keepNext/>
        <w:spacing w:before="120"/>
      </w:pPr>
      <w:r>
        <w:t>4. 🧦  Na caixa de doação tem: ______________.</w:t>
      </w:r>
    </w:p>
    <w:p>
      <w:pPr>
        <w:pStyle w:val="Heading2"/>
      </w:pPr>
      <w:r>
        <w:t>3. Yes or No?</w:t>
      </w:r>
    </w:p>
    <w:p>
      <w:r>
        <w:rPr>
          <w:i/>
        </w:rPr>
        <w:t>A professora lê em voz alta. Olhe a figura. A palavra está certa? Responda Sim ou Não. (Is it right? Yes or No.)</w:t>
      </w:r>
    </w:p>
    <w:p>
      <w:pPr>
        <w:keepNext/>
        <w:spacing w:before="120"/>
      </w:pPr>
      <w:r>
        <w:t>1. 👖  👖 = pants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👗  👗 = hat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🧦  🧦 = socks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Find the Clothes</w:t>
      </w:r>
    </w:p>
    <w:p>
      <w:pPr>
        <w:spacing w:after="0"/>
      </w:pPr>
      <w:r>
        <w:t>1) a) shirt</w:t>
      </w:r>
    </w:p>
    <w:p>
      <w:pPr>
        <w:spacing w:after="0"/>
      </w:pPr>
      <w:r>
        <w:t>2) b) shoes</w:t>
      </w:r>
    </w:p>
    <w:p>
      <w:pPr>
        <w:spacing w:after="0"/>
      </w:pPr>
      <w:r>
        <w:t>3) a) hat</w:t>
      </w:r>
    </w:p>
    <w:p>
      <w:pPr>
        <w:spacing w:after="0"/>
      </w:pPr>
      <w:r>
        <w:t>4) c) socks</w:t>
      </w:r>
    </w:p>
    <w:p>
      <w:pPr>
        <w:spacing w:after="0"/>
      </w:pPr>
      <w:r>
        <w:t>5) b) dress</w:t>
      </w:r>
    </w:p>
    <w:p>
      <w:r>
        <w:rPr>
          <w:b/>
        </w:rPr>
        <w:t>2. Complete the Word</w:t>
      </w:r>
    </w:p>
    <w:p>
      <w:pPr>
        <w:spacing w:after="0"/>
      </w:pPr>
      <w:r>
        <w:t>1) shirt</w:t>
      </w:r>
    </w:p>
    <w:p>
      <w:pPr>
        <w:spacing w:after="0"/>
      </w:pPr>
      <w:r>
        <w:t>2) shoes</w:t>
      </w:r>
    </w:p>
    <w:p>
      <w:pPr>
        <w:spacing w:after="0"/>
      </w:pPr>
      <w:r>
        <w:t>3) hat</w:t>
      </w:r>
    </w:p>
    <w:p>
      <w:pPr>
        <w:spacing w:after="0"/>
      </w:pPr>
      <w:r>
        <w:t>4) socks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