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Minhas Roupas! (My Clothes)</w:t>
      </w:r>
    </w:p>
    <w:p>
      <w:r>
        <w:rPr>
          <w:color w:val="6B6B6B"/>
          <w:sz w:val="18"/>
        </w:rPr>
        <w:t>3 anos · Clothes (roupas)</w:t>
      </w:r>
    </w:p>
    <w:p>
      <w:pPr>
        <w:pStyle w:val="Heading2"/>
      </w:pPr>
      <w:r>
        <w:t>1. Clothes</w:t>
      </w:r>
    </w:p>
    <w:p>
      <w:r>
        <w:rPr>
          <w:i/>
        </w:rPr>
        <w:t>Escute a professora e aponte a figura certa. (Listen and point to the right picture.)</w:t>
      </w:r>
    </w:p>
    <w:p>
      <w:pPr>
        <w:keepNext/>
        <w:spacing w:before="120"/>
      </w:pPr>
      <w:r>
        <w:t>1. Where is the hat? (Onde está o chapéu?)</w:t>
      </w:r>
    </w:p>
    <w:p>
      <w:pPr>
        <w:spacing w:after="0"/>
        <w:ind w:left="454"/>
      </w:pPr>
      <w:r>
        <w:t>(   ) a) 👒 hat</w:t>
      </w:r>
    </w:p>
    <w:p>
      <w:pPr>
        <w:spacing w:after="0"/>
        <w:ind w:left="454"/>
      </w:pPr>
      <w:r>
        <w:t>(   ) b) 👟 shoes</w:t>
      </w:r>
    </w:p>
    <w:p>
      <w:pPr>
        <w:keepNext/>
        <w:spacing w:before="120"/>
      </w:pPr>
      <w:r>
        <w:t>2. Where are the shoes? (Onde estão os sapatos?)</w:t>
      </w:r>
    </w:p>
    <w:p>
      <w:pPr>
        <w:spacing w:after="0"/>
        <w:ind w:left="454"/>
      </w:pPr>
      <w:r>
        <w:t>(   ) a) 👒 hat</w:t>
      </w:r>
    </w:p>
    <w:p>
      <w:pPr>
        <w:spacing w:after="0"/>
        <w:ind w:left="454"/>
      </w:pPr>
      <w:r>
        <w:t>(   ) b) 👟 shoes</w:t>
      </w:r>
    </w:p>
    <w:p>
      <w:pPr>
        <w:spacing w:after="0"/>
        <w:ind w:left="454"/>
      </w:pPr>
      <w:r>
        <w:t>(   ) c) 👕 shirt</w:t>
      </w:r>
    </w:p>
    <w:p>
      <w:pPr>
        <w:keepNext/>
        <w:spacing w:before="120"/>
      </w:pPr>
      <w:r>
        <w:t>3. Where is the shirt? (Onde está a camiseta?)</w:t>
      </w:r>
    </w:p>
    <w:p>
      <w:pPr>
        <w:spacing w:after="0"/>
        <w:ind w:left="454"/>
      </w:pPr>
      <w:r>
        <w:t>(   ) a) 👟 shoes</w:t>
      </w:r>
    </w:p>
    <w:p>
      <w:pPr>
        <w:spacing w:after="0"/>
        <w:ind w:left="454"/>
      </w:pPr>
      <w:r>
        <w:t>(   ) b) 👒 hat</w:t>
      </w:r>
    </w:p>
    <w:p>
      <w:pPr>
        <w:spacing w:after="0"/>
        <w:ind w:left="454"/>
      </w:pPr>
      <w:r>
        <w:t>(   ) c) 👕 shirt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Clothes</w:t>
      </w:r>
    </w:p>
    <w:p>
      <w:pPr>
        <w:spacing w:after="0"/>
      </w:pPr>
      <w:r>
        <w:t>1) a) 👒 hat</w:t>
      </w:r>
    </w:p>
    <w:p>
      <w:pPr>
        <w:spacing w:after="0"/>
      </w:pPr>
      <w:r>
        <w:t>2) b) 👟 shoes</w:t>
      </w:r>
    </w:p>
    <w:p>
      <w:pPr>
        <w:spacing w:after="0"/>
      </w:pPr>
      <w:r>
        <w:t>3) c) 👕 shirt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2026-10-25T00:00:00Z</dcterms:created>
  <dcterms:modified xsi:type="dcterms:W3CDTF">2026-10-25T00:00:00Z</dcterms:modified>
  <cp:category/>
</cp:coreProperties>
</file>