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Reported speech e passive voice</w:t>
      </w:r>
    </w:p>
    <w:p>
      <w:r>
        <w:rPr>
          <w:color w:val="6B6B6B"/>
          <w:sz w:val="18"/>
        </w:rPr>
        <w:t>9º ano · Reported speech</w:t>
      </w:r>
    </w:p>
    <w:p>
      <w:pPr>
        <w:pStyle w:val="Heading2"/>
      </w:pPr>
      <w:r>
        <w:t>1. Reported speech</w:t>
      </w:r>
    </w:p>
    <w:p>
      <w:r>
        <w:rPr>
          <w:i/>
        </w:rPr>
        <w:t>Choose the correct option.</w:t>
      </w:r>
    </w:p>
    <w:p>
      <w:pPr>
        <w:keepNext/>
        <w:spacing w:before="120"/>
      </w:pPr>
      <w:r>
        <w:t>1. Peter said: "I am tired." → Peter said that he ___ tired.</w:t>
      </w:r>
    </w:p>
    <w:p>
      <w:pPr>
        <w:spacing w:after="0"/>
        <w:ind w:left="454"/>
      </w:pPr>
      <w:r>
        <w:t>(   ) a) is</w:t>
      </w:r>
    </w:p>
    <w:p>
      <w:pPr>
        <w:spacing w:after="0"/>
        <w:ind w:left="454"/>
      </w:pPr>
      <w:r>
        <w:t>(   ) b) was</w:t>
      </w:r>
    </w:p>
    <w:p>
      <w:pPr>
        <w:spacing w:after="0"/>
        <w:ind w:left="454"/>
      </w:pPr>
      <w:r>
        <w:t>(   ) c) were</w:t>
      </w:r>
    </w:p>
    <w:p>
      <w:pPr>
        <w:spacing w:after="0"/>
        <w:ind w:left="454"/>
      </w:pPr>
      <w:r>
        <w:t>(   ) d) be</w:t>
      </w:r>
    </w:p>
    <w:p>
      <w:pPr>
        <w:keepNext/>
        <w:spacing w:before="120"/>
      </w:pPr>
      <w:r>
        <w:t>2. Anna said: "We will visit the museum tomorrow." → Anna said they ___ visit the museum the next day.</w:t>
      </w:r>
    </w:p>
    <w:p>
      <w:pPr>
        <w:spacing w:after="0"/>
        <w:ind w:left="454"/>
      </w:pPr>
      <w:r>
        <w:t>(   ) a) will</w:t>
      </w:r>
    </w:p>
    <w:p>
      <w:pPr>
        <w:spacing w:after="0"/>
        <w:ind w:left="454"/>
      </w:pPr>
      <w:r>
        <w:t>(   ) b) should</w:t>
      </w:r>
    </w:p>
    <w:p>
      <w:pPr>
        <w:spacing w:after="0"/>
        <w:ind w:left="454"/>
      </w:pPr>
      <w:r>
        <w:t>(   ) c) can</w:t>
      </w:r>
    </w:p>
    <w:p>
      <w:pPr>
        <w:spacing w:after="0"/>
        <w:ind w:left="454"/>
      </w:pPr>
      <w:r>
        <w:t>(   ) d) would</w:t>
      </w:r>
    </w:p>
    <w:p>
      <w:pPr>
        <w:keepNext/>
        <w:spacing w:before="120"/>
      </w:pPr>
      <w:r>
        <w:t>3. Tom said: "I lost my phone." → Tom said that he ___ his phone.</w:t>
      </w:r>
    </w:p>
    <w:p>
      <w:pPr>
        <w:spacing w:after="0"/>
        <w:ind w:left="454"/>
      </w:pPr>
      <w:r>
        <w:t>(   ) a) had lost</w:t>
      </w:r>
    </w:p>
    <w:p>
      <w:pPr>
        <w:spacing w:after="0"/>
        <w:ind w:left="454"/>
      </w:pPr>
      <w:r>
        <w:t>(   ) b) has lost</w:t>
      </w:r>
    </w:p>
    <w:p>
      <w:pPr>
        <w:spacing w:after="0"/>
        <w:ind w:left="454"/>
      </w:pPr>
      <w:r>
        <w:t>(   ) c) loses</w:t>
      </w:r>
    </w:p>
    <w:p>
      <w:pPr>
        <w:spacing w:after="0"/>
        <w:ind w:left="454"/>
      </w:pPr>
      <w:r>
        <w:t>(   ) d) will lose</w:t>
      </w:r>
    </w:p>
    <w:p>
      <w:pPr>
        <w:keepNext/>
        <w:spacing w:before="120"/>
      </w:pPr>
      <w:r>
        <w:t>4. Yesterday my mom said: "I am cooking dinner." → My mom said that she ___ dinner.</w:t>
      </w:r>
    </w:p>
    <w:p>
      <w:pPr>
        <w:spacing w:after="0"/>
        <w:ind w:left="454"/>
      </w:pPr>
      <w:r>
        <w:t>(   ) a) is cooking</w:t>
      </w:r>
    </w:p>
    <w:p>
      <w:pPr>
        <w:spacing w:after="0"/>
        <w:ind w:left="454"/>
      </w:pPr>
      <w:r>
        <w:t>(   ) b) cooks</w:t>
      </w:r>
    </w:p>
    <w:p>
      <w:pPr>
        <w:spacing w:after="0"/>
        <w:ind w:left="454"/>
      </w:pPr>
      <w:r>
        <w:t>(   ) c) was cooking</w:t>
      </w:r>
    </w:p>
    <w:p>
      <w:pPr>
        <w:spacing w:after="0"/>
        <w:ind w:left="454"/>
      </w:pPr>
      <w:r>
        <w:t>(   ) d) cook</w:t>
      </w:r>
    </w:p>
    <w:p>
      <w:pPr>
        <w:keepNext/>
        <w:spacing w:before="120"/>
      </w:pPr>
      <w:r>
        <w:t>5. The teacher said: "Open your books." → The teacher told us ___ our books.</w:t>
      </w:r>
    </w:p>
    <w:p>
      <w:pPr>
        <w:spacing w:after="0"/>
        <w:ind w:left="454"/>
      </w:pPr>
      <w:r>
        <w:t>(   ) a) open</w:t>
      </w:r>
    </w:p>
    <w:p>
      <w:pPr>
        <w:spacing w:after="0"/>
        <w:ind w:left="454"/>
      </w:pPr>
      <w:r>
        <w:t>(   ) b) to open</w:t>
      </w:r>
    </w:p>
    <w:p>
      <w:pPr>
        <w:spacing w:after="0"/>
        <w:ind w:left="454"/>
      </w:pPr>
      <w:r>
        <w:t>(   ) c) opened</w:t>
      </w:r>
    </w:p>
    <w:p>
      <w:pPr>
        <w:spacing w:after="0"/>
        <w:ind w:left="454"/>
      </w:pPr>
      <w:r>
        <w:t>(   ) d) opening</w:t>
      </w:r>
    </w:p>
    <w:p>
      <w:pPr>
        <w:pStyle w:val="Heading2"/>
      </w:pPr>
      <w:r>
        <w:t>2. Passive voice</w:t>
      </w:r>
    </w:p>
    <w:p>
      <w:r>
        <w:rPr>
          <w:i/>
        </w:rPr>
        <w:t>Choose the correct passive form.</w:t>
      </w:r>
    </w:p>
    <w:p>
      <w:pPr>
        <w:keepNext/>
        <w:spacing w:before="120"/>
      </w:pPr>
      <w:r>
        <w:t>1. They clean the classroom every day.</w:t>
      </w:r>
    </w:p>
    <w:p>
      <w:pPr>
        <w:spacing w:after="0"/>
        <w:ind w:left="454"/>
      </w:pPr>
      <w:r>
        <w:t>(   ) a) The classroom is cleaned every day.</w:t>
      </w:r>
    </w:p>
    <w:p>
      <w:pPr>
        <w:spacing w:after="0"/>
        <w:ind w:left="454"/>
      </w:pPr>
      <w:r>
        <w:t>(   ) b) The classroom was clean every day.</w:t>
      </w:r>
    </w:p>
    <w:p>
      <w:pPr>
        <w:spacing w:after="0"/>
        <w:ind w:left="454"/>
      </w:pPr>
      <w:r>
        <w:t>(   ) c) The classroom cleans every day.</w:t>
      </w:r>
    </w:p>
    <w:p>
      <w:pPr>
        <w:spacing w:after="0"/>
        <w:ind w:left="454"/>
      </w:pPr>
      <w:r>
        <w:t>(   ) d) The classroom is cleaning every day.</w:t>
      </w:r>
    </w:p>
    <w:p>
      <w:pPr>
        <w:keepNext/>
        <w:spacing w:before="120"/>
      </w:pPr>
      <w:r>
        <w:t>2. The teacher gave the students homework.</w:t>
      </w:r>
    </w:p>
    <w:p>
      <w:pPr>
        <w:spacing w:after="0"/>
        <w:ind w:left="454"/>
      </w:pPr>
      <w:r>
        <w:t>(   ) a) Homework is given to the students.</w:t>
      </w:r>
    </w:p>
    <w:p>
      <w:pPr>
        <w:spacing w:after="0"/>
        <w:ind w:left="454"/>
      </w:pPr>
      <w:r>
        <w:t>(   ) b) Homework gives to the students.</w:t>
      </w:r>
    </w:p>
    <w:p>
      <w:pPr>
        <w:spacing w:after="0"/>
        <w:ind w:left="454"/>
      </w:pPr>
      <w:r>
        <w:t>(   ) c) Homework was given to the students.</w:t>
      </w:r>
    </w:p>
    <w:p>
      <w:pPr>
        <w:spacing w:after="0"/>
        <w:ind w:left="454"/>
      </w:pPr>
      <w:r>
        <w:t>(   ) d) Homework will given to the students.</w:t>
      </w:r>
    </w:p>
    <w:p>
      <w:pPr>
        <w:keepNext/>
        <w:spacing w:before="120"/>
      </w:pPr>
      <w:r>
        <w:t>3. People speak Portuguese in Brazil.</w:t>
      </w:r>
    </w:p>
    <w:p>
      <w:pPr>
        <w:spacing w:after="0"/>
        <w:ind w:left="454"/>
      </w:pPr>
      <w:r>
        <w:t>(   ) a) Portuguese speaks in Brazil.</w:t>
      </w:r>
    </w:p>
    <w:p>
      <w:pPr>
        <w:spacing w:after="0"/>
        <w:ind w:left="454"/>
      </w:pPr>
      <w:r>
        <w:t>(   ) b) Portuguese is spoken in Brazil.</w:t>
      </w:r>
    </w:p>
    <w:p>
      <w:pPr>
        <w:spacing w:after="0"/>
        <w:ind w:left="454"/>
      </w:pPr>
      <w:r>
        <w:t>(   ) c) Portuguese was speak in Brazil.</w:t>
      </w:r>
    </w:p>
    <w:p>
      <w:pPr>
        <w:keepNext/>
        <w:spacing w:before="120"/>
      </w:pPr>
      <w:r>
        <w:t>4. Someone stole my bike last night.</w:t>
      </w:r>
    </w:p>
    <w:p>
      <w:pPr>
        <w:spacing w:after="0"/>
        <w:ind w:left="454"/>
      </w:pPr>
      <w:r>
        <w:t>(   ) a) My bike is stolen last night.</w:t>
      </w:r>
    </w:p>
    <w:p>
      <w:pPr>
        <w:spacing w:after="0"/>
        <w:ind w:left="454"/>
      </w:pPr>
      <w:r>
        <w:t>(   ) b) My bike was steal last night.</w:t>
      </w:r>
    </w:p>
    <w:p>
      <w:pPr>
        <w:spacing w:after="0"/>
        <w:ind w:left="454"/>
      </w:pPr>
      <w:r>
        <w:t>(   ) c) My bike stole last night.</w:t>
      </w:r>
    </w:p>
    <w:p>
      <w:pPr>
        <w:spacing w:after="0"/>
        <w:ind w:left="454"/>
      </w:pPr>
      <w:r>
        <w:t>(   ) d) My bike was stolen last night.</w:t>
      </w:r>
    </w:p>
    <w:p>
      <w:pPr>
        <w:keepNext/>
        <w:spacing w:before="120"/>
      </w:pPr>
      <w:r>
        <w:t>5. They will build a new hospital.</w:t>
      </w:r>
    </w:p>
    <w:p>
      <w:pPr>
        <w:spacing w:after="0"/>
        <w:ind w:left="454"/>
      </w:pPr>
      <w:r>
        <w:t>(   ) a) A new hospital will be built.</w:t>
      </w:r>
    </w:p>
    <w:p>
      <w:pPr>
        <w:spacing w:after="0"/>
        <w:ind w:left="454"/>
      </w:pPr>
      <w:r>
        <w:t>(   ) b) A new hospital will build.</w:t>
      </w:r>
    </w:p>
    <w:p>
      <w:pPr>
        <w:spacing w:after="0"/>
        <w:ind w:left="454"/>
      </w:pPr>
      <w:r>
        <w:t>(   ) c) A new hospital is built.</w:t>
      </w:r>
    </w:p>
    <w:p>
      <w:pPr>
        <w:spacing w:after="0"/>
        <w:ind w:left="454"/>
      </w:pPr>
      <w:r>
        <w:t>(   ) d) A new hospital was built.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Reported speech</w:t>
      </w:r>
    </w:p>
    <w:p>
      <w:pPr>
        <w:spacing w:after="0"/>
      </w:pPr>
      <w:r>
        <w:t>1) b) was</w:t>
      </w:r>
    </w:p>
    <w:p>
      <w:pPr>
        <w:spacing w:after="0"/>
      </w:pPr>
      <w:r>
        <w:t>2) d) would</w:t>
      </w:r>
    </w:p>
    <w:p>
      <w:pPr>
        <w:spacing w:after="0"/>
      </w:pPr>
      <w:r>
        <w:t>3) a) had lost</w:t>
      </w:r>
    </w:p>
    <w:p>
      <w:pPr>
        <w:spacing w:after="0"/>
      </w:pPr>
      <w:r>
        <w:t>4) c) was cooking</w:t>
      </w:r>
    </w:p>
    <w:p>
      <w:pPr>
        <w:spacing w:after="0"/>
      </w:pPr>
      <w:r>
        <w:t>5) b) to open</w:t>
      </w:r>
    </w:p>
    <w:p>
      <w:r>
        <w:rPr>
          <w:b/>
        </w:rPr>
        <w:t>2. Passive voice</w:t>
      </w:r>
    </w:p>
    <w:p>
      <w:pPr>
        <w:spacing w:after="0"/>
      </w:pPr>
      <w:r>
        <w:t>1) a) The classroom is cleaned every day.</w:t>
      </w:r>
    </w:p>
    <w:p>
      <w:pPr>
        <w:spacing w:after="0"/>
      </w:pPr>
      <w:r>
        <w:t>2) c) Homework was given to the students.</w:t>
      </w:r>
    </w:p>
    <w:p>
      <w:pPr>
        <w:spacing w:after="0"/>
      </w:pPr>
      <w:r>
        <w:t>3) b) Portuguese is spoken in Brazil.</w:t>
      </w:r>
    </w:p>
    <w:p>
      <w:pPr>
        <w:spacing w:after="0"/>
      </w:pPr>
      <w:r>
        <w:t>4) d) My bike was stolen last night.</w:t>
      </w:r>
    </w:p>
    <w:p>
      <w:pPr>
        <w:spacing w:after="0"/>
      </w:pPr>
      <w:r>
        <w:t>5) a) A new hospital will be built.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2025-09-22T00:00:00Z</dcterms:created>
  <dcterms:modified xsi:type="dcterms:W3CDTF">2025-09-22T00:00:00Z</dcterms:modified>
  <cp:category/>
</cp:coreProperties>
</file>