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Reported Speech: o dia das profissões</w:t>
      </w:r>
    </w:p>
    <w:p>
      <w:r>
        <w:rPr>
          <w:color w:val="6B6B6B"/>
          <w:sz w:val="18"/>
        </w:rPr>
        <w:t>9º ano · Reported speech · BNCC: EF09LI07</w:t>
      </w:r>
    </w:p>
    <w:p>
      <w:pPr>
        <w:pStyle w:val="Heading2"/>
      </w:pPr>
      <w:r>
        <w:t>1. Reading</w:t>
      </w:r>
    </w:p>
    <w:p>
      <w:r>
        <w:rPr>
          <w:i/>
        </w:rPr>
        <w:t>Read the text and choose the correct answer.</w:t>
      </w:r>
    </w:p>
    <w:p>
      <w:r>
        <w:rPr>
          <w:b/>
        </w:rPr>
        <w:t>Career Day</w:t>
      </w:r>
    </w:p>
    <w:p>
      <w:pPr>
        <w:ind w:left="340"/>
      </w:pPr>
      <w:r>
        <w:t>During a school career day, a guest speaker told the students that technology would change many professions in the next decade. She explained that people had to keep learning new skills to stay competitive. When a student asked her if robots would replace all human workers, she answered that machines could do some tasks, but they couldn't replace creativity and empathy. She finished by saying that curiosity was the most valuable skill of all.</w:t>
      </w:r>
    </w:p>
    <w:p>
      <w:pPr>
        <w:keepNext/>
        <w:spacing w:before="120"/>
      </w:pPr>
      <w:r>
        <w:t>1. What did the guest speaker tell the students about technology?</w:t>
      </w:r>
    </w:p>
    <w:p>
      <w:pPr>
        <w:spacing w:after="0"/>
        <w:ind w:left="454"/>
      </w:pPr>
      <w:r>
        <w:t>(   ) a) That it would change many professions in the next decade.</w:t>
      </w:r>
    </w:p>
    <w:p>
      <w:pPr>
        <w:spacing w:after="0"/>
        <w:ind w:left="454"/>
      </w:pPr>
      <w:r>
        <w:t>(   ) b) That it would end all professions next year.</w:t>
      </w:r>
    </w:p>
    <w:p>
      <w:pPr>
        <w:spacing w:after="0"/>
        <w:ind w:left="454"/>
      </w:pPr>
      <w:r>
        <w:t>(   ) c) That it was not important for students.</w:t>
      </w:r>
    </w:p>
    <w:p>
      <w:pPr>
        <w:keepNext/>
        <w:spacing w:before="120"/>
      </w:pPr>
      <w:r>
        <w:t>2. What did she explain about people and new skills?</w:t>
      </w:r>
    </w:p>
    <w:p>
      <w:pPr>
        <w:spacing w:after="0"/>
        <w:ind w:left="454"/>
      </w:pPr>
      <w:r>
        <w:t>(   ) a) People should stop studying after school.</w:t>
      </w:r>
    </w:p>
    <w:p>
      <w:pPr>
        <w:spacing w:after="0"/>
        <w:ind w:left="454"/>
      </w:pPr>
      <w:r>
        <w:t>(   ) b) Robots would teach people new skills.</w:t>
      </w:r>
    </w:p>
    <w:p>
      <w:pPr>
        <w:spacing w:after="0"/>
        <w:ind w:left="454"/>
      </w:pPr>
      <w:r>
        <w:t>(   ) c) People had to keep learning new skills to stay competitive.</w:t>
      </w:r>
    </w:p>
    <w:p>
      <w:pPr>
        <w:keepNext/>
        <w:spacing w:before="120"/>
      </w:pPr>
      <w:r>
        <w:t>3. What did the student ask her?</w:t>
      </w:r>
    </w:p>
    <w:p>
      <w:pPr>
        <w:spacing w:after="0"/>
        <w:ind w:left="454"/>
      </w:pPr>
      <w:r>
        <w:t>(   ) a) If she liked her job.</w:t>
      </w:r>
    </w:p>
    <w:p>
      <w:pPr>
        <w:spacing w:after="0"/>
        <w:ind w:left="454"/>
      </w:pPr>
      <w:r>
        <w:t>(   ) b) If robots would replace all human workers.</w:t>
      </w:r>
    </w:p>
    <w:p>
      <w:pPr>
        <w:spacing w:after="0"/>
        <w:ind w:left="454"/>
      </w:pPr>
      <w:r>
        <w:t>(   ) c) If technology was expensive.</w:t>
      </w:r>
    </w:p>
    <w:p>
      <w:pPr>
        <w:keepNext/>
        <w:spacing w:before="120"/>
      </w:pPr>
      <w:r>
        <w:t>4. According to the speaker, what can't machines replace?</w:t>
      </w:r>
    </w:p>
    <w:p>
      <w:pPr>
        <w:spacing w:after="0"/>
        <w:ind w:left="454"/>
      </w:pPr>
      <w:r>
        <w:t>(   ) a) Simple tasks</w:t>
      </w:r>
    </w:p>
    <w:p>
      <w:pPr>
        <w:spacing w:after="0"/>
        <w:ind w:left="454"/>
      </w:pPr>
      <w:r>
        <w:t>(   ) b) Creativity and empathy</w:t>
      </w:r>
    </w:p>
    <w:p>
      <w:pPr>
        <w:spacing w:after="0"/>
        <w:ind w:left="454"/>
      </w:pPr>
      <w:r>
        <w:t>(   ) c) Computers</w:t>
      </w:r>
    </w:p>
    <w:p>
      <w:pPr>
        <w:keepNext/>
        <w:spacing w:before="120"/>
      </w:pPr>
      <w:r>
        <w:t>5. What is the main idea of the text?</w:t>
      </w:r>
    </w:p>
    <w:p>
      <w:pPr>
        <w:spacing w:after="0"/>
        <w:ind w:left="454"/>
      </w:pPr>
      <w:r>
        <w:t>(   ) a) Robots will soon replace all teachers.</w:t>
      </w:r>
    </w:p>
    <w:p>
      <w:pPr>
        <w:spacing w:after="0"/>
        <w:ind w:left="454"/>
      </w:pPr>
      <w:r>
        <w:t>(   ) b) Technology will change work, but human skills like creativity, empathy and curiosity remain essential.</w:t>
      </w:r>
    </w:p>
    <w:p>
      <w:pPr>
        <w:spacing w:after="0"/>
        <w:ind w:left="454"/>
      </w:pPr>
      <w:r>
        <w:t>(   ) c) Career day is boring for students.</w:t>
      </w:r>
    </w:p>
    <w:p>
      <w:pPr>
        <w:pStyle w:val="Heading2"/>
      </w:pPr>
      <w:r>
        <w:t>2. Reported speech</w:t>
      </w:r>
    </w:p>
    <w:p>
      <w:r>
        <w:rPr>
          <w:i/>
        </w:rPr>
        <w:t>Complete the sentences in reported speech.</w:t>
      </w:r>
    </w:p>
    <w:p>
      <w:pPr>
        <w:keepNext/>
        <w:spacing w:before="120"/>
      </w:pPr>
      <w:r>
        <w:t>1. "I am learning a new language," she said. → She said that she ______________ a new language.</w:t>
      </w:r>
    </w:p>
    <w:p>
      <w:pPr>
        <w:keepNext/>
        <w:spacing w:before="120"/>
      </w:pPr>
      <w:r>
        <w:t>2. "We will travel next year," they said. → They said that they ______________ the following year.</w:t>
      </w:r>
    </w:p>
    <w:p>
      <w:pPr>
        <w:keepNext/>
        <w:spacing w:before="120"/>
      </w:pPr>
      <w:r>
        <w:t>3. "Do you like science?" he asked me. → He asked me if I ______________ science.</w:t>
      </w:r>
    </w:p>
    <w:p>
      <w:pPr>
        <w:keepNext/>
        <w:spacing w:before="120"/>
      </w:pPr>
      <w:r>
        <w:t>4. "I have finished my project," Ana said. → Ana said that she ______________ her project.</w:t>
      </w:r>
    </w:p>
    <w:p>
      <w:pPr>
        <w:keepNext/>
        <w:spacing w:before="120"/>
      </w:pPr>
      <w:r>
        <w:t>5. "Don't forget your homework," the teacher told us. → The teacher told us ______________ our homework.</w:t>
      </w:r>
    </w:p>
    <w:p>
      <w:pPr>
        <w:pStyle w:val="Heading2"/>
      </w:pPr>
      <w:r>
        <w:t>3. Vocabulary in context</w:t>
      </w:r>
    </w:p>
    <w:p>
      <w:r>
        <w:rPr>
          <w:i/>
        </w:rPr>
        <w:t>Choose the correct option.</w:t>
      </w:r>
    </w:p>
    <w:p>
      <w:pPr>
        <w:keepNext/>
        <w:spacing w:before="120"/>
      </w:pPr>
      <w:r>
        <w:t>1. A synonym for "replace" is:</w:t>
      </w:r>
    </w:p>
    <w:p>
      <w:pPr>
        <w:spacing w:after="0"/>
        <w:ind w:left="454"/>
      </w:pPr>
      <w:r>
        <w:t>(   ) a) improve</w:t>
      </w:r>
    </w:p>
    <w:p>
      <w:pPr>
        <w:spacing w:after="0"/>
        <w:ind w:left="454"/>
      </w:pPr>
      <w:r>
        <w:t>(   ) b) substitute</w:t>
      </w:r>
    </w:p>
    <w:p>
      <w:pPr>
        <w:spacing w:after="0"/>
        <w:ind w:left="454"/>
      </w:pPr>
      <w:r>
        <w:t>(   ) c) repair</w:t>
      </w:r>
    </w:p>
    <w:p>
      <w:pPr>
        <w:keepNext/>
        <w:spacing w:before="120"/>
      </w:pPr>
      <w:r>
        <w:t>2. The opposite of "valuable" is:</w:t>
      </w:r>
    </w:p>
    <w:p>
      <w:pPr>
        <w:spacing w:after="0"/>
        <w:ind w:left="454"/>
      </w:pPr>
      <w:r>
        <w:t>(   ) a) worthless</w:t>
      </w:r>
    </w:p>
    <w:p>
      <w:pPr>
        <w:spacing w:after="0"/>
        <w:ind w:left="454"/>
      </w:pPr>
      <w:r>
        <w:t>(   ) b) important</w:t>
      </w:r>
    </w:p>
    <w:p>
      <w:pPr>
        <w:spacing w:after="0"/>
        <w:ind w:left="454"/>
      </w:pPr>
      <w:r>
        <w:t>(   ) c) expensive</w:t>
      </w:r>
    </w:p>
    <w:p>
      <w:pPr>
        <w:keepNext/>
        <w:spacing w:before="120"/>
      </w:pPr>
      <w:r>
        <w:t>3. "Competitive" in the text means:</w:t>
      </w:r>
    </w:p>
    <w:p>
      <w:pPr>
        <w:spacing w:after="0"/>
        <w:ind w:left="454"/>
      </w:pPr>
      <w:r>
        <w:t>(   ) a) friendly</w:t>
      </w:r>
    </w:p>
    <w:p>
      <w:pPr>
        <w:spacing w:after="0"/>
        <w:ind w:left="454"/>
      </w:pPr>
      <w:r>
        <w:t>(   ) b) lazy</w:t>
      </w:r>
    </w:p>
    <w:p>
      <w:pPr>
        <w:spacing w:after="0"/>
        <w:ind w:left="454"/>
      </w:pPr>
      <w:r>
        <w:t>(   ) c) able to succeed against others</w:t>
      </w:r>
    </w:p>
    <w:p>
      <w:pPr>
        <w:keepNext/>
        <w:spacing w:before="120"/>
      </w:pPr>
      <w:r>
        <w:t>4. "Empathy" means:</w:t>
      </w:r>
    </w:p>
    <w:p>
      <w:pPr>
        <w:spacing w:after="0"/>
        <w:ind w:left="454"/>
      </w:pPr>
      <w:r>
        <w:t>(   ) a) a type of machine</w:t>
      </w:r>
    </w:p>
    <w:p>
      <w:pPr>
        <w:spacing w:after="0"/>
        <w:ind w:left="454"/>
      </w:pPr>
      <w:r>
        <w:t>(   ) b) the ability to understand others' feelings</w:t>
      </w:r>
    </w:p>
    <w:p>
      <w:pPr>
        <w:spacing w:after="0"/>
        <w:ind w:left="454"/>
      </w:pPr>
      <w:r>
        <w:t>(   ) c) a feeling of anger</w:t>
      </w:r>
    </w:p>
    <w:p>
      <w:r>
        <w:br w:type="page"/>
      </w:r>
    </w:p>
    <w:p>
      <w:pPr>
        <w:pStyle w:val="Heading2"/>
      </w:pPr>
      <w:r>
        <w:t>Gabarito (Answer key)</w:t>
      </w:r>
    </w:p>
    <w:p>
      <w:r>
        <w:rPr>
          <w:b/>
        </w:rPr>
        <w:t>1. Reading</w:t>
      </w:r>
    </w:p>
    <w:p>
      <w:pPr>
        <w:spacing w:after="0"/>
      </w:pPr>
      <w:r>
        <w:t>1) a) That it would change many professions in the next decade.</w:t>
      </w:r>
    </w:p>
    <w:p>
      <w:pPr>
        <w:spacing w:after="0"/>
      </w:pPr>
      <w:r>
        <w:t>2) c) People had to keep learning new skills to stay competitive.</w:t>
      </w:r>
    </w:p>
    <w:p>
      <w:pPr>
        <w:spacing w:after="0"/>
      </w:pPr>
      <w:r>
        <w:t>3) b) If robots would replace all human workers.</w:t>
      </w:r>
    </w:p>
    <w:p>
      <w:pPr>
        <w:spacing w:after="0"/>
      </w:pPr>
      <w:r>
        <w:t>4) b) Creativity and empathy</w:t>
      </w:r>
    </w:p>
    <w:p>
      <w:pPr>
        <w:spacing w:after="0"/>
      </w:pPr>
      <w:r>
        <w:t>5) b) Technology will change work, but human skills like creativity, empathy and curiosity remain essential.</w:t>
      </w:r>
    </w:p>
    <w:p>
      <w:r>
        <w:rPr>
          <w:b/>
        </w:rPr>
        <w:t>2. Reported speech</w:t>
      </w:r>
    </w:p>
    <w:p>
      <w:pPr>
        <w:spacing w:after="0"/>
      </w:pPr>
      <w:r>
        <w:t>1) was learning</w:t>
      </w:r>
    </w:p>
    <w:p>
      <w:pPr>
        <w:spacing w:after="0"/>
      </w:pPr>
      <w:r>
        <w:t>2) would travel</w:t>
      </w:r>
    </w:p>
    <w:p>
      <w:pPr>
        <w:spacing w:after="0"/>
      </w:pPr>
      <w:r>
        <w:t>3) liked</w:t>
      </w:r>
    </w:p>
    <w:p>
      <w:pPr>
        <w:spacing w:after="0"/>
      </w:pPr>
      <w:r>
        <w:t>4) had finished</w:t>
      </w:r>
    </w:p>
    <w:p>
      <w:pPr>
        <w:spacing w:after="0"/>
      </w:pPr>
      <w:r>
        <w:t>5) not to forget</w:t>
      </w:r>
    </w:p>
    <w:p>
      <w:r>
        <w:rPr>
          <w:b/>
        </w:rPr>
        <w:t>3. Vocabulary in context</w:t>
      </w:r>
    </w:p>
    <w:p>
      <w:pPr>
        <w:spacing w:after="0"/>
      </w:pPr>
      <w:r>
        <w:t>1) b) substitute</w:t>
      </w:r>
    </w:p>
    <w:p>
      <w:pPr>
        <w:spacing w:after="0"/>
      </w:pPr>
      <w:r>
        <w:t>2) a) worthless</w:t>
      </w:r>
    </w:p>
    <w:p>
      <w:pPr>
        <w:spacing w:after="0"/>
      </w:pPr>
      <w:r>
        <w:t>3) c) able to succeed against others</w:t>
      </w:r>
    </w:p>
    <w:p>
      <w:pPr>
        <w:spacing w:after="0"/>
      </w:pPr>
      <w:r>
        <w:t>4) b) the ability to understand others' feelings</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2026-10-12T00:00:00Z</dcterms:created>
  <dcterms:modified xsi:type="dcterms:W3CDTF">2026-10-12T00:00:00Z</dcterms:modified>
  <cp:category/>
</cp:coreProperties>
</file>