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A news interview: reported speech</w:t>
      </w:r>
    </w:p>
    <w:p>
      <w:r>
        <w:rPr>
          <w:color w:val="6B6B6B"/>
          <w:sz w:val="18"/>
        </w:rPr>
        <w:t>3ª série · Reported speech · BNCC: EM13LGG302, EM13LGG403</w:t>
      </w:r>
    </w:p>
    <w:p>
      <w:pPr>
        <w:pStyle w:val="Heading2"/>
      </w:pPr>
      <w:r>
        <w:t>1. Reading</w:t>
      </w:r>
    </w:p>
    <w:p>
      <w:r>
        <w:rPr>
          <w:i/>
        </w:rPr>
        <w:t>Read the text and choose the correct answer.</w:t>
      </w:r>
    </w:p>
    <w:p>
      <w:r>
        <w:rPr>
          <w:b/>
        </w:rPr>
        <w:t>A News Interview</w:t>
      </w:r>
    </w:p>
    <w:p>
      <w:pPr>
        <w:ind w:left="340"/>
      </w:pPr>
      <w:r>
        <w:t>During a recent interview, the scientist said that climate change was one of the biggest challenges of our generation. She explained that global temperatures had risen significantly over the last decades. The reporter asked what people could do to help, and she replied that small daily choices could make a real difference over time.</w:t>
      </w:r>
    </w:p>
    <w:p>
      <w:pPr>
        <w:keepNext/>
        <w:spacing w:before="120"/>
      </w:pPr>
      <w:r>
        <w:t>1. What did the scientist say about climate change?</w:t>
      </w:r>
    </w:p>
    <w:p>
      <w:pPr>
        <w:spacing w:after="0"/>
        <w:ind w:left="454"/>
      </w:pPr>
      <w:r>
        <w:t>(   ) a) It was one of the biggest challenges of our generation.</w:t>
      </w:r>
    </w:p>
    <w:p>
      <w:pPr>
        <w:spacing w:after="0"/>
        <w:ind w:left="454"/>
      </w:pPr>
      <w:r>
        <w:t>(   ) b) It was not a real problem.</w:t>
      </w:r>
    </w:p>
    <w:p>
      <w:pPr>
        <w:spacing w:after="0"/>
        <w:ind w:left="454"/>
      </w:pPr>
      <w:r>
        <w:t>(   ) c) It would end very soon.</w:t>
      </w:r>
    </w:p>
    <w:p>
      <w:pPr>
        <w:keepNext/>
        <w:spacing w:before="120"/>
      </w:pPr>
      <w:r>
        <w:t>2. What did she explain about global temperatures?</w:t>
      </w:r>
    </w:p>
    <w:p>
      <w:pPr>
        <w:spacing w:after="0"/>
        <w:ind w:left="454"/>
      </w:pPr>
      <w:r>
        <w:t>(   ) a) They had fallen.</w:t>
      </w:r>
    </w:p>
    <w:p>
      <w:pPr>
        <w:spacing w:after="0"/>
        <w:ind w:left="454"/>
      </w:pPr>
      <w:r>
        <w:t>(   ) b) They had risen significantly over the last decades.</w:t>
      </w:r>
    </w:p>
    <w:p>
      <w:pPr>
        <w:spacing w:after="0"/>
        <w:ind w:left="454"/>
      </w:pPr>
      <w:r>
        <w:t>(   ) c) They had stayed the same.</w:t>
      </w:r>
    </w:p>
    <w:p>
      <w:pPr>
        <w:keepNext/>
        <w:spacing w:before="120"/>
      </w:pPr>
      <w:r>
        <w:t>3. What did the reporter ask her?</w:t>
      </w:r>
    </w:p>
    <w:p>
      <w:pPr>
        <w:spacing w:after="0"/>
        <w:ind w:left="454"/>
      </w:pPr>
      <w:r>
        <w:t>(   ) a) Where she lived</w:t>
      </w:r>
    </w:p>
    <w:p>
      <w:pPr>
        <w:spacing w:after="0"/>
        <w:ind w:left="454"/>
      </w:pPr>
      <w:r>
        <w:t>(   ) b) How old she was</w:t>
      </w:r>
    </w:p>
    <w:p>
      <w:pPr>
        <w:spacing w:after="0"/>
        <w:ind w:left="454"/>
      </w:pPr>
      <w:r>
        <w:t>(   ) c) What people could do to help</w:t>
      </w:r>
    </w:p>
    <w:p>
      <w:pPr>
        <w:keepNext/>
        <w:spacing w:before="120"/>
      </w:pPr>
      <w:r>
        <w:t>4. According to the text, what can make a real difference over time?</w:t>
      </w:r>
    </w:p>
    <w:p>
      <w:pPr>
        <w:spacing w:after="0"/>
        <w:ind w:left="454"/>
      </w:pPr>
      <w:r>
        <w:t>(   ) a) Small daily choices</w:t>
      </w:r>
    </w:p>
    <w:p>
      <w:pPr>
        <w:spacing w:after="0"/>
        <w:ind w:left="454"/>
      </w:pPr>
      <w:r>
        <w:t>(   ) b) Only big companies</w:t>
      </w:r>
    </w:p>
    <w:p>
      <w:pPr>
        <w:spacing w:after="0"/>
        <w:ind w:left="454"/>
      </w:pPr>
      <w:r>
        <w:t>(   ) c) Buying new cars</w:t>
      </w:r>
    </w:p>
    <w:p>
      <w:pPr>
        <w:keepNext/>
        <w:spacing w:before="120"/>
      </w:pPr>
      <w:r>
        <w:t>5. "She explained that global temperatures had risen." What were probably her exact words?</w:t>
      </w:r>
    </w:p>
    <w:p>
      <w:pPr>
        <w:spacing w:after="0"/>
        <w:ind w:left="454"/>
      </w:pPr>
      <w:r>
        <w:t>(   ) a) "Global temperatures will rise."</w:t>
      </w:r>
    </w:p>
    <w:p>
      <w:pPr>
        <w:spacing w:after="0"/>
        <w:ind w:left="454"/>
      </w:pPr>
      <w:r>
        <w:t>(   ) b) "Global temperatures have risen."</w:t>
      </w:r>
    </w:p>
    <w:p>
      <w:pPr>
        <w:spacing w:after="0"/>
        <w:ind w:left="454"/>
      </w:pPr>
      <w:r>
        <w:t>(   ) c) "Global temperatures are rising tomorrow."</w:t>
      </w:r>
    </w:p>
    <w:p>
      <w:pPr>
        <w:keepNext/>
        <w:spacing w:before="120"/>
      </w:pPr>
      <w:r>
        <w:t>6. What is the main idea of the text?</w:t>
      </w:r>
    </w:p>
    <w:p>
      <w:pPr>
        <w:spacing w:after="0"/>
        <w:ind w:left="454"/>
      </w:pPr>
      <w:r>
        <w:t>(   ) a) A scientist talks about climate change and how people can help.</w:t>
      </w:r>
    </w:p>
    <w:p>
      <w:pPr>
        <w:spacing w:after="0"/>
        <w:ind w:left="454"/>
      </w:pPr>
      <w:r>
        <w:t>(   ) b) A reporter explains how to write the news.</w:t>
      </w:r>
    </w:p>
    <w:p>
      <w:pPr>
        <w:spacing w:after="0"/>
        <w:ind w:left="454"/>
      </w:pPr>
      <w:r>
        <w:t>(   ) c) Temperatures are going down around the world.</w:t>
      </w:r>
    </w:p>
    <w:p>
      <w:pPr>
        <w:pStyle w:val="Heading2"/>
      </w:pPr>
      <w:r>
        <w:t>2. Reported speech</w:t>
      </w:r>
    </w:p>
    <w:p>
      <w:r>
        <w:rPr>
          <w:i/>
        </w:rPr>
        <w:t>Complete the sentences in reported speech.</w:t>
      </w:r>
    </w:p>
    <w:p>
      <w:pPr>
        <w:keepNext/>
        <w:spacing w:before="120"/>
      </w:pPr>
      <w:r>
        <w:t>1. "I am tired," she said. → She said that she ______________ tired.</w:t>
      </w:r>
    </w:p>
    <w:p>
      <w:pPr>
        <w:keepNext/>
        <w:spacing w:before="120"/>
      </w:pPr>
      <w:r>
        <w:t>2. "We will travel next month," they said. → They said that they ______________ travel the following month.</w:t>
      </w:r>
    </w:p>
    <w:p>
      <w:pPr>
        <w:keepNext/>
        <w:spacing w:before="120"/>
      </w:pPr>
      <w:r>
        <w:t>3. "I have finished the report," he said. → He said that he ______________ finished the report.</w:t>
      </w:r>
    </w:p>
    <w:p>
      <w:pPr>
        <w:keepNext/>
        <w:spacing w:before="120"/>
      </w:pPr>
      <w:r>
        <w:t>4. "Do you like music?" she asked me. → She asked me if ______________ music.</w:t>
      </w:r>
    </w:p>
    <w:p>
      <w:pPr>
        <w:keepNext/>
        <w:spacing w:before="120"/>
      </w:pPr>
      <w:r>
        <w:t>5. "Don't be late," the teacher said. → The teacher told us ______________ late.</w:t>
      </w:r>
    </w:p>
    <w:p>
      <w:pPr>
        <w:keepNext/>
        <w:spacing w:before="120"/>
      </w:pPr>
      <w:r>
        <w:t>6. "I can swim," Tom said. → Tom said that he ______________ swim.</w:t>
      </w:r>
    </w:p>
    <w:p>
      <w:pPr>
        <w:pStyle w:val="Heading2"/>
      </w:pPr>
      <w:r>
        <w:t>3. Vocabulary in context</w:t>
      </w:r>
    </w:p>
    <w:p>
      <w:r>
        <w:rPr>
          <w:i/>
        </w:rPr>
        <w:t>Choose the correct option.</w:t>
      </w:r>
    </w:p>
    <w:p>
      <w:pPr>
        <w:keepNext/>
        <w:spacing w:before="120"/>
      </w:pPr>
      <w:r>
        <w:t>1. A synonym for "explained" is:</w:t>
      </w:r>
    </w:p>
    <w:p>
      <w:pPr>
        <w:spacing w:after="0"/>
        <w:ind w:left="454"/>
      </w:pPr>
      <w:r>
        <w:t>(   ) a) ignored</w:t>
      </w:r>
    </w:p>
    <w:p>
      <w:pPr>
        <w:spacing w:after="0"/>
        <w:ind w:left="454"/>
      </w:pPr>
      <w:r>
        <w:t>(   ) b) clarified</w:t>
      </w:r>
    </w:p>
    <w:p>
      <w:pPr>
        <w:spacing w:after="0"/>
        <w:ind w:left="454"/>
      </w:pPr>
      <w:r>
        <w:t>(   ) c) forgot</w:t>
      </w:r>
    </w:p>
    <w:p>
      <w:pPr>
        <w:keepNext/>
        <w:spacing w:before="120"/>
      </w:pPr>
      <w:r>
        <w:t>2. The opposite of "significantly" is:</w:t>
      </w:r>
    </w:p>
    <w:p>
      <w:pPr>
        <w:spacing w:after="0"/>
        <w:ind w:left="454"/>
      </w:pPr>
      <w:r>
        <w:t>(   ) a) greatly</w:t>
      </w:r>
    </w:p>
    <w:p>
      <w:pPr>
        <w:spacing w:after="0"/>
        <w:ind w:left="454"/>
      </w:pPr>
      <w:r>
        <w:t>(   ) b) seriously</w:t>
      </w:r>
    </w:p>
    <w:p>
      <w:pPr>
        <w:spacing w:after="0"/>
        <w:ind w:left="454"/>
      </w:pPr>
      <w:r>
        <w:t>(   ) c) slightly</w:t>
      </w:r>
    </w:p>
    <w:p>
      <w:pPr>
        <w:keepNext/>
        <w:spacing w:before="120"/>
      </w:pPr>
      <w:r>
        <w:t>3. Someone who reports the news is a:</w:t>
      </w:r>
    </w:p>
    <w:p>
      <w:pPr>
        <w:spacing w:after="0"/>
        <w:ind w:left="454"/>
      </w:pPr>
      <w:r>
        <w:t>(   ) a) reporter</w:t>
      </w:r>
    </w:p>
    <w:p>
      <w:pPr>
        <w:spacing w:after="0"/>
        <w:ind w:left="454"/>
      </w:pPr>
      <w:r>
        <w:t>(   ) b) actor</w:t>
      </w:r>
    </w:p>
    <w:p>
      <w:pPr>
        <w:spacing w:after="0"/>
        <w:ind w:left="454"/>
      </w:pPr>
      <w:r>
        <w:t>(   ) c) farmer</w:t>
      </w:r>
    </w:p>
    <w:p>
      <w:pPr>
        <w:keepNext/>
        <w:spacing w:before="120"/>
      </w:pPr>
      <w:r>
        <w:t>4. The word "challenge" means:</w:t>
      </w:r>
    </w:p>
    <w:p>
      <w:pPr>
        <w:spacing w:after="0"/>
        <w:ind w:left="454"/>
      </w:pPr>
      <w:r>
        <w:t>(   ) a) solution</w:t>
      </w:r>
    </w:p>
    <w:p>
      <w:pPr>
        <w:spacing w:after="0"/>
        <w:ind w:left="454"/>
      </w:pPr>
      <w:r>
        <w:t>(   ) b) difficulty</w:t>
      </w:r>
    </w:p>
    <w:p>
      <w:pPr>
        <w:spacing w:after="0"/>
        <w:ind w:left="454"/>
      </w:pPr>
      <w:r>
        <w:t>(   ) c) prize</w:t>
      </w:r>
    </w:p>
    <w:p>
      <w:r>
        <w:br w:type="page"/>
      </w:r>
    </w:p>
    <w:p>
      <w:pPr>
        <w:pStyle w:val="Heading2"/>
      </w:pPr>
      <w:r>
        <w:t>Gabarito (Answer key)</w:t>
      </w:r>
    </w:p>
    <w:p>
      <w:r>
        <w:rPr>
          <w:b/>
        </w:rPr>
        <w:t>1. Reading</w:t>
      </w:r>
    </w:p>
    <w:p>
      <w:pPr>
        <w:spacing w:after="0"/>
      </w:pPr>
      <w:r>
        <w:t>1) a) It was one of the biggest challenges of our generation.</w:t>
      </w:r>
    </w:p>
    <w:p>
      <w:pPr>
        <w:spacing w:after="0"/>
      </w:pPr>
      <w:r>
        <w:t>2) b) They had risen significantly over the last decades.</w:t>
      </w:r>
    </w:p>
    <w:p>
      <w:pPr>
        <w:spacing w:after="0"/>
      </w:pPr>
      <w:r>
        <w:t>3) c) What people could do to help</w:t>
      </w:r>
    </w:p>
    <w:p>
      <w:pPr>
        <w:spacing w:after="0"/>
      </w:pPr>
      <w:r>
        <w:t>4) a) Small daily choices</w:t>
      </w:r>
    </w:p>
    <w:p>
      <w:pPr>
        <w:spacing w:after="0"/>
      </w:pPr>
      <w:r>
        <w:t>5) b) "Global temperatures have risen."</w:t>
      </w:r>
    </w:p>
    <w:p>
      <w:pPr>
        <w:spacing w:after="0"/>
      </w:pPr>
      <w:r>
        <w:t>6) a) A scientist talks about climate change and how people can help.</w:t>
      </w:r>
    </w:p>
    <w:p>
      <w:r>
        <w:rPr>
          <w:b/>
        </w:rPr>
        <w:t>2. Reported speech</w:t>
      </w:r>
    </w:p>
    <w:p>
      <w:pPr>
        <w:spacing w:after="0"/>
      </w:pPr>
      <w:r>
        <w:t>1) was</w:t>
      </w:r>
    </w:p>
    <w:p>
      <w:pPr>
        <w:spacing w:after="0"/>
      </w:pPr>
      <w:r>
        <w:t>2) would</w:t>
      </w:r>
    </w:p>
    <w:p>
      <w:pPr>
        <w:spacing w:after="0"/>
      </w:pPr>
      <w:r>
        <w:t>3) had</w:t>
      </w:r>
    </w:p>
    <w:p>
      <w:pPr>
        <w:spacing w:after="0"/>
      </w:pPr>
      <w:r>
        <w:t>4) I liked</w:t>
      </w:r>
    </w:p>
    <w:p>
      <w:pPr>
        <w:spacing w:after="0"/>
      </w:pPr>
      <w:r>
        <w:t>5) not to be</w:t>
      </w:r>
    </w:p>
    <w:p>
      <w:pPr>
        <w:spacing w:after="0"/>
      </w:pPr>
      <w:r>
        <w:t>6) could</w:t>
      </w:r>
    </w:p>
    <w:p>
      <w:r>
        <w:rPr>
          <w:b/>
        </w:rPr>
        <w:t>3. Vocabulary in context</w:t>
      </w:r>
    </w:p>
    <w:p>
      <w:pPr>
        <w:spacing w:after="0"/>
      </w:pPr>
      <w:r>
        <w:t>1) b) clarified</w:t>
      </w:r>
    </w:p>
    <w:p>
      <w:pPr>
        <w:spacing w:after="0"/>
      </w:pPr>
      <w:r>
        <w:t>2) c) slightly</w:t>
      </w:r>
    </w:p>
    <w:p>
      <w:pPr>
        <w:spacing w:after="0"/>
      </w:pPr>
      <w:r>
        <w:t>3) a) reporter</w:t>
      </w:r>
    </w:p>
    <w:p>
      <w:pPr>
        <w:spacing w:after="0"/>
      </w:pPr>
      <w:r>
        <w:t>4) b) difficulty</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2026-07-29T00:00:00Z</dcterms:created>
  <dcterms:modified xsi:type="dcterms:W3CDTF">2026-07-29T00:00:00Z</dcterms:modified>
  <cp:category/>
</cp:coreProperties>
</file>