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Reported speech, passive voice e third conditional</w:t>
      </w:r>
    </w:p>
    <w:p>
      <w:r>
        <w:rPr>
          <w:color w:val="6B6B6B"/>
          <w:sz w:val="18"/>
        </w:rPr>
        <w:t>2ª série e 3ª série · Reported speech · BNCC: EM13LGG103</w:t>
      </w:r>
    </w:p>
    <w:p>
      <w:pPr>
        <w:pStyle w:val="Heading2"/>
      </w:pPr>
      <w:r>
        <w:t>1. Reported speech</w:t>
      </w:r>
    </w:p>
    <w:p>
      <w:r>
        <w:rPr>
          <w:i/>
        </w:rPr>
        <w:t>Choose the correct reported speech sentence.</w:t>
      </w:r>
    </w:p>
    <w:p>
      <w:pPr>
        <w:keepNext/>
        <w:spacing w:before="120"/>
      </w:pPr>
      <w:r>
        <w:t>1. Anna said, "I love this movie."</w:t>
      </w:r>
    </w:p>
    <w:p>
      <w:pPr>
        <w:spacing w:after="0"/>
        <w:ind w:left="454"/>
      </w:pPr>
      <w:r>
        <w:t>(   ) a) Anna said that she loves this movie yesterday.</w:t>
      </w:r>
    </w:p>
    <w:p>
      <w:pPr>
        <w:spacing w:after="0"/>
        <w:ind w:left="454"/>
      </w:pPr>
      <w:r>
        <w:t>(   ) b) Anna said that she loved that movie.</w:t>
      </w:r>
    </w:p>
    <w:p>
      <w:pPr>
        <w:spacing w:after="0"/>
        <w:ind w:left="454"/>
      </w:pPr>
      <w:r>
        <w:t>(   ) c) Anna said that I loved that movie.</w:t>
      </w:r>
    </w:p>
    <w:p>
      <w:pPr>
        <w:keepNext/>
        <w:spacing w:before="120"/>
      </w:pPr>
      <w:r>
        <w:t>2. Lucas said, "We are studying for the exam."</w:t>
      </w:r>
    </w:p>
    <w:p>
      <w:pPr>
        <w:spacing w:after="0"/>
        <w:ind w:left="454"/>
      </w:pPr>
      <w:r>
        <w:t>(   ) a) Lucas said that they were studying for the exam.</w:t>
      </w:r>
    </w:p>
    <w:p>
      <w:pPr>
        <w:spacing w:after="0"/>
        <w:ind w:left="454"/>
      </w:pPr>
      <w:r>
        <w:t>(   ) b) Lucas said that we are study for the exam.</w:t>
      </w:r>
    </w:p>
    <w:p>
      <w:pPr>
        <w:spacing w:after="0"/>
        <w:ind w:left="454"/>
      </w:pPr>
      <w:r>
        <w:t>(   ) c) Lucas said that they studying for the exam.</w:t>
      </w:r>
    </w:p>
    <w:p>
      <w:pPr>
        <w:keepNext/>
        <w:spacing w:before="120"/>
      </w:pPr>
      <w:r>
        <w:t>3. Julia asked me, "Did you see my notebook?"</w:t>
      </w:r>
    </w:p>
    <w:p>
      <w:pPr>
        <w:spacing w:after="0"/>
        <w:ind w:left="454"/>
      </w:pPr>
      <w:r>
        <w:t>(   ) a) Julia asked me did I see her notebook.</w:t>
      </w:r>
    </w:p>
    <w:p>
      <w:pPr>
        <w:spacing w:after="0"/>
        <w:ind w:left="454"/>
      </w:pPr>
      <w:r>
        <w:t>(   ) b) Julia asked me if you saw my notebook.</w:t>
      </w:r>
    </w:p>
    <w:p>
      <w:pPr>
        <w:spacing w:after="0"/>
        <w:ind w:left="454"/>
      </w:pPr>
      <w:r>
        <w:t>(   ) c) Julia asked me if I had seen her notebook.</w:t>
      </w:r>
    </w:p>
    <w:p>
      <w:pPr>
        <w:keepNext/>
        <w:spacing w:before="120"/>
      </w:pPr>
      <w:r>
        <w:t>4. Pedro said, "I will call you tomorrow."</w:t>
      </w:r>
    </w:p>
    <w:p>
      <w:pPr>
        <w:spacing w:after="0"/>
        <w:ind w:left="454"/>
      </w:pPr>
      <w:r>
        <w:t>(   ) a) Pedro said that he will call you tomorrow.</w:t>
      </w:r>
    </w:p>
    <w:p>
      <w:pPr>
        <w:spacing w:after="0"/>
        <w:ind w:left="454"/>
      </w:pPr>
      <w:r>
        <w:t>(   ) b) Pedro said that he would call me the next day.</w:t>
      </w:r>
    </w:p>
    <w:p>
      <w:pPr>
        <w:spacing w:after="0"/>
        <w:ind w:left="454"/>
      </w:pPr>
      <w:r>
        <w:t>(   ) c) Pedro said that I would call him tomorrow.</w:t>
      </w:r>
    </w:p>
    <w:p>
      <w:pPr>
        <w:pStyle w:val="Heading2"/>
      </w:pPr>
      <w:r>
        <w:t>2. Passive voice</w:t>
      </w:r>
    </w:p>
    <w:p>
      <w:r>
        <w:rPr>
          <w:i/>
        </w:rPr>
        <w:t>Complete with the passive voice of the verbs in parentheses.</w:t>
      </w:r>
    </w:p>
    <w:p>
      <w:pPr>
        <w:keepNext/>
        <w:spacing w:before="120"/>
      </w:pPr>
      <w:r>
        <w:t>1. The song ______________ (write) by a famous artist in 1990.</w:t>
      </w:r>
    </w:p>
    <w:p>
      <w:pPr>
        <w:keepNext/>
        <w:spacing w:before="120"/>
      </w:pPr>
      <w:r>
        <w:t>2. A new library ______________ (build) in our city right now.</w:t>
      </w:r>
    </w:p>
    <w:p>
      <w:pPr>
        <w:keepNext/>
        <w:spacing w:before="120"/>
      </w:pPr>
      <w:r>
        <w:t>3. English ______________ (speak) in many countries.</w:t>
      </w:r>
    </w:p>
    <w:p>
      <w:pPr>
        <w:keepNext/>
        <w:spacing w:before="120"/>
      </w:pPr>
      <w:r>
        <w:t>4. The tests ______________ (correct) by the teacher yesterday.</w:t>
      </w:r>
    </w:p>
    <w:p>
      <w:pPr>
        <w:pStyle w:val="Heading2"/>
      </w:pPr>
      <w:r>
        <w:t>3. Third conditional</w:t>
      </w:r>
    </w:p>
    <w:p>
      <w:r>
        <w:rPr>
          <w:i/>
        </w:rPr>
        <w:t>Complete with the correct form of the verbs to make third conditional sentences.</w:t>
      </w:r>
    </w:p>
    <w:p>
      <w:pPr>
        <w:keepNext/>
        <w:spacing w:before="120"/>
      </w:pPr>
      <w:r>
        <w:t>1. If I ______________ (study), I would have passed the test.</w:t>
      </w:r>
    </w:p>
    <w:p>
      <w:pPr>
        <w:keepNext/>
        <w:spacing w:before="120"/>
      </w:pPr>
      <w:r>
        <w:t>2. If I had studied, I ______________ (pass) the test.</w:t>
      </w:r>
    </w:p>
    <w:p>
      <w:pPr>
        <w:keepNext/>
        <w:spacing w:before="120"/>
      </w:pPr>
      <w:r>
        <w:t>3. She would have traveled more if she ______________ (have) more money.</w:t>
      </w:r>
    </w:p>
    <w:p>
      <w:pPr>
        <w:keepNext/>
        <w:spacing w:before="120"/>
      </w:pPr>
      <w:r>
        <w:t>4. They ______________ (win) if they had practiced harder.</w:t>
      </w:r>
    </w:p>
    <w:p>
      <w:pPr>
        <w:keepNext/>
        <w:spacing w:before="120"/>
      </w:pPr>
      <w:r>
        <w:t>5. If we ______________ (leave) earlier, we wouldn't have missed the bus.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Reported speech</w:t>
      </w:r>
    </w:p>
    <w:p>
      <w:pPr>
        <w:spacing w:after="0"/>
      </w:pPr>
      <w:r>
        <w:t>1) b) Anna said that she loved that movie.</w:t>
      </w:r>
    </w:p>
    <w:p>
      <w:pPr>
        <w:spacing w:after="0"/>
      </w:pPr>
      <w:r>
        <w:t>2) a) Lucas said that they were studying for the exam.</w:t>
      </w:r>
    </w:p>
    <w:p>
      <w:pPr>
        <w:spacing w:after="0"/>
      </w:pPr>
      <w:r>
        <w:t>3) c) Julia asked me if I had seen her notebook.</w:t>
      </w:r>
    </w:p>
    <w:p>
      <w:pPr>
        <w:spacing w:after="0"/>
      </w:pPr>
      <w:r>
        <w:t>4) b) Pedro said that he would call me the next day.</w:t>
      </w:r>
    </w:p>
    <w:p>
      <w:r>
        <w:rPr>
          <w:b/>
        </w:rPr>
        <w:t>2. Passive voice</w:t>
      </w:r>
    </w:p>
    <w:p>
      <w:pPr>
        <w:spacing w:after="0"/>
      </w:pPr>
      <w:r>
        <w:t>1) was written</w:t>
      </w:r>
    </w:p>
    <w:p>
      <w:pPr>
        <w:spacing w:after="0"/>
      </w:pPr>
      <w:r>
        <w:t>2) is being built</w:t>
      </w:r>
    </w:p>
    <w:p>
      <w:pPr>
        <w:spacing w:after="0"/>
      </w:pPr>
      <w:r>
        <w:t>3) is spoken</w:t>
      </w:r>
    </w:p>
    <w:p>
      <w:pPr>
        <w:spacing w:after="0"/>
      </w:pPr>
      <w:r>
        <w:t>4) were corrected</w:t>
      </w:r>
    </w:p>
    <w:p>
      <w:r>
        <w:rPr>
          <w:b/>
        </w:rPr>
        <w:t>3. Third conditional</w:t>
      </w:r>
    </w:p>
    <w:p>
      <w:pPr>
        <w:spacing w:after="0"/>
      </w:pPr>
      <w:r>
        <w:t>1) had studied</w:t>
      </w:r>
    </w:p>
    <w:p>
      <w:pPr>
        <w:spacing w:after="0"/>
      </w:pPr>
      <w:r>
        <w:t>2) would have passed</w:t>
      </w:r>
    </w:p>
    <w:p>
      <w:pPr>
        <w:spacing w:after="0"/>
      </w:pPr>
      <w:r>
        <w:t>3) had had</w:t>
      </w:r>
    </w:p>
    <w:p>
      <w:pPr>
        <w:spacing w:after="0"/>
      </w:pPr>
      <w:r>
        <w:t>4) would have won</w:t>
      </w:r>
    </w:p>
    <w:p>
      <w:pPr>
        <w:spacing w:after="0"/>
      </w:pPr>
      <w:r>
        <w:t>5) had left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2025-12-24T00:00:00Z</dcterms:created>
  <dcterms:modified xsi:type="dcterms:W3CDTF">2025-12-24T00:00:00Z</dcterms:modified>
  <cp:category/>
</cp:coreProperties>
</file>