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Remote work: interpretação de texto pré-ENEM</w:t>
      </w:r>
    </w:p>
    <w:p>
      <w:r>
        <w:rPr>
          <w:color w:val="6B6B6B"/>
          <w:sz w:val="18"/>
        </w:rPr>
        <w:t>9º ano · Reading comprehension (interpretação) · BNCC: EF09LI07, EF09LI14</w:t>
      </w:r>
    </w:p>
    <w:p>
      <w:pPr>
        <w:pStyle w:val="Heading2"/>
      </w:pPr>
      <w:r>
        <w:t>1. The rise of remote work</w:t>
      </w:r>
    </w:p>
    <w:p>
      <w:r>
        <w:rPr>
          <w:i/>
        </w:rPr>
        <w:t>Read the text and choose the correct answer.</w:t>
      </w:r>
    </w:p>
    <w:p>
      <w:r>
        <w:rPr>
          <w:b/>
        </w:rPr>
        <w:t>The Rise of Remote Work</w:t>
      </w:r>
    </w:p>
    <w:p>
      <w:pPr>
        <w:ind w:left="340"/>
      </w:pPr>
      <w:r>
        <w:t>In recent years, more and more companies have allowed their employees to work from home. This change, accelerated by global events, has transformed the way people organize their daily lives. Supporters say remote work increases productivity and gives workers more flexibility. Critics, however, argue that it can lead to isolation and make it harder to separate personal and professional life.</w:t>
      </w:r>
    </w:p>
    <w:p>
      <w:pPr>
        <w:keepNext/>
        <w:spacing w:before="120"/>
      </w:pPr>
      <w:r>
        <w:t>1. The main purpose of the text is to</w:t>
      </w:r>
    </w:p>
    <w:p>
      <w:pPr>
        <w:spacing w:after="0"/>
        <w:ind w:left="454"/>
      </w:pPr>
      <w:r>
        <w:t>(   ) a) criticize companies that do not allow remote work.</w:t>
      </w:r>
    </w:p>
    <w:p>
      <w:pPr>
        <w:spacing w:after="0"/>
        <w:ind w:left="454"/>
      </w:pPr>
      <w:r>
        <w:t>(   ) b) explain how to become more productive at home.</w:t>
      </w:r>
    </w:p>
    <w:p>
      <w:pPr>
        <w:spacing w:after="0"/>
        <w:ind w:left="454"/>
      </w:pPr>
      <w:r>
        <w:t>(   ) c) compare salaries between remote and office workers.</w:t>
      </w:r>
    </w:p>
    <w:p>
      <w:pPr>
        <w:spacing w:after="0"/>
        <w:ind w:left="454"/>
      </w:pPr>
      <w:r>
        <w:t>(   ) d) present different views on the growth of remote work.</w:t>
      </w:r>
    </w:p>
    <w:p>
      <w:pPr>
        <w:spacing w:after="0"/>
        <w:ind w:left="454"/>
      </w:pPr>
      <w:r>
        <w:t>(   ) e) describe the history of technology in offices.</w:t>
      </w:r>
    </w:p>
    <w:p>
      <w:pPr>
        <w:keepNext/>
        <w:spacing w:before="120"/>
      </w:pPr>
      <w:r>
        <w:t>2. According to the supporters mentioned in the text, remote work</w:t>
      </w:r>
    </w:p>
    <w:p>
      <w:pPr>
        <w:spacing w:after="0"/>
        <w:ind w:left="454"/>
      </w:pPr>
      <w:r>
        <w:t>(   ) a) increases productivity and flexibility.</w:t>
      </w:r>
    </w:p>
    <w:p>
      <w:pPr>
        <w:spacing w:after="0"/>
        <w:ind w:left="454"/>
      </w:pPr>
      <w:r>
        <w:t>(   ) b) makes people feel isolated.</w:t>
      </w:r>
    </w:p>
    <w:p>
      <w:pPr>
        <w:spacing w:after="0"/>
        <w:ind w:left="454"/>
      </w:pPr>
      <w:r>
        <w:t>(   ) c) is more expensive for companies.</w:t>
      </w:r>
    </w:p>
    <w:p>
      <w:pPr>
        <w:spacing w:after="0"/>
        <w:ind w:left="454"/>
      </w:pPr>
      <w:r>
        <w:t>(   ) d) only works for certain professions.</w:t>
      </w:r>
    </w:p>
    <w:p>
      <w:pPr>
        <w:spacing w:after="0"/>
        <w:ind w:left="454"/>
      </w:pPr>
      <w:r>
        <w:t>(   ) e) reduces the quality of communication.</w:t>
      </w:r>
    </w:p>
    <w:p>
      <w:pPr>
        <w:keepNext/>
        <w:spacing w:before="120"/>
      </w:pPr>
      <w:r>
        <w:t>3. The word "however" in the text indicates</w:t>
      </w:r>
    </w:p>
    <w:p>
      <w:pPr>
        <w:spacing w:after="0"/>
        <w:ind w:left="454"/>
      </w:pPr>
      <w:r>
        <w:t>(   ) a) an example.</w:t>
      </w:r>
    </w:p>
    <w:p>
      <w:pPr>
        <w:spacing w:after="0"/>
        <w:ind w:left="454"/>
      </w:pPr>
      <w:r>
        <w:t>(   ) b) a cause.</w:t>
      </w:r>
    </w:p>
    <w:p>
      <w:pPr>
        <w:spacing w:after="0"/>
        <w:ind w:left="454"/>
      </w:pPr>
      <w:r>
        <w:t>(   ) c) a contrast.</w:t>
      </w:r>
    </w:p>
    <w:p>
      <w:pPr>
        <w:spacing w:after="0"/>
        <w:ind w:left="454"/>
      </w:pPr>
      <w:r>
        <w:t>(   ) d) a conclusion.</w:t>
      </w:r>
    </w:p>
    <w:p>
      <w:pPr>
        <w:spacing w:after="0"/>
        <w:ind w:left="454"/>
      </w:pPr>
      <w:r>
        <w:t>(   ) e) an addition.</w:t>
      </w:r>
    </w:p>
    <w:p>
      <w:pPr>
        <w:keepNext/>
        <w:spacing w:before="120"/>
      </w:pPr>
      <w:r>
        <w:t>4. According to the critics, remote work can make it harder to</w:t>
      </w:r>
    </w:p>
    <w:p>
      <w:pPr>
        <w:spacing w:after="0"/>
        <w:ind w:left="454"/>
      </w:pPr>
      <w:r>
        <w:t>(   ) a) find a new job.</w:t>
      </w:r>
    </w:p>
    <w:p>
      <w:pPr>
        <w:spacing w:after="0"/>
        <w:ind w:left="454"/>
      </w:pPr>
      <w:r>
        <w:t>(   ) b) communicate with clients.</w:t>
      </w:r>
    </w:p>
    <w:p>
      <w:pPr>
        <w:spacing w:after="0"/>
        <w:ind w:left="454"/>
      </w:pPr>
      <w:r>
        <w:t>(   ) c) learn new skills.</w:t>
      </w:r>
    </w:p>
    <w:p>
      <w:pPr>
        <w:spacing w:after="0"/>
        <w:ind w:left="454"/>
      </w:pPr>
      <w:r>
        <w:t>(   ) d) use technology.</w:t>
      </w:r>
    </w:p>
    <w:p>
      <w:pPr>
        <w:spacing w:after="0"/>
        <w:ind w:left="454"/>
      </w:pPr>
      <w:r>
        <w:t>(   ) e) separate personal and professional life.</w:t>
      </w:r>
    </w:p>
    <w:p>
      <w:pPr>
        <w:keepNext/>
        <w:spacing w:before="120"/>
      </w:pPr>
      <w:r>
        <w:t>5. The pronoun "it" in "it can lead to isolation" refers to</w:t>
      </w:r>
    </w:p>
    <w:p>
      <w:pPr>
        <w:spacing w:after="0"/>
        <w:ind w:left="454"/>
      </w:pPr>
      <w:r>
        <w:t>(   ) a) the company.</w:t>
      </w:r>
    </w:p>
    <w:p>
      <w:pPr>
        <w:spacing w:after="0"/>
        <w:ind w:left="454"/>
      </w:pPr>
      <w:r>
        <w:t>(   ) b) remote work.</w:t>
      </w:r>
    </w:p>
    <w:p>
      <w:pPr>
        <w:spacing w:after="0"/>
        <w:ind w:left="454"/>
      </w:pPr>
      <w:r>
        <w:t>(   ) c) productivity.</w:t>
      </w:r>
    </w:p>
    <w:p>
      <w:pPr>
        <w:spacing w:after="0"/>
        <w:ind w:left="454"/>
      </w:pPr>
      <w:r>
        <w:t>(   ) d) flexibility.</w:t>
      </w:r>
    </w:p>
    <w:p>
      <w:pPr>
        <w:spacing w:after="0"/>
        <w:ind w:left="454"/>
      </w:pPr>
      <w:r>
        <w:t>(   ) e) daily life.</w:t>
      </w:r>
    </w:p>
    <w:p>
      <w:pPr>
        <w:keepNext/>
        <w:spacing w:before="120"/>
      </w:pPr>
      <w:r>
        <w:t>6. According to the text, the change to remote work was</w:t>
      </w:r>
    </w:p>
    <w:p>
      <w:pPr>
        <w:spacing w:after="0"/>
        <w:ind w:left="454"/>
      </w:pPr>
      <w:r>
        <w:t>(   ) a) stopped by global events.</w:t>
      </w:r>
    </w:p>
    <w:p>
      <w:pPr>
        <w:spacing w:after="0"/>
        <w:ind w:left="454"/>
      </w:pPr>
      <w:r>
        <w:t>(   ) b) accelerated by global events.</w:t>
      </w:r>
    </w:p>
    <w:p>
      <w:pPr>
        <w:spacing w:after="0"/>
        <w:ind w:left="454"/>
      </w:pPr>
      <w:r>
        <w:t>(   ) c) invented by critics.</w:t>
      </w:r>
    </w:p>
    <w:p>
      <w:pPr>
        <w:spacing w:after="0"/>
        <w:ind w:left="454"/>
      </w:pPr>
      <w:r>
        <w:t>(   ) d) rejected by most companies.</w:t>
      </w:r>
    </w:p>
    <w:p>
      <w:pPr>
        <w:spacing w:after="0"/>
        <w:ind w:left="454"/>
      </w:pPr>
      <w:r>
        <w:t>(   ) e) caused by low productivity.</w:t>
      </w:r>
    </w:p>
    <w:p>
      <w:pPr>
        <w:pStyle w:val="Heading2"/>
      </w:pPr>
      <w:r>
        <w:t>2. Advertisement</w:t>
      </w:r>
    </w:p>
    <w:p>
      <w:r>
        <w:rPr>
          <w:i/>
        </w:rPr>
        <w:t>Read the advertisement and choose the correct answer.</w:t>
      </w:r>
    </w:p>
    <w:p>
      <w:r>
        <w:rPr>
          <w:b/>
        </w:rPr>
        <w:t>LOOKING FOR A SUMMER JOB?</w:t>
      </w:r>
    </w:p>
    <w:p>
      <w:pPr>
        <w:ind w:left="340"/>
      </w:pPr>
      <w:r>
        <w:t>Join our team as a Junior Assistant!</w:t>
      </w:r>
    </w:p>
    <w:p>
      <w:pPr>
        <w:ind w:left="340"/>
      </w:pPr>
      <w:r>
        <w:t>Requirements: good communication skills, basic computer knowledge, availability on weekends.</w:t>
      </w:r>
    </w:p>
    <w:p>
      <w:pPr>
        <w:ind w:left="340"/>
      </w:pPr>
      <w:r>
        <w:t>No previous experience required — we provide training!</w:t>
      </w:r>
    </w:p>
    <w:p>
      <w:pPr>
        <w:ind w:left="340"/>
      </w:pPr>
      <w:r>
        <w:t>Send your résumé to our e-mail.</w:t>
      </w:r>
    </w:p>
    <w:p>
      <w:pPr>
        <w:keepNext/>
        <w:spacing w:before="120"/>
      </w:pPr>
      <w:r>
        <w:t>1. The main purpose of this advertisement is to</w:t>
      </w:r>
    </w:p>
    <w:p>
      <w:pPr>
        <w:spacing w:after="0"/>
        <w:ind w:left="454"/>
      </w:pPr>
      <w:r>
        <w:t>(   ) a) sell computer courses.</w:t>
      </w:r>
    </w:p>
    <w:p>
      <w:pPr>
        <w:spacing w:after="0"/>
        <w:ind w:left="454"/>
      </w:pPr>
      <w:r>
        <w:t>(   ) b) advertise a training center.</w:t>
      </w:r>
    </w:p>
    <w:p>
      <w:pPr>
        <w:spacing w:after="0"/>
        <w:ind w:left="454"/>
      </w:pPr>
      <w:r>
        <w:t>(   ) c) offer a summer job opportunity.</w:t>
      </w:r>
    </w:p>
    <w:p>
      <w:pPr>
        <w:spacing w:after="0"/>
        <w:ind w:left="454"/>
      </w:pPr>
      <w:r>
        <w:t>(   ) d) recruit experienced managers.</w:t>
      </w:r>
    </w:p>
    <w:p>
      <w:pPr>
        <w:spacing w:after="0"/>
        <w:ind w:left="454"/>
      </w:pPr>
      <w:r>
        <w:t>(   ) e) promote a weekend event.</w:t>
      </w:r>
    </w:p>
    <w:p>
      <w:pPr>
        <w:keepNext/>
        <w:spacing w:before="120"/>
      </w:pPr>
      <w:r>
        <w:t>2. According to the advertisement, candidates need to</w:t>
      </w:r>
    </w:p>
    <w:p>
      <w:pPr>
        <w:spacing w:after="0"/>
        <w:ind w:left="454"/>
      </w:pPr>
      <w:r>
        <w:t>(   ) a) have previous work experience.</w:t>
      </w:r>
    </w:p>
    <w:p>
      <w:pPr>
        <w:spacing w:after="0"/>
        <w:ind w:left="454"/>
      </w:pPr>
      <w:r>
        <w:t>(   ) b) live near the company.</w:t>
      </w:r>
    </w:p>
    <w:p>
      <w:pPr>
        <w:spacing w:after="0"/>
        <w:ind w:left="454"/>
      </w:pPr>
      <w:r>
        <w:t>(   ) c) speak more than two languages.</w:t>
      </w:r>
    </w:p>
    <w:p>
      <w:pPr>
        <w:spacing w:after="0"/>
        <w:ind w:left="454"/>
      </w:pPr>
      <w:r>
        <w:t>(   ) d) have a university degree.</w:t>
      </w:r>
    </w:p>
    <w:p>
      <w:pPr>
        <w:spacing w:after="0"/>
        <w:ind w:left="454"/>
      </w:pPr>
      <w:r>
        <w:t>(   ) e) be available on weekends.</w:t>
      </w:r>
    </w:p>
    <w:p>
      <w:pPr>
        <w:keepNext/>
        <w:spacing w:before="120"/>
      </w:pPr>
      <w:r>
        <w:t>3. The word "requirements" is closest in meaning to</w:t>
      </w:r>
    </w:p>
    <w:p>
      <w:pPr>
        <w:spacing w:after="0"/>
        <w:ind w:left="454"/>
      </w:pPr>
      <w:r>
        <w:t>(   ) a) necessary qualifications</w:t>
      </w:r>
    </w:p>
    <w:p>
      <w:pPr>
        <w:spacing w:after="0"/>
        <w:ind w:left="454"/>
      </w:pPr>
      <w:r>
        <w:t>(   ) b) benefits</w:t>
      </w:r>
    </w:p>
    <w:p>
      <w:pPr>
        <w:spacing w:after="0"/>
        <w:ind w:left="454"/>
      </w:pPr>
      <w:r>
        <w:t>(   ) c) salaries</w:t>
      </w:r>
    </w:p>
    <w:p>
      <w:pPr>
        <w:spacing w:after="0"/>
        <w:ind w:left="454"/>
      </w:pPr>
      <w:r>
        <w:t>(   ) d) opinions</w:t>
      </w:r>
    </w:p>
    <w:p>
      <w:pPr>
        <w:spacing w:after="0"/>
        <w:ind w:left="454"/>
      </w:pPr>
      <w:r>
        <w:t>(   ) e) mistakes</w:t>
      </w:r>
    </w:p>
    <w:p>
      <w:pPr>
        <w:keepNext/>
        <w:spacing w:before="120"/>
      </w:pPr>
      <w:r>
        <w:t>4. The sentence "we provide training" means that the company</w:t>
      </w:r>
    </w:p>
    <w:p>
      <w:pPr>
        <w:spacing w:after="0"/>
        <w:ind w:left="454"/>
      </w:pPr>
      <w:r>
        <w:t>(   ) a) wants only experienced workers.</w:t>
      </w:r>
    </w:p>
    <w:p>
      <w:pPr>
        <w:spacing w:after="0"/>
        <w:ind w:left="454"/>
      </w:pPr>
      <w:r>
        <w:t>(   ) b) will teach new workers what they need.</w:t>
      </w:r>
    </w:p>
    <w:p>
      <w:pPr>
        <w:spacing w:after="0"/>
        <w:ind w:left="454"/>
      </w:pPr>
      <w:r>
        <w:t>(   ) c) pays for university courses.</w:t>
      </w:r>
    </w:p>
    <w:p>
      <w:pPr>
        <w:spacing w:after="0"/>
        <w:ind w:left="454"/>
      </w:pPr>
      <w:r>
        <w:t>(   ) d) trains athletes on weekends.</w:t>
      </w:r>
    </w:p>
    <w:p>
      <w:pPr>
        <w:spacing w:after="0"/>
        <w:ind w:left="454"/>
      </w:pPr>
      <w:r>
        <w:t>(   ) e) does not need assistants.</w:t>
      </w:r>
    </w:p>
    <w:p>
      <w:r>
        <w:br w:type="page"/>
      </w:r>
    </w:p>
    <w:p>
      <w:pPr>
        <w:pStyle w:val="Heading2"/>
      </w:pPr>
      <w:r>
        <w:t>Gabarito (Answer key)</w:t>
      </w:r>
    </w:p>
    <w:p>
      <w:r>
        <w:rPr>
          <w:b/>
        </w:rPr>
        <w:t>1. The rise of remote work</w:t>
      </w:r>
    </w:p>
    <w:p>
      <w:pPr>
        <w:spacing w:after="0"/>
      </w:pPr>
      <w:r>
        <w:t>1) d) present different views on the growth of remote work.</w:t>
      </w:r>
    </w:p>
    <w:p>
      <w:pPr>
        <w:spacing w:after="0"/>
      </w:pPr>
      <w:r>
        <w:t>2) a) increases productivity and flexibility.</w:t>
      </w:r>
    </w:p>
    <w:p>
      <w:pPr>
        <w:spacing w:after="0"/>
      </w:pPr>
      <w:r>
        <w:t>3) c) a contrast.</w:t>
      </w:r>
    </w:p>
    <w:p>
      <w:pPr>
        <w:spacing w:after="0"/>
      </w:pPr>
      <w:r>
        <w:t>4) e) separate personal and professional life.</w:t>
      </w:r>
    </w:p>
    <w:p>
      <w:pPr>
        <w:spacing w:after="0"/>
      </w:pPr>
      <w:r>
        <w:t>5) b) remote work.</w:t>
      </w:r>
    </w:p>
    <w:p>
      <w:pPr>
        <w:spacing w:after="0"/>
      </w:pPr>
      <w:r>
        <w:t>6) b) accelerated by global events.</w:t>
      </w:r>
    </w:p>
    <w:p>
      <w:r>
        <w:rPr>
          <w:b/>
        </w:rPr>
        <w:t>2. Advertisement</w:t>
      </w:r>
    </w:p>
    <w:p>
      <w:pPr>
        <w:spacing w:after="0"/>
      </w:pPr>
      <w:r>
        <w:t>1) c) offer a summer job opportunity.</w:t>
      </w:r>
    </w:p>
    <w:p>
      <w:pPr>
        <w:spacing w:after="0"/>
      </w:pPr>
      <w:r>
        <w:t>2) e) be available on weekends.</w:t>
      </w:r>
    </w:p>
    <w:p>
      <w:pPr>
        <w:spacing w:after="0"/>
      </w:pPr>
      <w:r>
        <w:t>3) a) necessary qualifications</w:t>
      </w:r>
    </w:p>
    <w:p>
      <w:pPr>
        <w:spacing w:after="0"/>
      </w:pPr>
      <w:r>
        <w:t>4) b) will teach new workers what they need.</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2026-08-21T00:00:00Z</dcterms:created>
  <dcterms:modified xsi:type="dcterms:W3CDTF">2026-08-21T00:00:00Z</dcterms:modified>
  <cp:category/>
</cp:coreProperties>
</file>