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Relative pronouns: who, which, that e whose</w:t>
      </w:r>
    </w:p>
    <w:p>
      <w:r>
        <w:rPr>
          <w:color w:val="6B6B6B"/>
          <w:sz w:val="18"/>
        </w:rPr>
        <w:t>8º ano · Relative pronouns · BNCC: EF08LI17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People at my school</w:t>
      </w:r>
    </w:p>
    <w:p>
      <w:pPr>
        <w:ind w:left="340"/>
      </w:pPr>
      <w:r>
        <w:t>Rafael is the student who sits next to me in class. He is the boy whose drawings are on the classroom wall. He has a skateboard which he built with his father.</w:t>
      </w:r>
    </w:p>
    <w:p>
      <w:pPr>
        <w:ind w:left="340"/>
      </w:pPr>
      <w:r>
        <w:t>Our English teacher, Ms. Lima, is the person that helped us create a school newspaper. The newspaper, which comes out every month, has a section for students who love games.</w:t>
      </w:r>
    </w:p>
    <w:p>
      <w:pPr>
        <w:keepNext/>
        <w:spacing w:before="120"/>
      </w:pPr>
      <w:r>
        <w:t>1. Who sits next to the writer in class?</w:t>
      </w:r>
    </w:p>
    <w:p>
      <w:pPr>
        <w:spacing w:after="0"/>
        <w:ind w:left="454"/>
      </w:pPr>
      <w:r>
        <w:t>(   ) a) Ms. Lima</w:t>
      </w:r>
    </w:p>
    <w:p>
      <w:pPr>
        <w:spacing w:after="0"/>
        <w:ind w:left="454"/>
      </w:pPr>
      <w:r>
        <w:t>(   ) b) Rafael</w:t>
      </w:r>
    </w:p>
    <w:p>
      <w:pPr>
        <w:spacing w:after="0"/>
        <w:ind w:left="454"/>
      </w:pPr>
      <w:r>
        <w:t>(   ) c) Rafael's father</w:t>
      </w:r>
    </w:p>
    <w:p>
      <w:pPr>
        <w:keepNext/>
        <w:spacing w:before="120"/>
      </w:pPr>
      <w:r>
        <w:t>2. What did Rafael build with his father?</w:t>
      </w:r>
    </w:p>
    <w:p>
      <w:pPr>
        <w:spacing w:after="0"/>
        <w:ind w:left="454"/>
      </w:pPr>
      <w:r>
        <w:t>(   ) a) A skateboard</w:t>
      </w:r>
    </w:p>
    <w:p>
      <w:pPr>
        <w:spacing w:after="0"/>
        <w:ind w:left="454"/>
      </w:pPr>
      <w:r>
        <w:t>(   ) b) A newspaper</w:t>
      </w:r>
    </w:p>
    <w:p>
      <w:pPr>
        <w:spacing w:after="0"/>
        <w:ind w:left="454"/>
      </w:pPr>
      <w:r>
        <w:t>(   ) c) A classroom wall</w:t>
      </w:r>
    </w:p>
    <w:p>
      <w:pPr>
        <w:keepNext/>
        <w:spacing w:before="120"/>
      </w:pPr>
      <w:r>
        <w:t>3. In "He is the boy whose drawings are on the classroom wall", the word "whose" shows...</w:t>
      </w:r>
    </w:p>
    <w:p>
      <w:pPr>
        <w:spacing w:after="0"/>
        <w:ind w:left="454"/>
      </w:pPr>
      <w:r>
        <w:t>(   ) a) a place.</w:t>
      </w:r>
    </w:p>
    <w:p>
      <w:pPr>
        <w:spacing w:after="0"/>
        <w:ind w:left="454"/>
      </w:pPr>
      <w:r>
        <w:t>(   ) b) a time.</w:t>
      </w:r>
    </w:p>
    <w:p>
      <w:pPr>
        <w:spacing w:after="0"/>
        <w:ind w:left="454"/>
      </w:pPr>
      <w:r>
        <w:t>(   ) c) possession.</w:t>
      </w:r>
    </w:p>
    <w:p>
      <w:pPr>
        <w:pStyle w:val="Heading2"/>
      </w:pPr>
      <w:r>
        <w:t>2. Who, which or whose?</w:t>
      </w:r>
    </w:p>
    <w:p>
      <w:r>
        <w:rPr>
          <w:i/>
        </w:rPr>
        <w:t>Complete the sentences with who, which or whose.</w:t>
      </w:r>
    </w:p>
    <w:p>
      <w:r>
        <w:rPr>
          <w:b/>
        </w:rPr>
        <w:t>Word bank:  who  |  which  |  whose</w:t>
      </w:r>
    </w:p>
    <w:p>
      <w:pPr>
        <w:keepNext/>
        <w:spacing w:before="120"/>
      </w:pPr>
      <w:r>
        <w:t>1. My cousin is a girl ______________ loves volleyball.</w:t>
      </w:r>
    </w:p>
    <w:p>
      <w:pPr>
        <w:keepNext/>
        <w:spacing w:before="120"/>
      </w:pPr>
      <w:r>
        <w:t>2. This is the phone ______________ I bought last week.</w:t>
      </w:r>
    </w:p>
    <w:p>
      <w:pPr>
        <w:keepNext/>
        <w:spacing w:before="120"/>
      </w:pPr>
      <w:r>
        <w:t>3. I have a friend ______________ mother is a doctor.</w:t>
      </w:r>
    </w:p>
    <w:p>
      <w:pPr>
        <w:keepNext/>
        <w:spacing w:before="120"/>
      </w:pPr>
      <w:r>
        <w:t>4. The bus ______________ goes to the beach leaves at 8 a.m.</w:t>
      </w:r>
    </w:p>
    <w:p>
      <w:pPr>
        <w:keepNext/>
        <w:spacing w:before="120"/>
      </w:pPr>
      <w:r>
        <w:t>5. Mr. Souza is the teacher ______________ teaches us Math.</w:t>
      </w:r>
    </w:p>
    <w:p>
      <w:pPr>
        <w:keepNext/>
        <w:spacing w:before="120"/>
      </w:pPr>
      <w:r>
        <w:t>6. That's the girl ______________ bike was stolen yesterday.</w:t>
      </w:r>
    </w:p>
    <w:p>
      <w:pPr>
        <w:pStyle w:val="Heading2"/>
      </w:pPr>
      <w:r>
        <w:t>3. Choose the correct option</w:t>
      </w:r>
    </w:p>
    <w:p>
      <w:r>
        <w:rPr>
          <w:i/>
        </w:rPr>
        <w:t>Choose the correct relative pronoun or sentence.</w:t>
      </w:r>
    </w:p>
    <w:p>
      <w:pPr>
        <w:keepNext/>
        <w:spacing w:before="120"/>
      </w:pPr>
      <w:r>
        <w:t>1. The book ___ is on the table is mine.</w:t>
      </w:r>
    </w:p>
    <w:p>
      <w:pPr>
        <w:spacing w:after="0"/>
        <w:ind w:left="454"/>
      </w:pPr>
      <w:r>
        <w:t>(   ) a) who</w:t>
      </w:r>
    </w:p>
    <w:p>
      <w:pPr>
        <w:spacing w:after="0"/>
        <w:ind w:left="454"/>
      </w:pPr>
      <w:r>
        <w:t>(   ) b) whose</w:t>
      </w:r>
    </w:p>
    <w:p>
      <w:pPr>
        <w:spacing w:after="0"/>
        <w:ind w:left="454"/>
      </w:pPr>
      <w:r>
        <w:t>(   ) c) which</w:t>
      </w:r>
    </w:p>
    <w:p>
      <w:pPr>
        <w:keepNext/>
        <w:spacing w:before="120"/>
      </w:pPr>
      <w:r>
        <w:t>2. People ___ exercise every day usually sleep better.</w:t>
      </w:r>
    </w:p>
    <w:p>
      <w:pPr>
        <w:spacing w:after="0"/>
        <w:ind w:left="454"/>
      </w:pPr>
      <w:r>
        <w:t>(   ) a) which</w:t>
      </w:r>
    </w:p>
    <w:p>
      <w:pPr>
        <w:spacing w:after="0"/>
        <w:ind w:left="454"/>
      </w:pPr>
      <w:r>
        <w:t>(   ) b) who</w:t>
      </w:r>
    </w:p>
    <w:p>
      <w:pPr>
        <w:spacing w:after="0"/>
        <w:ind w:left="454"/>
      </w:pPr>
      <w:r>
        <w:t>(   ) c) whose</w:t>
      </w:r>
    </w:p>
    <w:p>
      <w:pPr>
        <w:keepNext/>
        <w:spacing w:before="120"/>
      </w:pPr>
      <w:r>
        <w:t>3. Which sentence is correct?</w:t>
      </w:r>
    </w:p>
    <w:p>
      <w:pPr>
        <w:spacing w:after="0"/>
        <w:ind w:left="454"/>
      </w:pPr>
      <w:r>
        <w:t>(   ) a) The singer which won the prize is from Bahia.</w:t>
      </w:r>
    </w:p>
    <w:p>
      <w:pPr>
        <w:spacing w:after="0"/>
        <w:ind w:left="454"/>
      </w:pPr>
      <w:r>
        <w:t>(   ) b) The singer whose won the prize is from Bahia.</w:t>
      </w:r>
    </w:p>
    <w:p>
      <w:pPr>
        <w:spacing w:after="0"/>
        <w:ind w:left="454"/>
      </w:pPr>
      <w:r>
        <w:t>(   ) c) The singer who won the prize is from Bahia.</w:t>
      </w:r>
    </w:p>
    <w:p>
      <w:pPr>
        <w:keepNext/>
        <w:spacing w:before="120"/>
      </w:pPr>
      <w:r>
        <w:t>4. Which pronoun can replace both "who" and "which" in sentences like "the boy who..." and "the book which..."?</w:t>
      </w:r>
    </w:p>
    <w:p>
      <w:pPr>
        <w:spacing w:after="0"/>
        <w:ind w:left="454"/>
      </w:pPr>
      <w:r>
        <w:t>(   ) a) that</w:t>
      </w:r>
    </w:p>
    <w:p>
      <w:pPr>
        <w:spacing w:after="0"/>
        <w:ind w:left="454"/>
      </w:pPr>
      <w:r>
        <w:t>(   ) b) whose</w:t>
      </w:r>
    </w:p>
    <w:p>
      <w:pPr>
        <w:spacing w:after="0"/>
        <w:ind w:left="454"/>
      </w:pPr>
      <w:r>
        <w:t>(   ) c) what</w:t>
      </w:r>
    </w:p>
    <w:p>
      <w:pPr>
        <w:pStyle w:val="Heading2"/>
      </w:pPr>
      <w:r>
        <w:t>4. True or false?</w:t>
      </w:r>
    </w:p>
    <w:p>
      <w:r>
        <w:rPr>
          <w:i/>
        </w:rPr>
        <w:t>Mark T (true) or F (false) about the grammar.</w:t>
      </w:r>
    </w:p>
    <w:p>
      <w:pPr>
        <w:keepNext/>
        <w:spacing w:before="120"/>
      </w:pPr>
      <w:r>
        <w:t>1. We use "who" for people.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We use "which" for people and "who" for things.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In "the cake that my mom made", the word "that" refers to a thing.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Rafael</w:t>
      </w:r>
    </w:p>
    <w:p>
      <w:pPr>
        <w:spacing w:after="0"/>
      </w:pPr>
      <w:r>
        <w:t>2) a) A skateboard</w:t>
      </w:r>
    </w:p>
    <w:p>
      <w:pPr>
        <w:spacing w:after="0"/>
      </w:pPr>
      <w:r>
        <w:t>3) c) possession.</w:t>
      </w:r>
    </w:p>
    <w:p>
      <w:r>
        <w:rPr>
          <w:b/>
        </w:rPr>
        <w:t>2. Who, which or whose?</w:t>
      </w:r>
    </w:p>
    <w:p>
      <w:pPr>
        <w:spacing w:after="0"/>
      </w:pPr>
      <w:r>
        <w:t>1) who</w:t>
      </w:r>
    </w:p>
    <w:p>
      <w:pPr>
        <w:spacing w:after="0"/>
      </w:pPr>
      <w:r>
        <w:t>2) which</w:t>
      </w:r>
    </w:p>
    <w:p>
      <w:pPr>
        <w:spacing w:after="0"/>
      </w:pPr>
      <w:r>
        <w:t>3) whose</w:t>
      </w:r>
    </w:p>
    <w:p>
      <w:pPr>
        <w:spacing w:after="0"/>
      </w:pPr>
      <w:r>
        <w:t>4) which</w:t>
      </w:r>
    </w:p>
    <w:p>
      <w:pPr>
        <w:spacing w:after="0"/>
      </w:pPr>
      <w:r>
        <w:t>5) who</w:t>
      </w:r>
    </w:p>
    <w:p>
      <w:pPr>
        <w:spacing w:after="0"/>
      </w:pPr>
      <w:r>
        <w:t>6) whose</w:t>
      </w:r>
    </w:p>
    <w:p>
      <w:r>
        <w:rPr>
          <w:b/>
        </w:rPr>
        <w:t>3. Choose the correct option</w:t>
      </w:r>
    </w:p>
    <w:p>
      <w:pPr>
        <w:spacing w:after="0"/>
      </w:pPr>
      <w:r>
        <w:t>1) c) which</w:t>
      </w:r>
    </w:p>
    <w:p>
      <w:pPr>
        <w:spacing w:after="0"/>
      </w:pPr>
      <w:r>
        <w:t>2) b) who</w:t>
      </w:r>
    </w:p>
    <w:p>
      <w:pPr>
        <w:spacing w:after="0"/>
      </w:pPr>
      <w:r>
        <w:t>3) c) The singer who won the prize is from Bahia.</w:t>
      </w:r>
    </w:p>
    <w:p>
      <w:pPr>
        <w:spacing w:after="0"/>
      </w:pPr>
      <w:r>
        <w:t>4) a) that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