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Relative clauses, gerúndio e infinitivo</w:t>
      </w:r>
    </w:p>
    <w:p>
      <w:r>
        <w:rPr>
          <w:color w:val="6B6B6B"/>
          <w:sz w:val="18"/>
        </w:rPr>
        <w:t>8º ano e 9º ano · Relative pronouns · BNCC: EF08LI17</w:t>
      </w:r>
    </w:p>
    <w:p>
      <w:pPr>
        <w:pStyle w:val="Heading2"/>
      </w:pPr>
      <w:r>
        <w:t>1. Relative clauses</w:t>
      </w:r>
    </w:p>
    <w:p>
      <w:r>
        <w:rPr>
          <w:i/>
        </w:rPr>
        <w:t>Choose the best way to combine the sentences.</w:t>
      </w:r>
    </w:p>
    <w:p>
      <w:pPr>
        <w:keepNext/>
        <w:spacing w:before="120"/>
      </w:pPr>
      <w:r>
        <w:t>1. The boy is my neighbor. He won the spelling bee.</w:t>
      </w:r>
    </w:p>
    <w:p>
      <w:pPr>
        <w:spacing w:after="0"/>
        <w:ind w:left="454"/>
      </w:pPr>
      <w:r>
        <w:t>(   ) a) The boy which won the spelling bee is my neighbor.</w:t>
      </w:r>
    </w:p>
    <w:p>
      <w:pPr>
        <w:spacing w:after="0"/>
        <w:ind w:left="454"/>
      </w:pPr>
      <w:r>
        <w:t>(   ) b) The boy who won the spelling bee is my neighbor.</w:t>
      </w:r>
    </w:p>
    <w:p>
      <w:pPr>
        <w:spacing w:after="0"/>
        <w:ind w:left="454"/>
      </w:pPr>
      <w:r>
        <w:t>(   ) c) The boy whose won the spelling bee is my neighbor.</w:t>
      </w:r>
    </w:p>
    <w:p>
      <w:pPr>
        <w:keepNext/>
        <w:spacing w:before="120"/>
      </w:pPr>
      <w:r>
        <w:t>2. I found the book. It was missing.</w:t>
      </w:r>
    </w:p>
    <w:p>
      <w:pPr>
        <w:spacing w:after="0"/>
        <w:ind w:left="454"/>
      </w:pPr>
      <w:r>
        <w:t>(   ) a) I found the book that was missing.</w:t>
      </w:r>
    </w:p>
    <w:p>
      <w:pPr>
        <w:spacing w:after="0"/>
        <w:ind w:left="454"/>
      </w:pPr>
      <w:r>
        <w:t>(   ) b) I found the book who was missing.</w:t>
      </w:r>
    </w:p>
    <w:p>
      <w:pPr>
        <w:spacing w:after="0"/>
        <w:ind w:left="454"/>
      </w:pPr>
      <w:r>
        <w:t>(   ) c) I found the book where was missing.</w:t>
      </w:r>
    </w:p>
    <w:p>
      <w:pPr>
        <w:pStyle w:val="Heading2"/>
      </w:pPr>
      <w:r>
        <w:t>2. Relative pronouns</w:t>
      </w:r>
    </w:p>
    <w:p>
      <w:r>
        <w:rPr>
          <w:i/>
        </w:rPr>
        <w:t>Complete with who, which, whose or where.</w:t>
      </w:r>
    </w:p>
    <w:p>
      <w:r>
        <w:rPr>
          <w:b/>
        </w:rPr>
        <w:t>Word bank:  who  |  which  |  whose  |  where</w:t>
      </w:r>
    </w:p>
    <w:p>
      <w:pPr>
        <w:keepNext/>
        <w:spacing w:before="120"/>
      </w:pPr>
      <w:r>
        <w:t>1. That's the girl ______________ brother plays in a band.</w:t>
      </w:r>
    </w:p>
    <w:p>
      <w:pPr>
        <w:keepNext/>
        <w:spacing w:before="120"/>
      </w:pPr>
      <w:r>
        <w:t>2. This is the school ______________ my mother studied.</w:t>
      </w:r>
    </w:p>
    <w:p>
      <w:pPr>
        <w:keepNext/>
        <w:spacing w:before="120"/>
      </w:pPr>
      <w:r>
        <w:t>3. I bought a phone ______________ takes great pictures.</w:t>
      </w:r>
    </w:p>
    <w:p>
      <w:pPr>
        <w:keepNext/>
        <w:spacing w:before="120"/>
      </w:pPr>
      <w:r>
        <w:t>4. The teacher ______________ helped me is very kind.</w:t>
      </w:r>
    </w:p>
    <w:p>
      <w:pPr>
        <w:keepNext/>
        <w:spacing w:before="120"/>
      </w:pPr>
      <w:r>
        <w:t>5. The man ______________ car was stolen called the police.</w:t>
      </w:r>
    </w:p>
    <w:p>
      <w:pPr>
        <w:keepNext/>
        <w:spacing w:before="120"/>
      </w:pPr>
      <w:r>
        <w:t>6. I love the park ______________ we play soccer on weekends.</w:t>
      </w:r>
    </w:p>
    <w:p>
      <w:pPr>
        <w:pStyle w:val="Heading2"/>
      </w:pPr>
      <w:r>
        <w:t>3. Gerunds and infinitives</w:t>
      </w:r>
    </w:p>
    <w:p>
      <w:r>
        <w:rPr>
          <w:i/>
        </w:rPr>
        <w:t>Complete with the gerund or the infinitive of the verb in parentheses.</w:t>
      </w:r>
    </w:p>
    <w:p>
      <w:pPr>
        <w:keepNext/>
        <w:spacing w:before="120"/>
      </w:pPr>
      <w:r>
        <w:t>1. He enjoys ______________ (read) mystery novels.</w:t>
      </w:r>
    </w:p>
    <w:p>
      <w:pPr>
        <w:keepNext/>
        <w:spacing w:before="120"/>
      </w:pPr>
      <w:r>
        <w:t>2. They decided ______________ (move) to a bigger house.</w:t>
      </w:r>
    </w:p>
    <w:p>
      <w:pPr>
        <w:keepNext/>
        <w:spacing w:before="120"/>
      </w:pPr>
      <w:r>
        <w:t>3. She finished ______________ (do) her homework before dinner.</w:t>
      </w:r>
    </w:p>
    <w:p>
      <w:pPr>
        <w:keepNext/>
        <w:spacing w:before="120"/>
      </w:pPr>
      <w:r>
        <w:t>4. I hope ______________ (see) you soon.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Relative clauses</w:t>
      </w:r>
    </w:p>
    <w:p>
      <w:pPr>
        <w:spacing w:after="0"/>
      </w:pPr>
      <w:r>
        <w:t>1) b) The boy who won the spelling bee is my neighbor.</w:t>
      </w:r>
    </w:p>
    <w:p>
      <w:pPr>
        <w:spacing w:after="0"/>
      </w:pPr>
      <w:r>
        <w:t>2) a) I found the book that was missing.</w:t>
      </w:r>
    </w:p>
    <w:p>
      <w:r>
        <w:rPr>
          <w:b/>
        </w:rPr>
        <w:t>2. Relative pronouns</w:t>
      </w:r>
    </w:p>
    <w:p>
      <w:pPr>
        <w:spacing w:after="0"/>
      </w:pPr>
      <w:r>
        <w:t>1) whose</w:t>
      </w:r>
    </w:p>
    <w:p>
      <w:pPr>
        <w:spacing w:after="0"/>
      </w:pPr>
      <w:r>
        <w:t>2) where</w:t>
      </w:r>
    </w:p>
    <w:p>
      <w:pPr>
        <w:spacing w:after="0"/>
      </w:pPr>
      <w:r>
        <w:t>3) which</w:t>
      </w:r>
    </w:p>
    <w:p>
      <w:pPr>
        <w:spacing w:after="0"/>
      </w:pPr>
      <w:r>
        <w:t>4) who</w:t>
      </w:r>
    </w:p>
    <w:p>
      <w:pPr>
        <w:spacing w:after="0"/>
      </w:pPr>
      <w:r>
        <w:t>5) whose</w:t>
      </w:r>
    </w:p>
    <w:p>
      <w:pPr>
        <w:spacing w:after="0"/>
      </w:pPr>
      <w:r>
        <w:t>6) where</w:t>
      </w:r>
    </w:p>
    <w:p>
      <w:r>
        <w:rPr>
          <w:b/>
        </w:rPr>
        <w:t>3. Gerunds and infinitives</w:t>
      </w:r>
    </w:p>
    <w:p>
      <w:pPr>
        <w:spacing w:after="0"/>
      </w:pPr>
      <w:r>
        <w:t>1) reading</w:t>
      </w:r>
    </w:p>
    <w:p>
      <w:pPr>
        <w:spacing w:after="0"/>
      </w:pPr>
      <w:r>
        <w:t>2) to move</w:t>
      </w:r>
    </w:p>
    <w:p>
      <w:pPr>
        <w:spacing w:after="0"/>
      </w:pPr>
      <w:r>
        <w:t>3) doing</w:t>
      </w:r>
    </w:p>
    <w:p>
      <w:pPr>
        <w:spacing w:after="0"/>
      </w:pPr>
      <w:r>
        <w:t>4) to see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2024-12-20T00:00:00Z</dcterms:created>
  <dcterms:modified xsi:type="dcterms:W3CDTF">2024-12-20T00:00:00Z</dcterms:modified>
  <cp:category/>
</cp:coreProperties>
</file>