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D92D37"/>
          <w:sz w:val="20"/>
        </w:rPr>
        <w:t>SchoolWork · Atividades de Inglês</w:t>
      </w:r>
    </w:p>
    <w:p>
      <w:r>
        <w:t>Name: ____________________________________   Class: _______   Date: ___/___/______</w:t>
      </w:r>
    </w:p>
    <w:p>
      <w:pPr>
        <w:pStyle w:val="Heading1"/>
      </w:pPr>
      <w:r>
        <w:rPr>
          <w:color w:val="252525"/>
        </w:rPr>
        <w:t>Relative clauses: who, which, whose, where e when</w:t>
      </w:r>
    </w:p>
    <w:p>
      <w:r>
        <w:rPr>
          <w:color w:val="6B6B6B"/>
          <w:sz w:val="18"/>
        </w:rPr>
        <w:t>2ª série e 3ª série · Relative pronouns · BNCC: EM13LGG403</w:t>
      </w:r>
    </w:p>
    <w:p>
      <w:pPr>
        <w:pStyle w:val="Heading2"/>
      </w:pPr>
      <w:r>
        <w:t>1. Reading</w:t>
      </w:r>
    </w:p>
    <w:p>
      <w:r>
        <w:rPr>
          <w:i/>
        </w:rPr>
        <w:t>Read the text and choose the correct answer.</w:t>
      </w:r>
    </w:p>
    <w:p>
      <w:r>
        <w:rPr>
          <w:b/>
        </w:rPr>
        <w:t>The app that brings neighbors together</w:t>
      </w:r>
    </w:p>
    <w:p>
      <w:pPr>
        <w:ind w:left="340"/>
      </w:pPr>
      <w:r>
        <w:t>Juliana Reis, a nurse who works in São Paulo, created an app that connects volunteers with elderly people who live alone. The idea came during the pandemic, when many older people, whose families lived far away, needed help with groceries and medicine.</w:t>
      </w:r>
    </w:p>
    <w:p>
      <w:pPr>
        <w:ind w:left="340"/>
      </w:pPr>
      <w:r>
        <w:t>The volunteers, who are mostly university students, receive training before their first visit. The neighborhood where the project started now has more than 400 participants.</w:t>
      </w:r>
    </w:p>
    <w:p>
      <w:pPr>
        <w:ind w:left="340"/>
      </w:pPr>
      <w:r>
        <w:t>"The thing that makes me happiest," says Juliana, "is seeing friendships which began with a simple delivery."</w:t>
      </w:r>
    </w:p>
    <w:p>
      <w:pPr>
        <w:keepNext/>
        <w:spacing w:before="120"/>
      </w:pPr>
      <w:r>
        <w:t>1. Who created the app?</w:t>
      </w:r>
    </w:p>
    <w:p>
      <w:pPr>
        <w:spacing w:after="0"/>
        <w:ind w:left="454"/>
      </w:pPr>
      <w:r>
        <w:t>(   ) a) A university student</w:t>
      </w:r>
    </w:p>
    <w:p>
      <w:pPr>
        <w:spacing w:after="0"/>
        <w:ind w:left="454"/>
      </w:pPr>
      <w:r>
        <w:t>(   ) b) A nurse who works in São Paulo</w:t>
      </w:r>
    </w:p>
    <w:p>
      <w:pPr>
        <w:spacing w:after="0"/>
        <w:ind w:left="454"/>
      </w:pPr>
      <w:r>
        <w:t>(   ) c) An elderly man who lives alone</w:t>
      </w:r>
    </w:p>
    <w:p>
      <w:pPr>
        <w:spacing w:after="0"/>
        <w:ind w:left="454"/>
      </w:pPr>
      <w:r>
        <w:t>(   ) d) A doctor who lives abroad</w:t>
      </w:r>
    </w:p>
    <w:p>
      <w:pPr>
        <w:keepNext/>
        <w:spacing w:before="120"/>
      </w:pPr>
      <w:r>
        <w:t>2. In "older people, whose families lived far away", the word "whose" indicates:</w:t>
      </w:r>
    </w:p>
    <w:p>
      <w:pPr>
        <w:spacing w:after="0"/>
        <w:ind w:left="454"/>
      </w:pPr>
      <w:r>
        <w:t>(   ) a) place</w:t>
      </w:r>
    </w:p>
    <w:p>
      <w:pPr>
        <w:spacing w:after="0"/>
        <w:ind w:left="454"/>
      </w:pPr>
      <w:r>
        <w:t>(   ) b) time</w:t>
      </w:r>
    </w:p>
    <w:p>
      <w:pPr>
        <w:spacing w:after="0"/>
        <w:ind w:left="454"/>
      </w:pPr>
      <w:r>
        <w:t>(   ) c) possession</w:t>
      </w:r>
    </w:p>
    <w:p>
      <w:pPr>
        <w:spacing w:after="0"/>
        <w:ind w:left="454"/>
      </w:pPr>
      <w:r>
        <w:t>(   ) d) a thing</w:t>
      </w:r>
    </w:p>
    <w:p>
      <w:pPr>
        <w:keepNext/>
        <w:spacing w:before="120"/>
      </w:pPr>
      <w:r>
        <w:t>3. In "The neighborhood where the project started", "where" refers to:</w:t>
      </w:r>
    </w:p>
    <w:p>
      <w:pPr>
        <w:spacing w:after="0"/>
        <w:ind w:left="454"/>
      </w:pPr>
      <w:r>
        <w:t>(   ) a) the neighborhood</w:t>
      </w:r>
    </w:p>
    <w:p>
      <w:pPr>
        <w:spacing w:after="0"/>
        <w:ind w:left="454"/>
      </w:pPr>
      <w:r>
        <w:t>(   ) b) the project</w:t>
      </w:r>
    </w:p>
    <w:p>
      <w:pPr>
        <w:spacing w:after="0"/>
        <w:ind w:left="454"/>
      </w:pPr>
      <w:r>
        <w:t>(   ) c) Juliana</w:t>
      </w:r>
    </w:p>
    <w:p>
      <w:pPr>
        <w:spacing w:after="0"/>
        <w:ind w:left="454"/>
      </w:pPr>
      <w:r>
        <w:t>(   ) d) the volunteers</w:t>
      </w:r>
    </w:p>
    <w:p>
      <w:pPr>
        <w:keepNext/>
        <w:spacing w:before="120"/>
      </w:pPr>
      <w:r>
        <w:t>4. What makes Juliana happiest?</w:t>
      </w:r>
    </w:p>
    <w:p>
      <w:pPr>
        <w:spacing w:after="0"/>
        <w:ind w:left="454"/>
      </w:pPr>
      <w:r>
        <w:t>(   ) a) The money she earns with the app</w:t>
      </w:r>
    </w:p>
    <w:p>
      <w:pPr>
        <w:spacing w:after="0"/>
        <w:ind w:left="454"/>
      </w:pPr>
      <w:r>
        <w:t>(   ) b) The number of downloads</w:t>
      </w:r>
    </w:p>
    <w:p>
      <w:pPr>
        <w:spacing w:after="0"/>
        <w:ind w:left="454"/>
      </w:pPr>
      <w:r>
        <w:t>(   ) c) Working during the pandemic</w:t>
      </w:r>
    </w:p>
    <w:p>
      <w:pPr>
        <w:spacing w:after="0"/>
        <w:ind w:left="454"/>
      </w:pPr>
      <w:r>
        <w:t>(   ) d) Seeing friendships that began with a delivery</w:t>
      </w:r>
    </w:p>
    <w:p>
      <w:pPr>
        <w:pStyle w:val="Heading2"/>
      </w:pPr>
      <w:r>
        <w:t>2. Choose the relative pronoun</w:t>
      </w:r>
    </w:p>
    <w:p>
      <w:r>
        <w:rPr>
          <w:i/>
        </w:rPr>
        <w:t>Complete the sentences with who, which, whose, where or when.</w:t>
      </w:r>
    </w:p>
    <w:p>
      <w:r>
        <w:rPr>
          <w:b/>
        </w:rPr>
        <w:t>Word bank:  who  |  which  |  whose  |  where  |  when</w:t>
      </w:r>
    </w:p>
    <w:p>
      <w:pPr>
        <w:keepNext/>
        <w:spacing w:before="120"/>
      </w:pPr>
      <w:r>
        <w:t>1. The woman ______________ lives next door is a doctor.</w:t>
      </w:r>
    </w:p>
    <w:p>
      <w:pPr>
        <w:keepNext/>
        <w:spacing w:before="120"/>
      </w:pPr>
      <w:r>
        <w:t>2. This is the laptop ______________ I bought last week.</w:t>
      </w:r>
    </w:p>
    <w:p>
      <w:pPr>
        <w:keepNext/>
        <w:spacing w:before="120"/>
      </w:pPr>
      <w:r>
        <w:t>3. I have a friend ______________ father is a famous chef.</w:t>
      </w:r>
    </w:p>
    <w:p>
      <w:pPr>
        <w:keepNext/>
        <w:spacing w:before="120"/>
      </w:pPr>
      <w:r>
        <w:t>4. That's the restaurant ______________ we had dinner on my birthday.</w:t>
      </w:r>
    </w:p>
    <w:p>
      <w:pPr>
        <w:keepNext/>
        <w:spacing w:before="120"/>
      </w:pPr>
      <w:r>
        <w:t>5. 2020 was the year ______________ everything changed.</w:t>
      </w:r>
    </w:p>
    <w:p>
      <w:pPr>
        <w:keepNext/>
        <w:spacing w:before="120"/>
      </w:pPr>
      <w:r>
        <w:t>6. The students ______________ won the contest will travel to Chile.</w:t>
      </w:r>
    </w:p>
    <w:p>
      <w:pPr>
        <w:keepNext/>
        <w:spacing w:before="120"/>
      </w:pPr>
      <w:r>
        <w:t>7. Brasília, ______________ is the capital of Brazil, was built in the 1950s.</w:t>
      </w:r>
    </w:p>
    <w:p>
      <w:pPr>
        <w:pStyle w:val="Heading2"/>
      </w:pPr>
      <w:r>
        <w:t>3. Grammar in use</w:t>
      </w:r>
    </w:p>
    <w:p>
      <w:r>
        <w:rPr>
          <w:i/>
        </w:rPr>
        <w:t>Choose the correct answer.</w:t>
      </w:r>
    </w:p>
    <w:p>
      <w:pPr>
        <w:keepNext/>
        <w:spacing w:before="120"/>
      </w:pPr>
      <w:r>
        <w:t>1. Which sentence is correct?</w:t>
      </w:r>
    </w:p>
    <w:p>
      <w:pPr>
        <w:spacing w:after="0"/>
        <w:ind w:left="454"/>
      </w:pPr>
      <w:r>
        <w:t>(   ) a) My sister, that lives in Natal, is an engineer.</w:t>
      </w:r>
    </w:p>
    <w:p>
      <w:pPr>
        <w:spacing w:after="0"/>
        <w:ind w:left="454"/>
      </w:pPr>
      <w:r>
        <w:t>(   ) b) My sister, who lives in Natal, is an engineer.</w:t>
      </w:r>
    </w:p>
    <w:p>
      <w:pPr>
        <w:spacing w:after="0"/>
        <w:ind w:left="454"/>
      </w:pPr>
      <w:r>
        <w:t>(   ) c) My sister, which lives in Natal, is an engineer.</w:t>
      </w:r>
    </w:p>
    <w:p>
      <w:pPr>
        <w:spacing w:after="0"/>
        <w:ind w:left="454"/>
      </w:pPr>
      <w:r>
        <w:t>(   ) d) My sister, whose lives in Natal, is an engineer.</w:t>
      </w:r>
    </w:p>
    <w:p>
      <w:pPr>
        <w:keepNext/>
        <w:spacing w:before="120"/>
      </w:pPr>
      <w:r>
        <w:t>2. In which sentence can the relative pronoun be omitted?</w:t>
      </w:r>
    </w:p>
    <w:p>
      <w:pPr>
        <w:spacing w:after="0"/>
        <w:ind w:left="454"/>
      </w:pPr>
      <w:r>
        <w:t>(   ) a) The man who called you is my uncle.</w:t>
      </w:r>
    </w:p>
    <w:p>
      <w:pPr>
        <w:spacing w:after="0"/>
        <w:ind w:left="454"/>
      </w:pPr>
      <w:r>
        <w:t>(   ) b) The book which is on the table is mine.</w:t>
      </w:r>
    </w:p>
    <w:p>
      <w:pPr>
        <w:spacing w:after="0"/>
        <w:ind w:left="454"/>
      </w:pPr>
      <w:r>
        <w:t>(   ) c) The movie that we watched yesterday was great.</w:t>
      </w:r>
    </w:p>
    <w:p>
      <w:pPr>
        <w:spacing w:after="0"/>
        <w:ind w:left="454"/>
      </w:pPr>
      <w:r>
        <w:t>(   ) d) The girl whose bag was stolen called the police.</w:t>
      </w:r>
    </w:p>
    <w:p>
      <w:pPr>
        <w:keepNext/>
        <w:spacing w:before="120"/>
      </w:pPr>
      <w:r>
        <w:t>3. Join the sentences: "I met a girl. She speaks five languages."</w:t>
      </w:r>
    </w:p>
    <w:p>
      <w:pPr>
        <w:spacing w:after="0"/>
        <w:ind w:left="454"/>
      </w:pPr>
      <w:r>
        <w:t>(   ) a) I met a girl which speaks five languages.</w:t>
      </w:r>
    </w:p>
    <w:p>
      <w:pPr>
        <w:spacing w:after="0"/>
        <w:ind w:left="454"/>
      </w:pPr>
      <w:r>
        <w:t>(   ) b) I met a girl who she speaks five languages.</w:t>
      </w:r>
    </w:p>
    <w:p>
      <w:pPr>
        <w:spacing w:after="0"/>
        <w:ind w:left="454"/>
      </w:pPr>
      <w:r>
        <w:t>(   ) c) I met a girl whose speaks five languages.</w:t>
      </w:r>
    </w:p>
    <w:p>
      <w:pPr>
        <w:spacing w:after="0"/>
        <w:ind w:left="454"/>
      </w:pPr>
      <w:r>
        <w:t>(   ) d) I met a girl who speaks five languages.</w:t>
      </w:r>
    </w:p>
    <w:p>
      <w:pPr>
        <w:keepNext/>
        <w:spacing w:before="120"/>
      </w:pPr>
      <w:r>
        <w:t>4. The scientist ___ research changed medicine won an important prize.</w:t>
      </w:r>
    </w:p>
    <w:p>
      <w:pPr>
        <w:spacing w:after="0"/>
        <w:ind w:left="454"/>
      </w:pPr>
      <w:r>
        <w:t>(   ) a) whose</w:t>
      </w:r>
    </w:p>
    <w:p>
      <w:pPr>
        <w:spacing w:after="0"/>
        <w:ind w:left="454"/>
      </w:pPr>
      <w:r>
        <w:t>(   ) b) who</w:t>
      </w:r>
    </w:p>
    <w:p>
      <w:pPr>
        <w:spacing w:after="0"/>
        <w:ind w:left="454"/>
      </w:pPr>
      <w:r>
        <w:t>(   ) c) which</w:t>
      </w:r>
    </w:p>
    <w:p>
      <w:pPr>
        <w:spacing w:after="0"/>
        <w:ind w:left="454"/>
      </w:pPr>
      <w:r>
        <w:t>(   ) d) where</w:t>
      </w:r>
    </w:p>
    <w:p>
      <w:pPr>
        <w:pStyle w:val="Heading2"/>
      </w:pPr>
      <w:r>
        <w:t>4. True or false?</w:t>
      </w:r>
    </w:p>
    <w:p>
      <w:r>
        <w:rPr>
          <w:i/>
        </w:rPr>
        <w:t>Mark T (true) or F (false) about the grammar.</w:t>
      </w:r>
    </w:p>
    <w:p>
      <w:pPr>
        <w:keepNext/>
        <w:spacing w:before="120"/>
      </w:pPr>
      <w:r>
        <w:t>1. "Who" is used for people and "which" for things or animals.</w:t>
      </w:r>
    </w:p>
    <w:p>
      <w:pPr>
        <w:ind w:left="454"/>
      </w:pPr>
      <w:r>
        <w:t>(   ) True        (   ) False</w:t>
      </w:r>
    </w:p>
    <w:p>
      <w:pPr>
        <w:keepNext/>
        <w:spacing w:before="120"/>
      </w:pPr>
      <w:r>
        <w:t>2. We can use "that" in non-defining relative clauses (between commas).</w:t>
      </w:r>
    </w:p>
    <w:p>
      <w:pPr>
        <w:ind w:left="454"/>
      </w:pPr>
      <w:r>
        <w:t>(   ) True        (   ) False</w:t>
      </w:r>
    </w:p>
    <w:p>
      <w:pPr>
        <w:keepNext/>
        <w:spacing w:before="120"/>
      </w:pPr>
      <w:r>
        <w:t>3. "Whose" expresses possession.</w:t>
      </w:r>
    </w:p>
    <w:p>
      <w:pPr>
        <w:ind w:left="454"/>
      </w:pPr>
      <w:r>
        <w:t>(   ) True        (   ) False</w:t>
      </w:r>
    </w:p>
    <w:p>
      <w:r>
        <w:br w:type="page"/>
      </w:r>
    </w:p>
    <w:p>
      <w:pPr>
        <w:pStyle w:val="Heading2"/>
      </w:pPr>
      <w:r>
        <w:t>Gabarito (Answer key)</w:t>
      </w:r>
    </w:p>
    <w:p>
      <w:r>
        <w:rPr>
          <w:b/>
        </w:rPr>
        <w:t>1. Reading</w:t>
      </w:r>
    </w:p>
    <w:p>
      <w:pPr>
        <w:spacing w:after="0"/>
      </w:pPr>
      <w:r>
        <w:t>1) b) A nurse who works in São Paulo</w:t>
      </w:r>
    </w:p>
    <w:p>
      <w:pPr>
        <w:spacing w:after="0"/>
      </w:pPr>
      <w:r>
        <w:t>2) c) possession</w:t>
      </w:r>
    </w:p>
    <w:p>
      <w:pPr>
        <w:spacing w:after="0"/>
      </w:pPr>
      <w:r>
        <w:t>3) a) the neighborhood</w:t>
      </w:r>
    </w:p>
    <w:p>
      <w:pPr>
        <w:spacing w:after="0"/>
      </w:pPr>
      <w:r>
        <w:t>4) d) Seeing friendships that began with a delivery</w:t>
      </w:r>
    </w:p>
    <w:p>
      <w:r>
        <w:rPr>
          <w:b/>
        </w:rPr>
        <w:t>2. Choose the relative pronoun</w:t>
      </w:r>
    </w:p>
    <w:p>
      <w:pPr>
        <w:spacing w:after="0"/>
      </w:pPr>
      <w:r>
        <w:t>1) who</w:t>
      </w:r>
    </w:p>
    <w:p>
      <w:pPr>
        <w:spacing w:after="0"/>
      </w:pPr>
      <w:r>
        <w:t>2) which</w:t>
      </w:r>
    </w:p>
    <w:p>
      <w:pPr>
        <w:spacing w:after="0"/>
      </w:pPr>
      <w:r>
        <w:t>3) whose</w:t>
      </w:r>
    </w:p>
    <w:p>
      <w:pPr>
        <w:spacing w:after="0"/>
      </w:pPr>
      <w:r>
        <w:t>4) where</w:t>
      </w:r>
    </w:p>
    <w:p>
      <w:pPr>
        <w:spacing w:after="0"/>
      </w:pPr>
      <w:r>
        <w:t>5) when</w:t>
      </w:r>
    </w:p>
    <w:p>
      <w:pPr>
        <w:spacing w:after="0"/>
      </w:pPr>
      <w:r>
        <w:t>6) who</w:t>
      </w:r>
    </w:p>
    <w:p>
      <w:pPr>
        <w:spacing w:after="0"/>
      </w:pPr>
      <w:r>
        <w:t>7) which</w:t>
      </w:r>
    </w:p>
    <w:p>
      <w:r>
        <w:rPr>
          <w:b/>
        </w:rPr>
        <w:t>3. Grammar in use</w:t>
      </w:r>
    </w:p>
    <w:p>
      <w:pPr>
        <w:spacing w:after="0"/>
      </w:pPr>
      <w:r>
        <w:t>1) b) My sister, who lives in Natal, is an engineer.</w:t>
      </w:r>
    </w:p>
    <w:p>
      <w:pPr>
        <w:spacing w:after="0"/>
      </w:pPr>
      <w:r>
        <w:t>2) c) The movie that we watched yesterday was great.</w:t>
      </w:r>
    </w:p>
    <w:p>
      <w:pPr>
        <w:spacing w:after="0"/>
      </w:pPr>
      <w:r>
        <w:t>3) d) I met a girl who speaks five languages.</w:t>
      </w:r>
    </w:p>
    <w:p>
      <w:pPr>
        <w:spacing w:after="0"/>
      </w:pPr>
      <w:r>
        <w:t>4) a) whose</w:t>
      </w:r>
    </w:p>
    <w:p>
      <w:r>
        <w:rPr>
          <w:b/>
        </w:rPr>
        <w:t>4. True or false?</w:t>
      </w:r>
    </w:p>
    <w:p>
      <w:pPr>
        <w:spacing w:after="0"/>
      </w:pPr>
      <w:r>
        <w:t>1) True</w:t>
      </w:r>
    </w:p>
    <w:p>
      <w:pPr>
        <w:spacing w:after="0"/>
      </w:pPr>
      <w:r>
        <w:t>2) False</w:t>
      </w:r>
    </w:p>
    <w:p>
      <w:pPr>
        <w:spacing w:after="0"/>
      </w:pPr>
      <w:r>
        <w:t>3) True</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7"/>
      </w:rPr>
      <w:t>Atividade gratuita · atividades.schoolwork.com.br · Mais materiais em schoolwork.com.br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2026-10-23T00:00:00Z</dcterms:created>
  <dcterms:modified xsi:type="dcterms:W3CDTF">2026-10-23T00:00:00Z</dcterms:modified>
  <cp:category/>
</cp:coreProperties>
</file>