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Reading &amp; Vocabulary: tecnologia, amizade, trabalho e leitura</w:t>
      </w:r>
    </w:p>
    <w:p>
      <w:r>
        <w:rPr>
          <w:color w:val="6B6B6B"/>
          <w:sz w:val="18"/>
        </w:rPr>
        <w:t>8º ano e 9º ano · Reading comprehension (interpretação) · BNCC: EF08LI05, EF09LI07</w:t>
      </w:r>
    </w:p>
    <w:p>
      <w:pPr>
        <w:pStyle w:val="Heading2"/>
      </w:pPr>
      <w:r>
        <w:t>1. Text 1 – The Digital World</w:t>
      </w:r>
    </w:p>
    <w:p>
      <w:r>
        <w:rPr>
          <w:i/>
        </w:rPr>
        <w:t>Read the text and choose the correct answer.</w:t>
      </w:r>
    </w:p>
    <w:p>
      <w:r>
        <w:rPr>
          <w:b/>
        </w:rPr>
        <w:t>The Digital World</w:t>
      </w:r>
    </w:p>
    <w:p>
      <w:pPr>
        <w:ind w:left="340"/>
      </w:pPr>
      <w:r>
        <w:t>Technology is part of our daily lives. We use smartphones to study, work, and communicate. However, being online all the time can make people feel tired and disconnected from real life. Using technology wisely is the best way to enjoy its benefits.</w:t>
      </w:r>
    </w:p>
    <w:p>
      <w:pPr>
        <w:keepNext/>
        <w:spacing w:before="120"/>
      </w:pPr>
      <w:r>
        <w:t>1. What is the main idea of the text?</w:t>
      </w:r>
    </w:p>
    <w:p>
      <w:pPr>
        <w:spacing w:after="0"/>
        <w:ind w:left="454"/>
      </w:pPr>
      <w:r>
        <w:t>(   ) a) Technology is useful, but we must use it wisely.</w:t>
      </w:r>
    </w:p>
    <w:p>
      <w:pPr>
        <w:spacing w:after="0"/>
        <w:ind w:left="454"/>
      </w:pPr>
      <w:r>
        <w:t>(   ) b) Smartphones should be banned.</w:t>
      </w:r>
    </w:p>
    <w:p>
      <w:pPr>
        <w:spacing w:after="0"/>
        <w:ind w:left="454"/>
      </w:pPr>
      <w:r>
        <w:t>(   ) c) Technology has no benefits.</w:t>
      </w:r>
    </w:p>
    <w:p>
      <w:pPr>
        <w:keepNext/>
        <w:spacing w:before="120"/>
      </w:pPr>
      <w:r>
        <w:t>2. What is one negative effect of using technology too much?</w:t>
      </w:r>
    </w:p>
    <w:p>
      <w:pPr>
        <w:spacing w:after="0"/>
        <w:ind w:left="454"/>
      </w:pPr>
      <w:r>
        <w:t>(   ) a) Studying better</w:t>
      </w:r>
    </w:p>
    <w:p>
      <w:pPr>
        <w:spacing w:after="0"/>
        <w:ind w:left="454"/>
      </w:pPr>
      <w:r>
        <w:t>(   ) b) Feeling tired and disconnected from real life</w:t>
      </w:r>
    </w:p>
    <w:p>
      <w:pPr>
        <w:spacing w:after="0"/>
        <w:ind w:left="454"/>
      </w:pPr>
      <w:r>
        <w:t>(   ) c) Communicating more with family</w:t>
      </w:r>
    </w:p>
    <w:p>
      <w:pPr>
        <w:keepNext/>
        <w:spacing w:before="120"/>
      </w:pPr>
      <w:r>
        <w:t>3. The word "wisely" in the last sentence means:</w:t>
      </w:r>
    </w:p>
    <w:p>
      <w:pPr>
        <w:spacing w:after="0"/>
        <w:ind w:left="454"/>
      </w:pPr>
      <w:r>
        <w:t>(   ) a) quickly</w:t>
      </w:r>
    </w:p>
    <w:p>
      <w:pPr>
        <w:spacing w:after="0"/>
        <w:ind w:left="454"/>
      </w:pPr>
      <w:r>
        <w:t>(   ) b) rarely</w:t>
      </w:r>
    </w:p>
    <w:p>
      <w:pPr>
        <w:spacing w:after="0"/>
        <w:ind w:left="454"/>
      </w:pPr>
      <w:r>
        <w:t>(   ) c) in a smart and careful way</w:t>
      </w:r>
    </w:p>
    <w:p>
      <w:pPr>
        <w:pStyle w:val="Heading2"/>
      </w:pPr>
      <w:r>
        <w:t>2. Text 2 – Friendship</w:t>
      </w:r>
    </w:p>
    <w:p>
      <w:r>
        <w:rPr>
          <w:i/>
        </w:rPr>
        <w:t>Read the text and choose the correct answer.</w:t>
      </w:r>
    </w:p>
    <w:p>
      <w:r>
        <w:rPr>
          <w:b/>
        </w:rPr>
        <w:t>Friendship</w:t>
      </w:r>
    </w:p>
    <w:p>
      <w:pPr>
        <w:ind w:left="340"/>
      </w:pPr>
      <w:r>
        <w:t>True friends are not just people we have fun with. They are the ones who listen when we are sad and help us when we need it most. Friendship is about trust, kindness, and time together.</w:t>
      </w:r>
    </w:p>
    <w:p>
      <w:pPr>
        <w:keepNext/>
        <w:spacing w:before="120"/>
      </w:pPr>
      <w:r>
        <w:t>1. Which three qualities of true friendship does the author mention?</w:t>
      </w:r>
    </w:p>
    <w:p>
      <w:pPr>
        <w:spacing w:after="0"/>
        <w:ind w:left="454"/>
      </w:pPr>
      <w:r>
        <w:t>(   ) a) Money, fame and fun</w:t>
      </w:r>
    </w:p>
    <w:p>
      <w:pPr>
        <w:spacing w:after="0"/>
        <w:ind w:left="454"/>
      </w:pPr>
      <w:r>
        <w:t>(   ) b) Trust, kindness and time together</w:t>
      </w:r>
    </w:p>
    <w:p>
      <w:pPr>
        <w:spacing w:after="0"/>
        <w:ind w:left="454"/>
      </w:pPr>
      <w:r>
        <w:t>(   ) c) Games, parties and gifts</w:t>
      </w:r>
    </w:p>
    <w:p>
      <w:pPr>
        <w:keepNext/>
        <w:spacing w:before="120"/>
      </w:pPr>
      <w:r>
        <w:t>2. What do true friends do when we are sad?</w:t>
      </w:r>
    </w:p>
    <w:p>
      <w:pPr>
        <w:spacing w:after="0"/>
        <w:ind w:left="454"/>
      </w:pPr>
      <w:r>
        <w:t>(   ) a) They listen to us.</w:t>
      </w:r>
    </w:p>
    <w:p>
      <w:pPr>
        <w:spacing w:after="0"/>
        <w:ind w:left="454"/>
      </w:pPr>
      <w:r>
        <w:t>(   ) b) They leave us alone.</w:t>
      </w:r>
    </w:p>
    <w:p>
      <w:pPr>
        <w:spacing w:after="0"/>
        <w:ind w:left="454"/>
      </w:pPr>
      <w:r>
        <w:t>(   ) c) They laugh at us.</w:t>
      </w:r>
    </w:p>
    <w:p>
      <w:pPr>
        <w:keepNext/>
        <w:spacing w:before="120"/>
      </w:pPr>
      <w:r>
        <w:t>3. What is the main message of the text?</w:t>
      </w:r>
    </w:p>
    <w:p>
      <w:pPr>
        <w:spacing w:after="0"/>
        <w:ind w:left="454"/>
      </w:pPr>
      <w:r>
        <w:t>(   ) a) Friends are only for having fun.</w:t>
      </w:r>
    </w:p>
    <w:p>
      <w:pPr>
        <w:spacing w:after="0"/>
        <w:ind w:left="454"/>
      </w:pPr>
      <w:r>
        <w:t>(   ) b) It is hard to have friends.</w:t>
      </w:r>
    </w:p>
    <w:p>
      <w:pPr>
        <w:spacing w:after="0"/>
        <w:ind w:left="454"/>
      </w:pPr>
      <w:r>
        <w:t>(   ) c) Friendship is based on care and support.</w:t>
      </w:r>
    </w:p>
    <w:p>
      <w:pPr>
        <w:pStyle w:val="Heading2"/>
      </w:pPr>
      <w:r>
        <w:t>3. Text 3 – The Future of Work</w:t>
      </w:r>
    </w:p>
    <w:p>
      <w:r>
        <w:rPr>
          <w:i/>
        </w:rPr>
        <w:t>Read the text and choose the correct answer.</w:t>
      </w:r>
    </w:p>
    <w:p>
      <w:r>
        <w:rPr>
          <w:b/>
        </w:rPr>
        <w:t>The Future of Work</w:t>
      </w:r>
    </w:p>
    <w:p>
      <w:pPr>
        <w:ind w:left="340"/>
      </w:pPr>
      <w:r>
        <w:t>In the future, many jobs will be different from today. People will need to use creativity, communication, and technology to solve new problems. Learning new skills throughout life will be essential for success.</w:t>
      </w:r>
    </w:p>
    <w:p>
      <w:pPr>
        <w:keepNext/>
        <w:spacing w:before="120"/>
      </w:pPr>
      <w:r>
        <w:t>1. Which three skills will be important in the future, according to the text?</w:t>
      </w:r>
    </w:p>
    <w:p>
      <w:pPr>
        <w:spacing w:after="0"/>
        <w:ind w:left="454"/>
      </w:pPr>
      <w:r>
        <w:t>(   ) a) Creativity, communication and technology</w:t>
      </w:r>
    </w:p>
    <w:p>
      <w:pPr>
        <w:spacing w:after="0"/>
        <w:ind w:left="454"/>
      </w:pPr>
      <w:r>
        <w:t>(   ) b) Speed, strength and luck</w:t>
      </w:r>
    </w:p>
    <w:p>
      <w:pPr>
        <w:spacing w:after="0"/>
        <w:ind w:left="454"/>
      </w:pPr>
      <w:r>
        <w:t>(   ) c) Memory, silence and obedience</w:t>
      </w:r>
    </w:p>
    <w:p>
      <w:pPr>
        <w:keepNext/>
        <w:spacing w:before="120"/>
      </w:pPr>
      <w:r>
        <w:t>2. Why will learning new skills be essential?</w:t>
      </w:r>
    </w:p>
    <w:p>
      <w:pPr>
        <w:spacing w:after="0"/>
        <w:ind w:left="454"/>
      </w:pPr>
      <w:r>
        <w:t>(   ) a) Because jobs will disappear completely.</w:t>
      </w:r>
    </w:p>
    <w:p>
      <w:pPr>
        <w:spacing w:after="0"/>
        <w:ind w:left="454"/>
      </w:pPr>
      <w:r>
        <w:t>(   ) b) Because jobs and problems will change over time.</w:t>
      </w:r>
    </w:p>
    <w:p>
      <w:pPr>
        <w:spacing w:after="0"/>
        <w:ind w:left="454"/>
      </w:pPr>
      <w:r>
        <w:t>(   ) c) Because schools will close.</w:t>
      </w:r>
    </w:p>
    <w:p>
      <w:pPr>
        <w:keepNext/>
        <w:spacing w:before="120"/>
      </w:pPr>
      <w:r>
        <w:t>3. "throughout life" means:</w:t>
      </w:r>
    </w:p>
    <w:p>
      <w:pPr>
        <w:spacing w:after="0"/>
        <w:ind w:left="454"/>
      </w:pPr>
      <w:r>
        <w:t>(   ) a) only at school</w:t>
      </w:r>
    </w:p>
    <w:p>
      <w:pPr>
        <w:spacing w:after="0"/>
        <w:ind w:left="454"/>
      </w:pPr>
      <w:r>
        <w:t>(   ) b) only when we are old</w:t>
      </w:r>
    </w:p>
    <w:p>
      <w:pPr>
        <w:spacing w:after="0"/>
        <w:ind w:left="454"/>
      </w:pPr>
      <w:r>
        <w:t>(   ) c) during our whole life</w:t>
      </w:r>
    </w:p>
    <w:p>
      <w:pPr>
        <w:pStyle w:val="Heading2"/>
      </w:pPr>
      <w:r>
        <w:t>4. Text 4 – Reading for Fun</w:t>
      </w:r>
    </w:p>
    <w:p>
      <w:r>
        <w:rPr>
          <w:i/>
        </w:rPr>
        <w:t>Read the text and choose the correct answer.</w:t>
      </w:r>
    </w:p>
    <w:p>
      <w:r>
        <w:rPr>
          <w:b/>
        </w:rPr>
        <w:t>Reading for Fun</w:t>
      </w:r>
    </w:p>
    <w:p>
      <w:pPr>
        <w:ind w:left="340"/>
      </w:pPr>
      <w:r>
        <w:t>Reading is not only a school task. When you read stories, your imagination grows. You can travel to new worlds and learn about different cultures. Books help you see life through other people's eyes.</w:t>
      </w:r>
    </w:p>
    <w:p>
      <w:pPr>
        <w:keepNext/>
        <w:spacing w:before="120"/>
      </w:pPr>
      <w:r>
        <w:t>1. According to the text, what happens when we read stories?</w:t>
      </w:r>
    </w:p>
    <w:p>
      <w:pPr>
        <w:spacing w:after="0"/>
        <w:ind w:left="454"/>
      </w:pPr>
      <w:r>
        <w:t>(   ) a) We get bored.</w:t>
      </w:r>
    </w:p>
    <w:p>
      <w:pPr>
        <w:spacing w:after="0"/>
        <w:ind w:left="454"/>
      </w:pPr>
      <w:r>
        <w:t>(   ) b) Our imagination grows.</w:t>
      </w:r>
    </w:p>
    <w:p>
      <w:pPr>
        <w:spacing w:after="0"/>
        <w:ind w:left="454"/>
      </w:pPr>
      <w:r>
        <w:t>(   ) c) We forget other cultures.</w:t>
      </w:r>
    </w:p>
    <w:p>
      <w:pPr>
        <w:keepNext/>
        <w:spacing w:before="120"/>
      </w:pPr>
      <w:r>
        <w:t>2. What does "see life through other people's eyes" mean?</w:t>
      </w:r>
    </w:p>
    <w:p>
      <w:pPr>
        <w:spacing w:after="0"/>
        <w:ind w:left="454"/>
      </w:pPr>
      <w:r>
        <w:t>(   ) a) Understand how other people think and feel</w:t>
      </w:r>
    </w:p>
    <w:p>
      <w:pPr>
        <w:spacing w:after="0"/>
        <w:ind w:left="454"/>
      </w:pPr>
      <w:r>
        <w:t>(   ) b) Borrow someone's glasses</w:t>
      </w:r>
    </w:p>
    <w:p>
      <w:pPr>
        <w:spacing w:after="0"/>
        <w:ind w:left="454"/>
      </w:pPr>
      <w:r>
        <w:t>(   ) c) Copy other people's ideas</w:t>
      </w:r>
    </w:p>
    <w:p>
      <w:pPr>
        <w:keepNext/>
        <w:spacing w:before="120"/>
      </w:pPr>
      <w:r>
        <w:t>3. Which benefit of reading is NOT mentioned in the text?</w:t>
      </w:r>
    </w:p>
    <w:p>
      <w:pPr>
        <w:spacing w:after="0"/>
        <w:ind w:left="454"/>
      </w:pPr>
      <w:r>
        <w:t>(   ) a) Learning about different cultures</w:t>
      </w:r>
    </w:p>
    <w:p>
      <w:pPr>
        <w:spacing w:after="0"/>
        <w:ind w:left="454"/>
      </w:pPr>
      <w:r>
        <w:t>(   ) b) Making our imagination grow</w:t>
      </w:r>
    </w:p>
    <w:p>
      <w:pPr>
        <w:spacing w:after="0"/>
        <w:ind w:left="454"/>
      </w:pPr>
      <w:r>
        <w:t>(   ) c) Getting better grades in Math</w:t>
      </w:r>
    </w:p>
    <w:p>
      <w:r>
        <w:br w:type="page"/>
      </w:r>
    </w:p>
    <w:p>
      <w:pPr>
        <w:pStyle w:val="Heading2"/>
      </w:pPr>
      <w:r>
        <w:t>Gabarito (Answer key)</w:t>
      </w:r>
    </w:p>
    <w:p>
      <w:r>
        <w:rPr>
          <w:b/>
        </w:rPr>
        <w:t>1. Text 1 – The Digital World</w:t>
      </w:r>
    </w:p>
    <w:p>
      <w:pPr>
        <w:spacing w:after="0"/>
      </w:pPr>
      <w:r>
        <w:t>1) a) Technology is useful, but we must use it wisely.</w:t>
      </w:r>
    </w:p>
    <w:p>
      <w:pPr>
        <w:spacing w:after="0"/>
      </w:pPr>
      <w:r>
        <w:t>2) b) Feeling tired and disconnected from real life</w:t>
      </w:r>
    </w:p>
    <w:p>
      <w:pPr>
        <w:spacing w:after="0"/>
      </w:pPr>
      <w:r>
        <w:t>3) c) in a smart and careful way</w:t>
      </w:r>
    </w:p>
    <w:p>
      <w:r>
        <w:rPr>
          <w:b/>
        </w:rPr>
        <w:t>2. Text 2 – Friendship</w:t>
      </w:r>
    </w:p>
    <w:p>
      <w:pPr>
        <w:spacing w:after="0"/>
      </w:pPr>
      <w:r>
        <w:t>1) b) Trust, kindness and time together</w:t>
      </w:r>
    </w:p>
    <w:p>
      <w:pPr>
        <w:spacing w:after="0"/>
      </w:pPr>
      <w:r>
        <w:t>2) a) They listen to us.</w:t>
      </w:r>
    </w:p>
    <w:p>
      <w:pPr>
        <w:spacing w:after="0"/>
      </w:pPr>
      <w:r>
        <w:t>3) c) Friendship is based on care and support.</w:t>
      </w:r>
    </w:p>
    <w:p>
      <w:r>
        <w:rPr>
          <w:b/>
        </w:rPr>
        <w:t>3. Text 3 – The Future of Work</w:t>
      </w:r>
    </w:p>
    <w:p>
      <w:pPr>
        <w:spacing w:after="0"/>
      </w:pPr>
      <w:r>
        <w:t>1) a) Creativity, communication and technology</w:t>
      </w:r>
    </w:p>
    <w:p>
      <w:pPr>
        <w:spacing w:after="0"/>
      </w:pPr>
      <w:r>
        <w:t>2) b) Because jobs and problems will change over time.</w:t>
      </w:r>
    </w:p>
    <w:p>
      <w:pPr>
        <w:spacing w:after="0"/>
      </w:pPr>
      <w:r>
        <w:t>3) c) during our whole life</w:t>
      </w:r>
    </w:p>
    <w:p>
      <w:r>
        <w:rPr>
          <w:b/>
        </w:rPr>
        <w:t>4. Text 4 – Reading for Fun</w:t>
      </w:r>
    </w:p>
    <w:p>
      <w:pPr>
        <w:spacing w:after="0"/>
      </w:pPr>
      <w:r>
        <w:t>1) b) Our imagination grows.</w:t>
      </w:r>
    </w:p>
    <w:p>
      <w:pPr>
        <w:spacing w:after="0"/>
      </w:pPr>
      <w:r>
        <w:t>2) a) Understand how other people think and feel</w:t>
      </w:r>
    </w:p>
    <w:p>
      <w:pPr>
        <w:spacing w:after="0"/>
      </w:pPr>
      <w:r>
        <w:t>3) c) Getting better grades in Math</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2025-11-07T00:00:00Z</dcterms:created>
  <dcterms:modified xsi:type="dcterms:W3CDTF">2025-11-07T00:00:00Z</dcterms:modified>
  <cp:category/>
</cp:coreProperties>
</file>