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Smartphones e sociedade: leitura e subjuntivo</w:t>
      </w:r>
    </w:p>
    <w:p>
      <w:r>
        <w:rPr>
          <w:color w:val="6B6B6B"/>
          <w:sz w:val="18"/>
        </w:rPr>
        <w:t>1ª série ao 3ª série · Reading comprehension (interpretação) · BNCC: EM13LGG101, EM13LGG302</w:t>
      </w:r>
    </w:p>
    <w:p>
      <w:pPr>
        <w:pStyle w:val="Heading2"/>
      </w:pPr>
      <w:r>
        <w:t>1. Reading and analysis</w:t>
      </w:r>
    </w:p>
    <w:p>
      <w:r>
        <w:rPr>
          <w:i/>
        </w:rPr>
        <w:t>Read the essay excerpt and choose the correct answer.</w:t>
      </w:r>
    </w:p>
    <w:p>
      <w:r>
        <w:rPr>
          <w:b/>
        </w:rPr>
        <w:t>Connected, but closer?</w:t>
      </w:r>
    </w:p>
    <w:p>
      <w:pPr>
        <w:ind w:left="340"/>
      </w:pPr>
      <w:r>
        <w:t>The proliferation of smartphones has transformed modern society, not just in how we communicate, but in the ways we form our social relationships and understand the world around us.</w:t>
      </w:r>
    </w:p>
    <w:p>
      <w:pPr>
        <w:ind w:left="340"/>
      </w:pPr>
      <w:r>
        <w:t>Today, a teenager in Recife can chat with a friend in Tokyo in real time, follow the news as it happens and learn a new skill from a video in minutes. Friendships are no longer limited by distance, and information is always one click away.</w:t>
      </w:r>
    </w:p>
    <w:p>
      <w:pPr>
        <w:ind w:left="340"/>
      </w:pPr>
      <w:r>
        <w:t>However, this constant connection has a price. Many people spend hours scrolling through feeds, and conversations at the dinner table are often interrupted by notifications. Some researchers believe that we are becoming more connected online and, at the same time, more isolated offline.</w:t>
      </w:r>
    </w:p>
    <w:p>
      <w:pPr>
        <w:ind w:left="340"/>
      </w:pPr>
      <w:r>
        <w:t>The challenge, therefore, is not to abandon our phones, but to learn to use them wisely.</w:t>
      </w:r>
    </w:p>
    <w:p>
      <w:pPr>
        <w:keepNext/>
        <w:spacing w:before="120"/>
      </w:pPr>
      <w:r>
        <w:t>1. What is the main argument of the essay?</w:t>
      </w:r>
    </w:p>
    <w:p>
      <w:pPr>
        <w:spacing w:after="0"/>
        <w:ind w:left="454"/>
      </w:pPr>
      <w:r>
        <w:t>(   ) a) Smartphones should be banned from schools.</w:t>
      </w:r>
    </w:p>
    <w:p>
      <w:pPr>
        <w:spacing w:after="0"/>
        <w:ind w:left="454"/>
      </w:pPr>
      <w:r>
        <w:t>(   ) b) Smartphones have significantly changed society, bringing benefits and challenges.</w:t>
      </w:r>
    </w:p>
    <w:p>
      <w:pPr>
        <w:spacing w:after="0"/>
        <w:ind w:left="454"/>
      </w:pPr>
      <w:r>
        <w:t>(   ) c) Smartphones are only useful for entertainment.</w:t>
      </w:r>
    </w:p>
    <w:p>
      <w:pPr>
        <w:spacing w:after="0"/>
        <w:ind w:left="454"/>
      </w:pPr>
      <w:r>
        <w:t>(   ) d) Teenagers don't know how to use smartphones.</w:t>
      </w:r>
    </w:p>
    <w:p>
      <w:pPr>
        <w:keepNext/>
        <w:spacing w:before="120"/>
      </w:pPr>
      <w:r>
        <w:t>2. According to the text, smartphones have changed…</w:t>
      </w:r>
    </w:p>
    <w:p>
      <w:pPr>
        <w:spacing w:after="0"/>
        <w:ind w:left="454"/>
      </w:pPr>
      <w:r>
        <w:t>(   ) a) only the way we take photos.</w:t>
      </w:r>
    </w:p>
    <w:p>
      <w:pPr>
        <w:spacing w:after="0"/>
        <w:ind w:left="454"/>
      </w:pPr>
      <w:r>
        <w:t>(   ) b) how we communicate, form relationships and understand the world.</w:t>
      </w:r>
    </w:p>
    <w:p>
      <w:pPr>
        <w:spacing w:after="0"/>
        <w:ind w:left="454"/>
      </w:pPr>
      <w:r>
        <w:t>(   ) c) only the way companies sell products.</w:t>
      </w:r>
    </w:p>
    <w:p>
      <w:pPr>
        <w:spacing w:after="0"/>
        <w:ind w:left="454"/>
      </w:pPr>
      <w:r>
        <w:t>(   ) d) nothing important.</w:t>
      </w:r>
    </w:p>
    <w:p>
      <w:pPr>
        <w:keepNext/>
        <w:spacing w:before="120"/>
      </w:pPr>
      <w:r>
        <w:t>3. Which is mentioned as a POSITIVE implication of smartphones?</w:t>
      </w:r>
    </w:p>
    <w:p>
      <w:pPr>
        <w:spacing w:after="0"/>
        <w:ind w:left="454"/>
      </w:pPr>
      <w:r>
        <w:t>(   ) a) Friendships are no longer limited by distance.</w:t>
      </w:r>
    </w:p>
    <w:p>
      <w:pPr>
        <w:spacing w:after="0"/>
        <w:ind w:left="454"/>
      </w:pPr>
      <w:r>
        <w:t>(   ) b) Conversations are interrupted by notifications.</w:t>
      </w:r>
    </w:p>
    <w:p>
      <w:pPr>
        <w:spacing w:after="0"/>
        <w:ind w:left="454"/>
      </w:pPr>
      <w:r>
        <w:t>(   ) c) People feel more isolated offline.</w:t>
      </w:r>
    </w:p>
    <w:p>
      <w:pPr>
        <w:spacing w:after="0"/>
        <w:ind w:left="454"/>
      </w:pPr>
      <w:r>
        <w:t>(   ) d) People spend hours scrolling.</w:t>
      </w:r>
    </w:p>
    <w:p>
      <w:pPr>
        <w:keepNext/>
        <w:spacing w:before="120"/>
      </w:pPr>
      <w:r>
        <w:t>4. The word "However" in the third paragraph introduces…</w:t>
      </w:r>
    </w:p>
    <w:p>
      <w:pPr>
        <w:spacing w:after="0"/>
        <w:ind w:left="454"/>
      </w:pPr>
      <w:r>
        <w:t>(   ) a) an example.</w:t>
      </w:r>
    </w:p>
    <w:p>
      <w:pPr>
        <w:spacing w:after="0"/>
        <w:ind w:left="454"/>
      </w:pPr>
      <w:r>
        <w:t>(   ) b) a conclusion.</w:t>
      </w:r>
    </w:p>
    <w:p>
      <w:pPr>
        <w:spacing w:after="0"/>
        <w:ind w:left="454"/>
      </w:pPr>
      <w:r>
        <w:t>(   ) c) a contrast.</w:t>
      </w:r>
    </w:p>
    <w:p>
      <w:pPr>
        <w:spacing w:after="0"/>
        <w:ind w:left="454"/>
      </w:pPr>
      <w:r>
        <w:t>(   ) d) a cause.</w:t>
      </w:r>
    </w:p>
    <w:p>
      <w:pPr>
        <w:keepNext/>
        <w:spacing w:before="120"/>
      </w:pPr>
      <w:r>
        <w:t>5. What does the author suggest in the conclusion?</w:t>
      </w:r>
    </w:p>
    <w:p>
      <w:pPr>
        <w:spacing w:after="0"/>
        <w:ind w:left="454"/>
      </w:pPr>
      <w:r>
        <w:t>(   ) a) We should stop using phones completely.</w:t>
      </w:r>
    </w:p>
    <w:p>
      <w:pPr>
        <w:spacing w:after="0"/>
        <w:ind w:left="454"/>
      </w:pPr>
      <w:r>
        <w:t>(   ) b) Phones will disappear in the future.</w:t>
      </w:r>
    </w:p>
    <w:p>
      <w:pPr>
        <w:spacing w:after="0"/>
        <w:ind w:left="454"/>
      </w:pPr>
      <w:r>
        <w:t>(   ) c) Only adults should use phones.</w:t>
      </w:r>
    </w:p>
    <w:p>
      <w:pPr>
        <w:spacing w:after="0"/>
        <w:ind w:left="454"/>
      </w:pPr>
      <w:r>
        <w:t>(   ) d) We should learn to use our phones wisely.</w:t>
      </w:r>
    </w:p>
    <w:p>
      <w:pPr>
        <w:keepNext/>
        <w:spacing w:before="120"/>
      </w:pPr>
      <w:r>
        <w:t>6. In "The proliferation of smartphones", proliferation means…</w:t>
      </w:r>
    </w:p>
    <w:p>
      <w:pPr>
        <w:spacing w:after="0"/>
        <w:ind w:left="454"/>
      </w:pPr>
      <w:r>
        <w:t>(   ) a) rapid increase in number</w:t>
      </w:r>
    </w:p>
    <w:p>
      <w:pPr>
        <w:spacing w:after="0"/>
        <w:ind w:left="454"/>
      </w:pPr>
      <w:r>
        <w:t>(   ) b) high price</w:t>
      </w:r>
    </w:p>
    <w:p>
      <w:pPr>
        <w:spacing w:after="0"/>
        <w:ind w:left="454"/>
      </w:pPr>
      <w:r>
        <w:t>(   ) c) prohibition</w:t>
      </w:r>
    </w:p>
    <w:p>
      <w:pPr>
        <w:spacing w:after="0"/>
        <w:ind w:left="454"/>
      </w:pPr>
      <w:r>
        <w:t>(   ) d) repair</w:t>
      </w:r>
    </w:p>
    <w:p>
      <w:pPr>
        <w:pStyle w:val="Heading2"/>
      </w:pPr>
      <w:r>
        <w:t>2. Subjunctive mood</w:t>
      </w:r>
    </w:p>
    <w:p>
      <w:r>
        <w:rPr>
          <w:i/>
        </w:rPr>
        <w:t>Choose the correct form to express a wish, a demand or a hypothetical situation.</w:t>
      </w:r>
    </w:p>
    <w:p>
      <w:pPr>
        <w:keepNext/>
        <w:spacing w:before="120"/>
      </w:pPr>
      <w:r>
        <w:t>1. I wish I ___ better at math.</w:t>
      </w:r>
    </w:p>
    <w:p>
      <w:pPr>
        <w:spacing w:after="0"/>
        <w:ind w:left="454"/>
      </w:pPr>
      <w:r>
        <w:t>(   ) a) am</w:t>
      </w:r>
    </w:p>
    <w:p>
      <w:pPr>
        <w:spacing w:after="0"/>
        <w:ind w:left="454"/>
      </w:pPr>
      <w:r>
        <w:t>(   ) b) were</w:t>
      </w:r>
    </w:p>
    <w:p>
      <w:pPr>
        <w:spacing w:after="0"/>
        <w:ind w:left="454"/>
      </w:pPr>
      <w:r>
        <w:t>(   ) c) be</w:t>
      </w:r>
    </w:p>
    <w:p>
      <w:pPr>
        <w:keepNext/>
        <w:spacing w:before="120"/>
      </w:pPr>
      <w:r>
        <w:t>2. The teacher requires that every student ___ on time.</w:t>
      </w:r>
    </w:p>
    <w:p>
      <w:pPr>
        <w:spacing w:after="0"/>
        <w:ind w:left="454"/>
      </w:pPr>
      <w:r>
        <w:t>(   ) a) be</w:t>
      </w:r>
    </w:p>
    <w:p>
      <w:pPr>
        <w:spacing w:after="0"/>
        <w:ind w:left="454"/>
      </w:pPr>
      <w:r>
        <w:t>(   ) b) is</w:t>
      </w:r>
    </w:p>
    <w:p>
      <w:pPr>
        <w:spacing w:after="0"/>
        <w:ind w:left="454"/>
      </w:pPr>
      <w:r>
        <w:t>(   ) c) will be</w:t>
      </w:r>
    </w:p>
    <w:p>
      <w:pPr>
        <w:keepNext/>
        <w:spacing w:before="120"/>
      </w:pPr>
      <w:r>
        <w:t>3. If I ___ you, I would turn off the notifications.</w:t>
      </w:r>
    </w:p>
    <w:p>
      <w:pPr>
        <w:spacing w:after="0"/>
        <w:ind w:left="454"/>
      </w:pPr>
      <w:r>
        <w:t>(   ) a) am</w:t>
      </w:r>
    </w:p>
    <w:p>
      <w:pPr>
        <w:spacing w:after="0"/>
        <w:ind w:left="454"/>
      </w:pPr>
      <w:r>
        <w:t>(   ) b) be</w:t>
      </w:r>
    </w:p>
    <w:p>
      <w:pPr>
        <w:spacing w:after="0"/>
        <w:ind w:left="454"/>
      </w:pPr>
      <w:r>
        <w:t>(   ) c) were</w:t>
      </w:r>
    </w:p>
    <w:p>
      <w:pPr>
        <w:keepNext/>
        <w:spacing w:before="120"/>
      </w:pPr>
      <w:r>
        <w:t>4. The school demands that phones ___ kept in backpacks during class.</w:t>
      </w:r>
    </w:p>
    <w:p>
      <w:pPr>
        <w:spacing w:after="0"/>
        <w:ind w:left="454"/>
      </w:pPr>
      <w:r>
        <w:t>(   ) a) are being</w:t>
      </w:r>
    </w:p>
    <w:p>
      <w:pPr>
        <w:spacing w:after="0"/>
        <w:ind w:left="454"/>
      </w:pPr>
      <w:r>
        <w:t>(   ) b) be</w:t>
      </w:r>
    </w:p>
    <w:p>
      <w:pPr>
        <w:spacing w:after="0"/>
        <w:ind w:left="454"/>
      </w:pPr>
      <w:r>
        <w:t>(   ) c) were</w:t>
      </w:r>
    </w:p>
    <w:p>
      <w:pPr>
        <w:pStyle w:val="Heading2"/>
      </w:pPr>
      <w:r>
        <w:t>3. Complete the sentences</w:t>
      </w:r>
    </w:p>
    <w:p>
      <w:r>
        <w:rPr>
          <w:i/>
        </w:rPr>
        <w:t>Complete with the subjunctive form of the verb in parentheses.</w:t>
      </w:r>
    </w:p>
    <w:p>
      <w:pPr>
        <w:keepNext/>
        <w:spacing w:before="120"/>
      </w:pPr>
      <w:r>
        <w:t>1. My mother insists that I ______________ (put) my phone away at dinner.</w:t>
      </w:r>
    </w:p>
    <w:p>
      <w:pPr>
        <w:keepNext/>
        <w:spacing w:before="120"/>
      </w:pPr>
      <w:r>
        <w:t>2. Sometimes I wish my phone ______________ (be) less addictive.</w:t>
      </w:r>
    </w:p>
    <w:p>
      <w:pPr>
        <w:keepNext/>
        <w:spacing w:before="120"/>
      </w:pPr>
      <w:r>
        <w:t>3. It is essential that he ______________ (sleep) at least eight hours a night.</w:t>
      </w:r>
    </w:p>
    <w:p>
      <w:r>
        <w:br w:type="page"/>
      </w:r>
    </w:p>
    <w:p>
      <w:pPr>
        <w:pStyle w:val="Heading2"/>
      </w:pPr>
      <w:r>
        <w:t>Gabarito (Answer key)</w:t>
      </w:r>
    </w:p>
    <w:p>
      <w:r>
        <w:rPr>
          <w:b/>
        </w:rPr>
        <w:t>1. Reading and analysis</w:t>
      </w:r>
    </w:p>
    <w:p>
      <w:pPr>
        <w:spacing w:after="0"/>
      </w:pPr>
      <w:r>
        <w:t>1) b) Smartphones have significantly changed society, bringing benefits and challenges.</w:t>
      </w:r>
    </w:p>
    <w:p>
      <w:pPr>
        <w:spacing w:after="0"/>
      </w:pPr>
      <w:r>
        <w:t>2) b) how we communicate, form relationships and understand the world.</w:t>
      </w:r>
    </w:p>
    <w:p>
      <w:pPr>
        <w:spacing w:after="0"/>
      </w:pPr>
      <w:r>
        <w:t>3) a) Friendships are no longer limited by distance.</w:t>
      </w:r>
    </w:p>
    <w:p>
      <w:pPr>
        <w:spacing w:after="0"/>
      </w:pPr>
      <w:r>
        <w:t>4) c) a contrast.</w:t>
      </w:r>
    </w:p>
    <w:p>
      <w:pPr>
        <w:spacing w:after="0"/>
      </w:pPr>
      <w:r>
        <w:t>5) d) We should learn to use our phones wisely.</w:t>
      </w:r>
    </w:p>
    <w:p>
      <w:pPr>
        <w:spacing w:after="0"/>
      </w:pPr>
      <w:r>
        <w:t>6) a) rapid increase in number</w:t>
      </w:r>
    </w:p>
    <w:p>
      <w:r>
        <w:rPr>
          <w:b/>
        </w:rPr>
        <w:t>2. Subjunctive mood</w:t>
      </w:r>
    </w:p>
    <w:p>
      <w:pPr>
        <w:spacing w:after="0"/>
      </w:pPr>
      <w:r>
        <w:t>1) b) were</w:t>
      </w:r>
    </w:p>
    <w:p>
      <w:pPr>
        <w:spacing w:after="0"/>
      </w:pPr>
      <w:r>
        <w:t>2) a) be</w:t>
      </w:r>
    </w:p>
    <w:p>
      <w:pPr>
        <w:spacing w:after="0"/>
      </w:pPr>
      <w:r>
        <w:t>3) c) were</w:t>
      </w:r>
    </w:p>
    <w:p>
      <w:pPr>
        <w:spacing w:after="0"/>
      </w:pPr>
      <w:r>
        <w:t>4) b) be</w:t>
      </w:r>
    </w:p>
    <w:p>
      <w:r>
        <w:rPr>
          <w:b/>
        </w:rPr>
        <w:t>3. Complete the sentences</w:t>
      </w:r>
    </w:p>
    <w:p>
      <w:pPr>
        <w:spacing w:after="0"/>
      </w:pPr>
      <w:r>
        <w:t>1) put</w:t>
      </w:r>
    </w:p>
    <w:p>
      <w:pPr>
        <w:spacing w:after="0"/>
      </w:pPr>
      <w:r>
        <w:t>2) were</w:t>
      </w:r>
    </w:p>
    <w:p>
      <w:pPr>
        <w:spacing w:after="0"/>
      </w:pPr>
      <w:r>
        <w:t>3) sleep</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2024-07-26T00:00:00Z</dcterms:created>
  <dcterms:modified xsi:type="dcterms:W3CDTF">2024-07-26T00:00:00Z</dcterms:modified>
  <cp:category/>
</cp:coreProperties>
</file>