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Reading: a rotina de Sofia e Lucas</w:t>
      </w:r>
    </w:p>
    <w:p>
      <w:r>
        <w:rPr>
          <w:color w:val="6B6B6B"/>
          <w:sz w:val="18"/>
        </w:rPr>
        <w:t>6º ano e 7º ano · Daily routine (rotina) · BNCC: EF06LI09, EF06LI17, EF06LI19</w:t>
      </w:r>
    </w:p>
    <w:p>
      <w:pPr>
        <w:pStyle w:val="Heading2"/>
      </w:pPr>
      <w:r>
        <w:t>1. Sofia</w:t>
      </w:r>
    </w:p>
    <w:p>
      <w:r>
        <w:rPr>
          <w:i/>
        </w:rPr>
        <w:t>Read the text and choose the correct answer.</w:t>
      </w:r>
    </w:p>
    <w:p>
      <w:r>
        <w:rPr>
          <w:b/>
        </w:rPr>
        <w:t>Hi! I'm Sofia</w:t>
      </w:r>
    </w:p>
    <w:p>
      <w:pPr>
        <w:ind w:left="340"/>
      </w:pPr>
      <w:r>
        <w:t>Hi! My name is Sofia. I live in Recife, Brazil. I love music and I play the guitar every day after school. My favorite band is Imagine Dragons. I also like to read comics and go to the beach with my family.</w:t>
      </w:r>
    </w:p>
    <w:p>
      <w:pPr>
        <w:keepNext/>
        <w:spacing w:before="120"/>
      </w:pPr>
      <w:r>
        <w:t>1. What does Sofia do after school?</w:t>
      </w:r>
    </w:p>
    <w:p>
      <w:pPr>
        <w:spacing w:after="0"/>
        <w:ind w:left="454"/>
      </w:pPr>
      <w:r>
        <w:t>(   ) a) She watches TV.</w:t>
      </w:r>
    </w:p>
    <w:p>
      <w:pPr>
        <w:spacing w:after="0"/>
        <w:ind w:left="454"/>
      </w:pPr>
      <w:r>
        <w:t>(   ) b) She goes to the beach.</w:t>
      </w:r>
    </w:p>
    <w:p>
      <w:pPr>
        <w:spacing w:after="0"/>
        <w:ind w:left="454"/>
      </w:pPr>
      <w:r>
        <w:t>(   ) c) She plays the guitar.</w:t>
      </w:r>
    </w:p>
    <w:p>
      <w:pPr>
        <w:spacing w:after="0"/>
        <w:ind w:left="454"/>
      </w:pPr>
      <w:r>
        <w:t>(   ) d) She reads books.</w:t>
      </w:r>
    </w:p>
    <w:p>
      <w:pPr>
        <w:keepNext/>
        <w:spacing w:before="120"/>
      </w:pPr>
      <w:r>
        <w:t>2. Where does Sofia live?</w:t>
      </w:r>
    </w:p>
    <w:p>
      <w:pPr>
        <w:spacing w:after="0"/>
        <w:ind w:left="454"/>
      </w:pPr>
      <w:r>
        <w:t>(   ) a) In Recife</w:t>
      </w:r>
    </w:p>
    <w:p>
      <w:pPr>
        <w:spacing w:after="0"/>
        <w:ind w:left="454"/>
      </w:pPr>
      <w:r>
        <w:t>(   ) b) In Rio de Janeiro</w:t>
      </w:r>
    </w:p>
    <w:p>
      <w:pPr>
        <w:spacing w:after="0"/>
        <w:ind w:left="454"/>
      </w:pPr>
      <w:r>
        <w:t>(   ) c) In Portugal</w:t>
      </w:r>
    </w:p>
    <w:p>
      <w:pPr>
        <w:keepNext/>
        <w:spacing w:before="120"/>
      </w:pPr>
      <w:r>
        <w:t>3. What does Sofia like to read?</w:t>
      </w:r>
    </w:p>
    <w:p>
      <w:pPr>
        <w:spacing w:after="0"/>
        <w:ind w:left="454"/>
      </w:pPr>
      <w:r>
        <w:t>(   ) a) Newspapers</w:t>
      </w:r>
    </w:p>
    <w:p>
      <w:pPr>
        <w:spacing w:after="0"/>
        <w:ind w:left="454"/>
      </w:pPr>
      <w:r>
        <w:t>(   ) b) Comics</w:t>
      </w:r>
    </w:p>
    <w:p>
      <w:pPr>
        <w:spacing w:after="0"/>
        <w:ind w:left="454"/>
      </w:pPr>
      <w:r>
        <w:t>(   ) c) Science books</w:t>
      </w:r>
    </w:p>
    <w:p>
      <w:pPr>
        <w:keepNext/>
        <w:spacing w:before="120"/>
      </w:pPr>
      <w:r>
        <w:t>4. Who does Sofia go to the beach with?</w:t>
      </w:r>
    </w:p>
    <w:p>
      <w:pPr>
        <w:spacing w:after="0"/>
        <w:ind w:left="454"/>
      </w:pPr>
      <w:r>
        <w:t>(   ) a) Her friends from school</w:t>
      </w:r>
    </w:p>
    <w:p>
      <w:pPr>
        <w:spacing w:after="0"/>
        <w:ind w:left="454"/>
      </w:pPr>
      <w:r>
        <w:t>(   ) b) Her band</w:t>
      </w:r>
    </w:p>
    <w:p>
      <w:pPr>
        <w:spacing w:after="0"/>
        <w:ind w:left="454"/>
      </w:pPr>
      <w:r>
        <w:t>(   ) c) Her family</w:t>
      </w:r>
    </w:p>
    <w:p>
      <w:pPr>
        <w:pStyle w:val="Heading2"/>
      </w:pPr>
      <w:r>
        <w:t>2. Lucas</w:t>
      </w:r>
    </w:p>
    <w:p>
      <w:r>
        <w:rPr>
          <w:i/>
        </w:rPr>
        <w:t>Read the text and choose the correct answer.</w:t>
      </w:r>
    </w:p>
    <w:p>
      <w:r>
        <w:rPr>
          <w:b/>
        </w:rPr>
        <w:t>Lucas's day</w:t>
      </w:r>
    </w:p>
    <w:p>
      <w:pPr>
        <w:ind w:left="340"/>
      </w:pPr>
      <w:r>
        <w:t>Lucas is 13 years old. He wakes up at 6:30 every morning. He has breakfast and goes to school at 7:15. In the afternoon, he does his homework and plays soccer with his friends.</w:t>
      </w:r>
    </w:p>
    <w:p>
      <w:pPr>
        <w:keepNext/>
        <w:spacing w:before="120"/>
      </w:pPr>
      <w:r>
        <w:t>1. What time does Lucas go to school?</w:t>
      </w:r>
    </w:p>
    <w:p>
      <w:pPr>
        <w:spacing w:after="0"/>
        <w:ind w:left="454"/>
      </w:pPr>
      <w:r>
        <w:t>(   ) a) At 6:30</w:t>
      </w:r>
    </w:p>
    <w:p>
      <w:pPr>
        <w:spacing w:after="0"/>
        <w:ind w:left="454"/>
      </w:pPr>
      <w:r>
        <w:t>(   ) b) At 7:15</w:t>
      </w:r>
    </w:p>
    <w:p>
      <w:pPr>
        <w:spacing w:after="0"/>
        <w:ind w:left="454"/>
      </w:pPr>
      <w:r>
        <w:t>(   ) c) At 12:30</w:t>
      </w:r>
    </w:p>
    <w:p>
      <w:pPr>
        <w:spacing w:after="0"/>
        <w:ind w:left="454"/>
      </w:pPr>
      <w:r>
        <w:t>(   ) d) At 8:00</w:t>
      </w:r>
    </w:p>
    <w:p>
      <w:pPr>
        <w:keepNext/>
        <w:spacing w:before="120"/>
      </w:pPr>
      <w:r>
        <w:t>2. What time does Lucas wake up?</w:t>
      </w:r>
    </w:p>
    <w:p>
      <w:pPr>
        <w:spacing w:after="0"/>
        <w:ind w:left="454"/>
      </w:pPr>
      <w:r>
        <w:t>(   ) a) At half past six</w:t>
      </w:r>
    </w:p>
    <w:p>
      <w:pPr>
        <w:spacing w:after="0"/>
        <w:ind w:left="454"/>
      </w:pPr>
      <w:r>
        <w:t>(   ) b) At a quarter past seven</w:t>
      </w:r>
    </w:p>
    <w:p>
      <w:pPr>
        <w:spacing w:after="0"/>
        <w:ind w:left="454"/>
      </w:pPr>
      <w:r>
        <w:t>(   ) c) At seven o'clock</w:t>
      </w:r>
    </w:p>
    <w:p>
      <w:pPr>
        <w:keepNext/>
        <w:spacing w:before="120"/>
      </w:pPr>
      <w:r>
        <w:t>3. What does Lucas do in the afternoon?</w:t>
      </w:r>
    </w:p>
    <w:p>
      <w:pPr>
        <w:spacing w:after="0"/>
        <w:ind w:left="454"/>
      </w:pPr>
      <w:r>
        <w:t>(   ) a) He sleeps and watches TV.</w:t>
      </w:r>
    </w:p>
    <w:p>
      <w:pPr>
        <w:spacing w:after="0"/>
        <w:ind w:left="454"/>
      </w:pPr>
      <w:r>
        <w:t>(   ) b) He does his homework and plays soccer.</w:t>
      </w:r>
    </w:p>
    <w:p>
      <w:pPr>
        <w:spacing w:after="0"/>
        <w:ind w:left="454"/>
      </w:pPr>
      <w:r>
        <w:t>(   ) c) He plays the guitar.</w:t>
      </w:r>
    </w:p>
    <w:p>
      <w:pPr>
        <w:pStyle w:val="Heading2"/>
      </w:pPr>
      <w:r>
        <w:t>3. Daily routine</w:t>
      </w:r>
    </w:p>
    <w:p>
      <w:r>
        <w:rPr>
          <w:i/>
        </w:rPr>
        <w:t>Complete the sentences with words from the box.</w:t>
      </w:r>
    </w:p>
    <w:p>
      <w:r>
        <w:rPr>
          <w:b/>
        </w:rPr>
        <w:t>Word bank:  wakes up  |  has  |  goes  |  does  |  plays</w:t>
      </w:r>
    </w:p>
    <w:p>
      <w:pPr>
        <w:keepNext/>
        <w:spacing w:before="120"/>
      </w:pPr>
      <w:r>
        <w:t>1. Lucas ______________ at 6:30.</w:t>
      </w:r>
    </w:p>
    <w:p>
      <w:pPr>
        <w:keepNext/>
        <w:spacing w:before="120"/>
      </w:pPr>
      <w:r>
        <w:t>2. Then he ______________ breakfast.</w:t>
      </w:r>
    </w:p>
    <w:p>
      <w:pPr>
        <w:keepNext/>
        <w:spacing w:before="120"/>
      </w:pPr>
      <w:r>
        <w:t>3. He ______________ to school at 7:15.</w:t>
      </w:r>
    </w:p>
    <w:p>
      <w:pPr>
        <w:keepNext/>
        <w:spacing w:before="120"/>
      </w:pPr>
      <w:r>
        <w:t>4. In the afternoon, he ______________ his homework.</w:t>
      </w:r>
    </w:p>
    <w:p>
      <w:pPr>
        <w:keepNext/>
        <w:spacing w:before="120"/>
      </w:pPr>
      <w:r>
        <w:t>5. Sofia ______________ the guitar every day.</w:t>
      </w:r>
    </w:p>
    <w:p>
      <w:pPr>
        <w:pStyle w:val="Heading2"/>
      </w:pPr>
      <w:r>
        <w:t>4. True or false?</w:t>
      </w:r>
    </w:p>
    <w:p>
      <w:r>
        <w:rPr>
          <w:i/>
        </w:rPr>
        <w:t>Read the texts again. True or false?</w:t>
      </w:r>
    </w:p>
    <w:p>
      <w:pPr>
        <w:keepNext/>
        <w:spacing w:before="120"/>
      </w:pPr>
      <w:r>
        <w:t>1. Sofia's favorite band is Imagine Dragons.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Lucas plays soccer in the morning.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Sofia</w:t>
      </w:r>
    </w:p>
    <w:p>
      <w:pPr>
        <w:spacing w:after="0"/>
      </w:pPr>
      <w:r>
        <w:t>1) c) She plays the guitar.</w:t>
      </w:r>
    </w:p>
    <w:p>
      <w:pPr>
        <w:spacing w:after="0"/>
      </w:pPr>
      <w:r>
        <w:t>2) a) In Recife</w:t>
      </w:r>
    </w:p>
    <w:p>
      <w:pPr>
        <w:spacing w:after="0"/>
      </w:pPr>
      <w:r>
        <w:t>3) b) Comics</w:t>
      </w:r>
    </w:p>
    <w:p>
      <w:pPr>
        <w:spacing w:after="0"/>
      </w:pPr>
      <w:r>
        <w:t>4) c) Her family</w:t>
      </w:r>
    </w:p>
    <w:p>
      <w:r>
        <w:rPr>
          <w:b/>
        </w:rPr>
        <w:t>2. Lucas</w:t>
      </w:r>
    </w:p>
    <w:p>
      <w:pPr>
        <w:spacing w:after="0"/>
      </w:pPr>
      <w:r>
        <w:t>1) b) At 7:15</w:t>
      </w:r>
    </w:p>
    <w:p>
      <w:pPr>
        <w:spacing w:after="0"/>
      </w:pPr>
      <w:r>
        <w:t>2) a) At half past six</w:t>
      </w:r>
    </w:p>
    <w:p>
      <w:pPr>
        <w:spacing w:after="0"/>
      </w:pPr>
      <w:r>
        <w:t>3) b) He does his homework and plays soccer.</w:t>
      </w:r>
    </w:p>
    <w:p>
      <w:r>
        <w:rPr>
          <w:b/>
        </w:rPr>
        <w:t>3. Daily routine</w:t>
      </w:r>
    </w:p>
    <w:p>
      <w:pPr>
        <w:spacing w:after="0"/>
      </w:pPr>
      <w:r>
        <w:t>1) wakes up</w:t>
      </w:r>
    </w:p>
    <w:p>
      <w:pPr>
        <w:spacing w:after="0"/>
      </w:pPr>
      <w:r>
        <w:t>2) has</w:t>
      </w:r>
    </w:p>
    <w:p>
      <w:pPr>
        <w:spacing w:after="0"/>
      </w:pPr>
      <w:r>
        <w:t>3) goes</w:t>
      </w:r>
    </w:p>
    <w:p>
      <w:pPr>
        <w:spacing w:after="0"/>
      </w:pPr>
      <w:r>
        <w:t>4) does</w:t>
      </w:r>
    </w:p>
    <w:p>
      <w:pPr>
        <w:spacing w:after="0"/>
      </w:pPr>
      <w:r>
        <w:t>5) plays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2025-07-28T00:00:00Z</dcterms:created>
  <dcterms:modified xsi:type="dcterms:W3CDTF">2025-07-28T00:00:00Z</dcterms:modified>
  <cp:category/>
</cp:coreProperties>
</file>