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Sally, a leitora, e os plurais</w:t>
      </w:r>
    </w:p>
    <w:p>
      <w:r>
        <w:rPr>
          <w:color w:val="6B6B6B"/>
          <w:sz w:val="18"/>
        </w:rPr>
        <w:t>4º ano e 5º ano · Reading comprehension (interpretação)</w:t>
      </w:r>
    </w:p>
    <w:p>
      <w:pPr>
        <w:pStyle w:val="Heading2"/>
      </w:pPr>
      <w:r>
        <w:t>1. Reading</w:t>
      </w:r>
    </w:p>
    <w:p>
      <w:r>
        <w:rPr>
          <w:i/>
        </w:rPr>
        <w:t>Read the text and choose the correct answer.</w:t>
      </w:r>
    </w:p>
    <w:p>
      <w:r>
        <w:rPr>
          <w:b/>
        </w:rPr>
        <w:t>Sally loves books</w:t>
      </w:r>
    </w:p>
    <w:p>
      <w:pPr>
        <w:ind w:left="340"/>
      </w:pPr>
      <w:r>
        <w:t>Sally loves to read. Every night, she reads a chapter from her favorite book before going to sleep. Her favorite stories are about adventures in distant lands.</w:t>
      </w:r>
    </w:p>
    <w:p>
      <w:pPr>
        <w:keepNext/>
        <w:spacing w:before="120"/>
      </w:pPr>
      <w:r>
        <w:t>1. What does Sally like to do every night?</w:t>
      </w:r>
    </w:p>
    <w:p>
      <w:pPr>
        <w:spacing w:after="0"/>
        <w:ind w:left="454"/>
      </w:pPr>
      <w:r>
        <w:t>(   ) a) Watch TV</w:t>
      </w:r>
    </w:p>
    <w:p>
      <w:pPr>
        <w:spacing w:after="0"/>
        <w:ind w:left="454"/>
      </w:pPr>
      <w:r>
        <w:t>(   ) b) Read</w:t>
      </w:r>
    </w:p>
    <w:p>
      <w:pPr>
        <w:spacing w:after="0"/>
        <w:ind w:left="454"/>
      </w:pPr>
      <w:r>
        <w:t>(   ) c) Play video games</w:t>
      </w:r>
    </w:p>
    <w:p>
      <w:pPr>
        <w:keepNext/>
        <w:spacing w:before="120"/>
      </w:pPr>
      <w:r>
        <w:t>2. When does Sally read?</w:t>
      </w:r>
    </w:p>
    <w:p>
      <w:pPr>
        <w:spacing w:after="0"/>
        <w:ind w:left="454"/>
      </w:pPr>
      <w:r>
        <w:t>(   ) a) Before going to sleep</w:t>
      </w:r>
    </w:p>
    <w:p>
      <w:pPr>
        <w:spacing w:after="0"/>
        <w:ind w:left="454"/>
      </w:pPr>
      <w:r>
        <w:t>(   ) b) After lunch</w:t>
      </w:r>
    </w:p>
    <w:p>
      <w:pPr>
        <w:spacing w:after="0"/>
        <w:ind w:left="454"/>
      </w:pPr>
      <w:r>
        <w:t>(   ) c) At school</w:t>
      </w:r>
    </w:p>
    <w:p>
      <w:pPr>
        <w:keepNext/>
        <w:spacing w:before="120"/>
      </w:pPr>
      <w:r>
        <w:t>3. How much does she read every night?</w:t>
      </w:r>
    </w:p>
    <w:p>
      <w:pPr>
        <w:spacing w:after="0"/>
        <w:ind w:left="454"/>
      </w:pPr>
      <w:r>
        <w:t>(   ) a) A whole book</w:t>
      </w:r>
    </w:p>
    <w:p>
      <w:pPr>
        <w:spacing w:after="0"/>
        <w:ind w:left="454"/>
      </w:pPr>
      <w:r>
        <w:t>(   ) b) A page</w:t>
      </w:r>
    </w:p>
    <w:p>
      <w:pPr>
        <w:spacing w:after="0"/>
        <w:ind w:left="454"/>
      </w:pPr>
      <w:r>
        <w:t>(   ) c) A chapter</w:t>
      </w:r>
    </w:p>
    <w:p>
      <w:pPr>
        <w:keepNext/>
        <w:spacing w:before="120"/>
      </w:pPr>
      <w:r>
        <w:t>4. What type of stories does Sally enjoy?</w:t>
      </w:r>
    </w:p>
    <w:p>
      <w:pPr>
        <w:spacing w:after="0"/>
        <w:ind w:left="454"/>
      </w:pPr>
      <w:r>
        <w:t>(   ) a) Stories about adventures in distant lands</w:t>
      </w:r>
    </w:p>
    <w:p>
      <w:pPr>
        <w:spacing w:after="0"/>
        <w:ind w:left="454"/>
      </w:pPr>
      <w:r>
        <w:t>(   ) b) Funny stories about animals</w:t>
      </w:r>
    </w:p>
    <w:p>
      <w:pPr>
        <w:spacing w:after="0"/>
        <w:ind w:left="454"/>
      </w:pPr>
      <w:r>
        <w:t>(   ) c) Scary stories</w:t>
      </w:r>
    </w:p>
    <w:p>
      <w:pPr>
        <w:pStyle w:val="Heading2"/>
      </w:pPr>
      <w:r>
        <w:t>2. True or false?</w:t>
      </w:r>
    </w:p>
    <w:p>
      <w:r>
        <w:rPr>
          <w:i/>
        </w:rPr>
        <w:t>Read the text again. True or false?</w:t>
      </w:r>
    </w:p>
    <w:p>
      <w:pPr>
        <w:keepNext/>
        <w:spacing w:before="120"/>
      </w:pPr>
      <w:r>
        <w:t>1. Sally reads every night.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Sally doesn't like reading.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Sally's favorite stories are about distant lands.</w:t>
      </w:r>
    </w:p>
    <w:p>
      <w:pPr>
        <w:ind w:left="454"/>
      </w:pPr>
      <w:r>
        <w:t>(   ) True        (   ) False</w:t>
      </w:r>
    </w:p>
    <w:p>
      <w:pPr>
        <w:pStyle w:val="Heading2"/>
      </w:pPr>
      <w:r>
        <w:t>3. Plurals</w:t>
      </w:r>
    </w:p>
    <w:p>
      <w:r>
        <w:rPr>
          <w:i/>
        </w:rPr>
        <w:t>Write the plural form of each noun.</w:t>
      </w:r>
    </w:p>
    <w:p>
      <w:pPr>
        <w:keepNext/>
        <w:spacing w:before="120"/>
      </w:pPr>
      <w:r>
        <w:t>1. fox → ______________</w:t>
      </w:r>
    </w:p>
    <w:p>
      <w:pPr>
        <w:keepNext/>
        <w:spacing w:before="120"/>
      </w:pPr>
      <w:r>
        <w:t>2. city → ______________</w:t>
      </w:r>
    </w:p>
    <w:p>
      <w:pPr>
        <w:keepNext/>
        <w:spacing w:before="120"/>
      </w:pPr>
      <w:r>
        <w:t>3. story → ______________</w:t>
      </w:r>
    </w:p>
    <w:p>
      <w:pPr>
        <w:keepNext/>
        <w:spacing w:before="120"/>
      </w:pPr>
      <w:r>
        <w:t>4. bus → ______________</w:t>
      </w:r>
    </w:p>
    <w:p>
      <w:pPr>
        <w:keepNext/>
        <w:spacing w:before="120"/>
      </w:pPr>
      <w:r>
        <w:t>5. book → ______________</w:t>
      </w:r>
    </w:p>
    <w:p>
      <w:pPr>
        <w:keepNext/>
        <w:spacing w:before="120"/>
      </w:pPr>
      <w:r>
        <w:t>6. toy → ______________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</w:t>
      </w:r>
    </w:p>
    <w:p>
      <w:pPr>
        <w:spacing w:after="0"/>
      </w:pPr>
      <w:r>
        <w:t>1) b) Read</w:t>
      </w:r>
    </w:p>
    <w:p>
      <w:pPr>
        <w:spacing w:after="0"/>
      </w:pPr>
      <w:r>
        <w:t>2) a) Before going to sleep</w:t>
      </w:r>
    </w:p>
    <w:p>
      <w:pPr>
        <w:spacing w:after="0"/>
      </w:pPr>
      <w:r>
        <w:t>3) c) A chapter</w:t>
      </w:r>
    </w:p>
    <w:p>
      <w:pPr>
        <w:spacing w:after="0"/>
      </w:pPr>
      <w:r>
        <w:t>4) a) Stories about adventures in distant lands</w:t>
      </w:r>
    </w:p>
    <w:p>
      <w:r>
        <w:rPr>
          <w:b/>
        </w:rPr>
        <w:t>2. True or false?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True</w:t>
      </w:r>
    </w:p>
    <w:p>
      <w:r>
        <w:rPr>
          <w:b/>
        </w:rPr>
        <w:t>3. Plurals</w:t>
      </w:r>
    </w:p>
    <w:p>
      <w:pPr>
        <w:spacing w:after="0"/>
      </w:pPr>
      <w:r>
        <w:t>1) foxes</w:t>
      </w:r>
    </w:p>
    <w:p>
      <w:pPr>
        <w:spacing w:after="0"/>
      </w:pPr>
      <w:r>
        <w:t>2) cities</w:t>
      </w:r>
    </w:p>
    <w:p>
      <w:pPr>
        <w:spacing w:after="0"/>
      </w:pPr>
      <w:r>
        <w:t>3) stories</w:t>
      </w:r>
    </w:p>
    <w:p>
      <w:pPr>
        <w:spacing w:after="0"/>
      </w:pPr>
      <w:r>
        <w:t>4) buses</w:t>
      </w:r>
    </w:p>
    <w:p>
      <w:pPr>
        <w:spacing w:after="0"/>
      </w:pPr>
      <w:r>
        <w:t>5) books</w:t>
      </w:r>
    </w:p>
    <w:p>
      <w:pPr>
        <w:spacing w:after="0"/>
      </w:pPr>
      <w:r>
        <w:t>6) toys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2024-06-19T00:00:00Z</dcterms:created>
  <dcterms:modified xsi:type="dcterms:W3CDTF">2024-06-19T00:00:00Z</dcterms:modified>
  <cp:category/>
</cp:coreProperties>
</file>