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Interpretação de texto: inferência</w:t>
      </w:r>
    </w:p>
    <w:p>
      <w:r>
        <w:rPr>
          <w:color w:val="6B6B6B"/>
          <w:sz w:val="18"/>
        </w:rPr>
        <w:t>8º ano · Reading comprehension (interpretação) · BNCC: EF08LI05</w:t>
      </w:r>
    </w:p>
    <w:p>
      <w:pPr>
        <w:pStyle w:val="Heading2"/>
      </w:pPr>
      <w:r>
        <w:t>1. Reading: The last bus</w:t>
      </w:r>
    </w:p>
    <w:p>
      <w:r>
        <w:rPr>
          <w:i/>
        </w:rPr>
        <w:t>Read the story and choose the best answer.</w:t>
      </w:r>
    </w:p>
    <w:p>
      <w:r>
        <w:rPr>
          <w:b/>
        </w:rPr>
        <w:t>The last bus</w:t>
      </w:r>
    </w:p>
    <w:p>
      <w:pPr>
        <w:ind w:left="340"/>
      </w:pPr>
      <w:r>
        <w:t>Marina looked at her phone again: 9:47 p.m. The library was closing, and the lights were turning off one by one. She put her books in her backpack quickly and ran down the stairs.</w:t>
      </w:r>
    </w:p>
    <w:p>
      <w:pPr>
        <w:ind w:left="340"/>
      </w:pPr>
      <w:r>
        <w:t>Outside, the street was empty and wet. She stopped at the bus stop, breathing fast, and saw the red lights of a bus disappearing around the corner.</w:t>
      </w:r>
    </w:p>
    <w:p>
      <w:pPr>
        <w:ind w:left="340"/>
      </w:pPr>
      <w:r>
        <w:t>Marina sighed and sat on the bench. Then she opened her backpack, took out her math book and started reading under the street light. "At least the exam is tomorrow afternoon," she whispered.</w:t>
      </w:r>
    </w:p>
    <w:p>
      <w:pPr>
        <w:keepNext/>
        <w:spacing w:before="120"/>
      </w:pPr>
      <w:r>
        <w:t>1. What time of day is it in the story?</w:t>
      </w:r>
    </w:p>
    <w:p>
      <w:pPr>
        <w:spacing w:after="0"/>
        <w:ind w:left="454"/>
      </w:pPr>
      <w:r>
        <w:t>(   ) a) Morning</w:t>
      </w:r>
    </w:p>
    <w:p>
      <w:pPr>
        <w:spacing w:after="0"/>
        <w:ind w:left="454"/>
      </w:pPr>
      <w:r>
        <w:t>(   ) b) Afternoon</w:t>
      </w:r>
    </w:p>
    <w:p>
      <w:pPr>
        <w:spacing w:after="0"/>
        <w:ind w:left="454"/>
      </w:pPr>
      <w:r>
        <w:t>(   ) c) Night</w:t>
      </w:r>
    </w:p>
    <w:p>
      <w:pPr>
        <w:keepNext/>
        <w:spacing w:before="120"/>
      </w:pPr>
      <w:r>
        <w:t>2. Why did Marina run down the stairs?</w:t>
      </w:r>
    </w:p>
    <w:p>
      <w:pPr>
        <w:spacing w:after="0"/>
        <w:ind w:left="454"/>
      </w:pPr>
      <w:r>
        <w:t>(   ) a) She wanted to catch the bus.</w:t>
      </w:r>
    </w:p>
    <w:p>
      <w:pPr>
        <w:spacing w:after="0"/>
        <w:ind w:left="454"/>
      </w:pPr>
      <w:r>
        <w:t>(   ) b) She was afraid of the library.</w:t>
      </w:r>
    </w:p>
    <w:p>
      <w:pPr>
        <w:spacing w:after="0"/>
        <w:ind w:left="454"/>
      </w:pPr>
      <w:r>
        <w:t>(   ) c) She saw a friend outside.</w:t>
      </w:r>
    </w:p>
    <w:p>
      <w:pPr>
        <w:keepNext/>
        <w:spacing w:before="120"/>
      </w:pPr>
      <w:r>
        <w:t>3. What probably happened before Marina went outside?</w:t>
      </w:r>
    </w:p>
    <w:p>
      <w:pPr>
        <w:spacing w:after="0"/>
        <w:ind w:left="454"/>
      </w:pPr>
      <w:r>
        <w:t>(   ) a) There was a party.</w:t>
      </w:r>
    </w:p>
    <w:p>
      <w:pPr>
        <w:spacing w:after="0"/>
        <w:ind w:left="454"/>
      </w:pPr>
      <w:r>
        <w:t>(   ) b) It rained.</w:t>
      </w:r>
    </w:p>
    <w:p>
      <w:pPr>
        <w:spacing w:after="0"/>
        <w:ind w:left="454"/>
      </w:pPr>
      <w:r>
        <w:t>(   ) c) It snowed.</w:t>
      </w:r>
    </w:p>
    <w:p>
      <w:pPr>
        <w:keepNext/>
        <w:spacing w:before="120"/>
      </w:pPr>
      <w:r>
        <w:t>4. What happened with the bus?</w:t>
      </w:r>
    </w:p>
    <w:p>
      <w:pPr>
        <w:spacing w:after="0"/>
        <w:ind w:left="454"/>
      </w:pPr>
      <w:r>
        <w:t>(   ) a) The bus didn't come.</w:t>
      </w:r>
    </w:p>
    <w:p>
      <w:pPr>
        <w:spacing w:after="0"/>
        <w:ind w:left="454"/>
      </w:pPr>
      <w:r>
        <w:t>(   ) b) Marina caught it.</w:t>
      </w:r>
    </w:p>
    <w:p>
      <w:pPr>
        <w:spacing w:after="0"/>
        <w:ind w:left="454"/>
      </w:pPr>
      <w:r>
        <w:t>(   ) c) Marina missed it.</w:t>
      </w:r>
    </w:p>
    <w:p>
      <w:pPr>
        <w:keepNext/>
        <w:spacing w:before="120"/>
      </w:pPr>
      <w:r>
        <w:t>5. How does Marina probably feel when she sighs?</w:t>
      </w:r>
    </w:p>
    <w:p>
      <w:pPr>
        <w:spacing w:after="0"/>
        <w:ind w:left="454"/>
      </w:pPr>
      <w:r>
        <w:t>(   ) a) Disappointed</w:t>
      </w:r>
    </w:p>
    <w:p>
      <w:pPr>
        <w:spacing w:after="0"/>
        <w:ind w:left="454"/>
      </w:pPr>
      <w:r>
        <w:t>(   ) b) Excited</w:t>
      </w:r>
    </w:p>
    <w:p>
      <w:pPr>
        <w:spacing w:after="0"/>
        <w:ind w:left="454"/>
      </w:pPr>
      <w:r>
        <w:t>(   ) c) Scared of the bus driver</w:t>
      </w:r>
    </w:p>
    <w:p>
      <w:pPr>
        <w:keepNext/>
        <w:spacing w:before="120"/>
      </w:pPr>
      <w:r>
        <w:t>6. What can we infer about Marina?</w:t>
      </w:r>
    </w:p>
    <w:p>
      <w:pPr>
        <w:spacing w:after="0"/>
        <w:ind w:left="454"/>
      </w:pPr>
      <w:r>
        <w:t>(   ) a) She hates reading.</w:t>
      </w:r>
    </w:p>
    <w:p>
      <w:pPr>
        <w:spacing w:after="0"/>
        <w:ind w:left="454"/>
      </w:pPr>
      <w:r>
        <w:t>(   ) b) She is a dedicated student.</w:t>
      </w:r>
    </w:p>
    <w:p>
      <w:pPr>
        <w:spacing w:after="0"/>
        <w:ind w:left="454"/>
      </w:pPr>
      <w:r>
        <w:t>(   ) c) She lives next to the library.</w:t>
      </w:r>
    </w:p>
    <w:p>
      <w:pPr>
        <w:pStyle w:val="Heading2"/>
      </w:pPr>
      <w:r>
        <w:t>2. True or false?</w:t>
      </w:r>
    </w:p>
    <w:p>
      <w:r>
        <w:rPr>
          <w:i/>
        </w:rPr>
        <w:t>Think about Marina's story. Mark T (true) or F (false).</w:t>
      </w:r>
    </w:p>
    <w:p>
      <w:pPr>
        <w:keepNext/>
        <w:spacing w:before="120"/>
      </w:pPr>
      <w:r>
        <w:t>1. Marina was studying for an exam.</w:t>
      </w:r>
    </w:p>
    <w:p>
      <w:pPr>
        <w:ind w:left="454"/>
      </w:pPr>
      <w:r>
        <w:t>(   ) True        (   ) False</w:t>
      </w:r>
    </w:p>
    <w:p>
      <w:pPr>
        <w:keepNext/>
        <w:spacing w:before="120"/>
      </w:pPr>
      <w:r>
        <w:t>2. The library was going to stay open all night.</w:t>
      </w:r>
    </w:p>
    <w:p>
      <w:pPr>
        <w:ind w:left="454"/>
      </w:pPr>
      <w:r>
        <w:t>(   ) True        (   ) False</w:t>
      </w:r>
    </w:p>
    <w:p>
      <w:pPr>
        <w:keepNext/>
        <w:spacing w:before="120"/>
      </w:pPr>
      <w:r>
        <w:t>3. Marina had to wait for another bus.</w:t>
      </w:r>
    </w:p>
    <w:p>
      <w:pPr>
        <w:ind w:left="454"/>
      </w:pPr>
      <w:r>
        <w:t>(   ) True        (   ) False</w:t>
      </w:r>
    </w:p>
    <w:p>
      <w:pPr>
        <w:keepNext/>
        <w:spacing w:before="120"/>
      </w:pPr>
      <w:r>
        <w:t>4. Marina's exam is in the morning.</w:t>
      </w:r>
    </w:p>
    <w:p>
      <w:pPr>
        <w:ind w:left="454"/>
      </w:pPr>
      <w:r>
        <w:t>(   ) True        (   ) False</w:t>
      </w:r>
    </w:p>
    <w:p>
      <w:pPr>
        <w:pStyle w:val="Heading2"/>
      </w:pPr>
      <w:r>
        <w:t>3. Reading: A note on the fridge</w:t>
      </w:r>
    </w:p>
    <w:p>
      <w:r>
        <w:rPr>
          <w:i/>
        </w:rPr>
        <w:t>Read the note and choose the best answer.</w:t>
      </w:r>
    </w:p>
    <w:p>
      <w:r>
        <w:rPr>
          <w:b/>
        </w:rPr>
        <w:t>A note on the fridge</w:t>
      </w:r>
    </w:p>
    <w:p>
      <w:pPr>
        <w:ind w:left="340"/>
      </w:pPr>
      <w:r>
        <w:t>Leo,</w:t>
      </w:r>
    </w:p>
    <w:p>
      <w:pPr>
        <w:ind w:left="340"/>
      </w:pPr>
      <w:r>
        <w:t>I took Biscuit to the vet. Don't worry, it's nothing serious: he just needs his vaccine. There's lasagna in the oven. Heat it for 20 minutes.</w:t>
      </w:r>
    </w:p>
    <w:p>
      <w:pPr>
        <w:ind w:left="340"/>
      </w:pPr>
      <w:r>
        <w:t>Please don't forget your guitar class at 5!</w:t>
      </w:r>
    </w:p>
    <w:p>
      <w:pPr>
        <w:ind w:left="340"/>
      </w:pPr>
      <w:r>
        <w:t>Love,</w:t>
      </w:r>
    </w:p>
    <w:p>
      <w:pPr>
        <w:ind w:left="340"/>
      </w:pPr>
      <w:r>
        <w:t>Mom</w:t>
      </w:r>
    </w:p>
    <w:p>
      <w:pPr>
        <w:keepNext/>
        <w:spacing w:before="120"/>
      </w:pPr>
      <w:r>
        <w:t>1. Who is Biscuit, probably?</w:t>
      </w:r>
    </w:p>
    <w:p>
      <w:pPr>
        <w:spacing w:after="0"/>
        <w:ind w:left="454"/>
      </w:pPr>
      <w:r>
        <w:t>(   ) a) Leo's brother</w:t>
      </w:r>
    </w:p>
    <w:p>
      <w:pPr>
        <w:spacing w:after="0"/>
        <w:ind w:left="454"/>
      </w:pPr>
      <w:r>
        <w:t>(   ) b) The family's pet</w:t>
      </w:r>
    </w:p>
    <w:p>
      <w:pPr>
        <w:spacing w:after="0"/>
        <w:ind w:left="454"/>
      </w:pPr>
      <w:r>
        <w:t>(   ) c) The vet</w:t>
      </w:r>
    </w:p>
    <w:p>
      <w:pPr>
        <w:keepNext/>
        <w:spacing w:before="120"/>
      </w:pPr>
      <w:r>
        <w:t>2. What does Leo have to do before he eats?</w:t>
      </w:r>
    </w:p>
    <w:p>
      <w:pPr>
        <w:spacing w:after="0"/>
        <w:ind w:left="454"/>
      </w:pPr>
      <w:r>
        <w:t>(   ) a) Buy food.</w:t>
      </w:r>
    </w:p>
    <w:p>
      <w:pPr>
        <w:spacing w:after="0"/>
        <w:ind w:left="454"/>
      </w:pPr>
      <w:r>
        <w:t>(   ) b) Go to a restaurant.</w:t>
      </w:r>
    </w:p>
    <w:p>
      <w:pPr>
        <w:spacing w:after="0"/>
        <w:ind w:left="454"/>
      </w:pPr>
      <w:r>
        <w:t>(   ) c) Heat the lasagna.</w:t>
      </w:r>
    </w:p>
    <w:p>
      <w:pPr>
        <w:keepNext/>
        <w:spacing w:before="120"/>
      </w:pPr>
      <w:r>
        <w:t>3. When did Mom probably write the note?</w:t>
      </w:r>
    </w:p>
    <w:p>
      <w:pPr>
        <w:spacing w:after="0"/>
        <w:ind w:left="454"/>
      </w:pPr>
      <w:r>
        <w:t>(   ) a) Before 5 p.m.</w:t>
      </w:r>
    </w:p>
    <w:p>
      <w:pPr>
        <w:spacing w:after="0"/>
        <w:ind w:left="454"/>
      </w:pPr>
      <w:r>
        <w:t>(   ) b) After the guitar class</w:t>
      </w:r>
    </w:p>
    <w:p>
      <w:pPr>
        <w:spacing w:after="0"/>
        <w:ind w:left="454"/>
      </w:pPr>
      <w:r>
        <w:t>(   ) c) At midnight</w:t>
      </w:r>
    </w:p>
    <w:p>
      <w:pPr>
        <w:keepNext/>
        <w:spacing w:before="120"/>
      </w:pPr>
      <w:r>
        <w:t>4. How does Mom want Leo to feel about Biscuit?</w:t>
      </w:r>
    </w:p>
    <w:p>
      <w:pPr>
        <w:spacing w:after="0"/>
        <w:ind w:left="454"/>
      </w:pPr>
      <w:r>
        <w:t>(   ) a) Worried</w:t>
      </w:r>
    </w:p>
    <w:p>
      <w:pPr>
        <w:spacing w:after="0"/>
        <w:ind w:left="454"/>
      </w:pPr>
      <w:r>
        <w:t>(   ) b) Calm</w:t>
      </w:r>
    </w:p>
    <w:p>
      <w:pPr>
        <w:spacing w:after="0"/>
        <w:ind w:left="454"/>
      </w:pPr>
      <w:r>
        <w:t>(   ) c) Angry</w:t>
      </w:r>
    </w:p>
    <w:p>
      <w:r>
        <w:br w:type="page"/>
      </w:r>
    </w:p>
    <w:p>
      <w:pPr>
        <w:pStyle w:val="Heading2"/>
      </w:pPr>
      <w:r>
        <w:t>Gabarito (Answer key)</w:t>
      </w:r>
    </w:p>
    <w:p>
      <w:r>
        <w:rPr>
          <w:b/>
        </w:rPr>
        <w:t>1. Reading: The last bus</w:t>
      </w:r>
    </w:p>
    <w:p>
      <w:pPr>
        <w:spacing w:after="0"/>
      </w:pPr>
      <w:r>
        <w:t>1) c) Night</w:t>
      </w:r>
    </w:p>
    <w:p>
      <w:pPr>
        <w:spacing w:after="0"/>
      </w:pPr>
      <w:r>
        <w:t>2) a) She wanted to catch the bus.</w:t>
      </w:r>
    </w:p>
    <w:p>
      <w:pPr>
        <w:spacing w:after="0"/>
      </w:pPr>
      <w:r>
        <w:t>3) b) It rained.</w:t>
      </w:r>
    </w:p>
    <w:p>
      <w:pPr>
        <w:spacing w:after="0"/>
      </w:pPr>
      <w:r>
        <w:t>4) c) Marina missed it.</w:t>
      </w:r>
    </w:p>
    <w:p>
      <w:pPr>
        <w:spacing w:after="0"/>
      </w:pPr>
      <w:r>
        <w:t>5) a) Disappointed</w:t>
      </w:r>
    </w:p>
    <w:p>
      <w:pPr>
        <w:spacing w:after="0"/>
      </w:pPr>
      <w:r>
        <w:t>6) b) She is a dedicated student.</w:t>
      </w:r>
    </w:p>
    <w:p>
      <w:r>
        <w:rPr>
          <w:b/>
        </w:rPr>
        <w:t>2. True or false?</w:t>
      </w:r>
    </w:p>
    <w:p>
      <w:pPr>
        <w:spacing w:after="0"/>
      </w:pPr>
      <w:r>
        <w:t>1) True</w:t>
      </w:r>
    </w:p>
    <w:p>
      <w:pPr>
        <w:spacing w:after="0"/>
      </w:pPr>
      <w:r>
        <w:t>2) False</w:t>
      </w:r>
    </w:p>
    <w:p>
      <w:pPr>
        <w:spacing w:after="0"/>
      </w:pPr>
      <w:r>
        <w:t>3) True</w:t>
      </w:r>
    </w:p>
    <w:p>
      <w:pPr>
        <w:spacing w:after="0"/>
      </w:pPr>
      <w:r>
        <w:t>4) False</w:t>
      </w:r>
    </w:p>
    <w:p>
      <w:r>
        <w:rPr>
          <w:b/>
        </w:rPr>
        <w:t>3. Reading: A note on the fridge</w:t>
      </w:r>
    </w:p>
    <w:p>
      <w:pPr>
        <w:spacing w:after="0"/>
      </w:pPr>
      <w:r>
        <w:t>1) b) The family's pet</w:t>
      </w:r>
    </w:p>
    <w:p>
      <w:pPr>
        <w:spacing w:after="0"/>
      </w:pPr>
      <w:r>
        <w:t>2) c) Heat the lasagna.</w:t>
      </w:r>
    </w:p>
    <w:p>
      <w:pPr>
        <w:spacing w:after="0"/>
      </w:pPr>
      <w:r>
        <w:t>3) a) Before 5 p.m.</w:t>
      </w:r>
    </w:p>
    <w:p>
      <w:pPr>
        <w:spacing w:after="0"/>
      </w:pPr>
      <w:r>
        <w:t>4) b) Calm</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