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Alice e a floresta mágica + idioms</w:t>
      </w:r>
    </w:p>
    <w:p>
      <w:r>
        <w:rPr>
          <w:color w:val="6B6B6B"/>
          <w:sz w:val="18"/>
        </w:rPr>
        <w:t>6º ano e 7º ano · Reading comprehension (interpretação) · BNCC: EF06LI09, EF07LI09, EF07LI17</w:t>
      </w:r>
    </w:p>
    <w:p>
      <w:pPr>
        <w:pStyle w:val="Heading2"/>
      </w:pPr>
      <w:r>
        <w:t>1. Reading</w:t>
      </w:r>
    </w:p>
    <w:p>
      <w:r>
        <w:rPr>
          <w:i/>
        </w:rPr>
        <w:t>Read the short story and choose the correct answer.</w:t>
      </w:r>
    </w:p>
    <w:p>
      <w:r>
        <w:rPr>
          <w:b/>
        </w:rPr>
        <w:t>The hidden path</w:t>
      </w:r>
    </w:p>
    <w:p>
      <w:pPr>
        <w:ind w:left="340"/>
      </w:pPr>
      <w:r>
        <w:t>Once upon a time, there was a young girl named Alice who lived in a small village. One day, she discovered a hidden path leading to a magical forest. Filled with curiosity, she ventured into the forest and found a world full of wonders.</w:t>
      </w:r>
    </w:p>
    <w:p>
      <w:pPr>
        <w:keepNext/>
        <w:spacing w:before="120"/>
      </w:pPr>
      <w:r>
        <w:t>1. What is the main character's name?</w:t>
      </w:r>
    </w:p>
    <w:p>
      <w:pPr>
        <w:spacing w:after="0"/>
        <w:ind w:left="454"/>
      </w:pPr>
      <w:r>
        <w:t>(   ) a) Anna</w:t>
      </w:r>
    </w:p>
    <w:p>
      <w:pPr>
        <w:spacing w:after="0"/>
        <w:ind w:left="454"/>
      </w:pPr>
      <w:r>
        <w:t>(   ) b) Alice</w:t>
      </w:r>
    </w:p>
    <w:p>
      <w:pPr>
        <w:spacing w:after="0"/>
        <w:ind w:left="454"/>
      </w:pPr>
      <w:r>
        <w:t>(   ) c) Alicia</w:t>
      </w:r>
    </w:p>
    <w:p>
      <w:pPr>
        <w:keepNext/>
        <w:spacing w:before="120"/>
      </w:pPr>
      <w:r>
        <w:t>2. Where did Alice live?</w:t>
      </w:r>
    </w:p>
    <w:p>
      <w:pPr>
        <w:spacing w:after="0"/>
        <w:ind w:left="454"/>
      </w:pPr>
      <w:r>
        <w:t>(   ) a) In a small village</w:t>
      </w:r>
    </w:p>
    <w:p>
      <w:pPr>
        <w:spacing w:after="0"/>
        <w:ind w:left="454"/>
      </w:pPr>
      <w:r>
        <w:t>(   ) b) In a big city</w:t>
      </w:r>
    </w:p>
    <w:p>
      <w:pPr>
        <w:spacing w:after="0"/>
        <w:ind w:left="454"/>
      </w:pPr>
      <w:r>
        <w:t>(   ) c) In a castle</w:t>
      </w:r>
    </w:p>
    <w:p>
      <w:pPr>
        <w:keepNext/>
        <w:spacing w:before="120"/>
      </w:pPr>
      <w:r>
        <w:t>3. What did Alice discover?</w:t>
      </w:r>
    </w:p>
    <w:p>
      <w:pPr>
        <w:spacing w:after="0"/>
        <w:ind w:left="454"/>
      </w:pPr>
      <w:r>
        <w:t>(   ) a) A secret door in her house</w:t>
      </w:r>
    </w:p>
    <w:p>
      <w:pPr>
        <w:spacing w:after="0"/>
        <w:ind w:left="454"/>
      </w:pPr>
      <w:r>
        <w:t>(   ) b) A treasure box</w:t>
      </w:r>
    </w:p>
    <w:p>
      <w:pPr>
        <w:spacing w:after="0"/>
        <w:ind w:left="454"/>
      </w:pPr>
      <w:r>
        <w:t>(   ) c) A hidden path leading to a magical forest</w:t>
      </w:r>
    </w:p>
    <w:p>
      <w:pPr>
        <w:keepNext/>
        <w:spacing w:before="120"/>
      </w:pPr>
      <w:r>
        <w:t>4. How did Alice feel when she went into the forest?</w:t>
      </w:r>
    </w:p>
    <w:p>
      <w:pPr>
        <w:spacing w:after="0"/>
        <w:ind w:left="454"/>
      </w:pPr>
      <w:r>
        <w:t>(   ) a) Scared</w:t>
      </w:r>
    </w:p>
    <w:p>
      <w:pPr>
        <w:spacing w:after="0"/>
        <w:ind w:left="454"/>
      </w:pPr>
      <w:r>
        <w:t>(   ) b) Curious</w:t>
      </w:r>
    </w:p>
    <w:p>
      <w:pPr>
        <w:spacing w:after="0"/>
        <w:ind w:left="454"/>
      </w:pPr>
      <w:r>
        <w:t>(   ) c) Bored</w:t>
      </w:r>
    </w:p>
    <w:p>
      <w:pPr>
        <w:keepNext/>
        <w:spacing w:before="120"/>
      </w:pPr>
      <w:r>
        <w:t>5. What did she find in the forest?</w:t>
      </w:r>
    </w:p>
    <w:p>
      <w:pPr>
        <w:spacing w:after="0"/>
        <w:ind w:left="454"/>
      </w:pPr>
      <w:r>
        <w:t>(   ) a) A world full of wonders</w:t>
      </w:r>
    </w:p>
    <w:p>
      <w:pPr>
        <w:spacing w:after="0"/>
        <w:ind w:left="454"/>
      </w:pPr>
      <w:r>
        <w:t>(   ) b) Her lost dog</w:t>
      </w:r>
    </w:p>
    <w:p>
      <w:pPr>
        <w:spacing w:after="0"/>
        <w:ind w:left="454"/>
      </w:pPr>
      <w:r>
        <w:t>(   ) c) A small village</w:t>
      </w:r>
    </w:p>
    <w:p>
      <w:pPr>
        <w:pStyle w:val="Heading2"/>
      </w:pPr>
      <w:r>
        <w:t>2. Idioms</w:t>
      </w:r>
    </w:p>
    <w:p>
      <w:r>
        <w:rPr>
          <w:i/>
        </w:rPr>
        <w:t>Choose the meaning of each idiom.</w:t>
      </w:r>
    </w:p>
    <w:p>
      <w:pPr>
        <w:keepNext/>
        <w:spacing w:before="120"/>
      </w:pPr>
      <w:r>
        <w:t>1. "Break the ice" means…</w:t>
      </w:r>
    </w:p>
    <w:p>
      <w:pPr>
        <w:spacing w:after="0"/>
        <w:ind w:left="454"/>
      </w:pPr>
      <w:r>
        <w:t>(   ) a) to break something by accident</w:t>
      </w:r>
    </w:p>
    <w:p>
      <w:pPr>
        <w:spacing w:after="0"/>
        <w:ind w:left="454"/>
      </w:pPr>
      <w:r>
        <w:t>(   ) b) to start a conversation and make people feel relaxed</w:t>
      </w:r>
    </w:p>
    <w:p>
      <w:pPr>
        <w:spacing w:after="0"/>
        <w:ind w:left="454"/>
      </w:pPr>
      <w:r>
        <w:t>(   ) c) to feel very cold</w:t>
      </w:r>
    </w:p>
    <w:p>
      <w:pPr>
        <w:keepNext/>
        <w:spacing w:before="120"/>
      </w:pPr>
      <w:r>
        <w:t>2. "A piece of cake" means…</w:t>
      </w:r>
    </w:p>
    <w:p>
      <w:pPr>
        <w:spacing w:after="0"/>
        <w:ind w:left="454"/>
      </w:pPr>
      <w:r>
        <w:t>(   ) a) something very easy</w:t>
      </w:r>
    </w:p>
    <w:p>
      <w:pPr>
        <w:spacing w:after="0"/>
        <w:ind w:left="454"/>
      </w:pPr>
      <w:r>
        <w:t>(   ) b) a delicious dessert</w:t>
      </w:r>
    </w:p>
    <w:p>
      <w:pPr>
        <w:spacing w:after="0"/>
        <w:ind w:left="454"/>
      </w:pPr>
      <w:r>
        <w:t>(   ) c) a small problem that makes you sad</w:t>
      </w:r>
    </w:p>
    <w:p>
      <w:pPr>
        <w:keepNext/>
        <w:spacing w:before="120"/>
      </w:pPr>
      <w:r>
        <w:t>3. "It's raining cats and dogs" means…</w:t>
      </w:r>
    </w:p>
    <w:p>
      <w:pPr>
        <w:spacing w:after="0"/>
        <w:ind w:left="454"/>
      </w:pPr>
      <w:r>
        <w:t>(   ) a) there are many animals outside</w:t>
      </w:r>
    </w:p>
    <w:p>
      <w:pPr>
        <w:spacing w:after="0"/>
        <w:ind w:left="454"/>
      </w:pPr>
      <w:r>
        <w:t>(   ) b) it's a sunny day</w:t>
      </w:r>
    </w:p>
    <w:p>
      <w:pPr>
        <w:spacing w:after="0"/>
        <w:ind w:left="454"/>
      </w:pPr>
      <w:r>
        <w:t>(   ) c) it's raining very heavily</w:t>
      </w:r>
    </w:p>
    <w:p>
      <w:pPr>
        <w:pStyle w:val="Heading2"/>
      </w:pPr>
      <w:r>
        <w:t>3. Idioms in context</w:t>
      </w:r>
    </w:p>
    <w:p>
      <w:r>
        <w:rPr>
          <w:i/>
        </w:rPr>
        <w:t>Complete the sentences with the correct idiom from the box.</w:t>
      </w:r>
    </w:p>
    <w:p>
      <w:r>
        <w:rPr>
          <w:b/>
        </w:rPr>
        <w:t>Word bank:  break the ice  |  a piece of cake  |  raining cats and dogs</w:t>
      </w:r>
    </w:p>
    <w:p>
      <w:pPr>
        <w:keepNext/>
        <w:spacing w:before="120"/>
      </w:pPr>
      <w:r>
        <w:t>1. I told a joke to ______________ at the party.</w:t>
      </w:r>
    </w:p>
    <w:p>
      <w:pPr>
        <w:keepNext/>
        <w:spacing w:before="120"/>
      </w:pPr>
      <w:r>
        <w:t>2. The Math test was ______________ for her. She finished it in ten minutes!</w:t>
      </w:r>
    </w:p>
    <w:p>
      <w:pPr>
        <w:keepNext/>
        <w:spacing w:before="120"/>
      </w:pPr>
      <w:r>
        <w:t>3. Take an umbrella! It's ______________.</w:t>
      </w:r>
    </w:p>
    <w:p>
      <w:pPr>
        <w:pStyle w:val="Heading2"/>
      </w:pPr>
      <w:r>
        <w:t>4. Writing</w:t>
      </w:r>
    </w:p>
    <w:p>
      <w:r>
        <w:rPr>
          <w:i/>
        </w:rPr>
        <w:t>Write a short descriptive paragraph.</w:t>
      </w:r>
    </w:p>
    <w:p>
      <w:pPr>
        <w:keepNext/>
        <w:spacing w:before="120"/>
      </w:pPr>
      <w:r>
        <w:t>1. Describe your favorite place. What can you see, hear and feel there?</w:t>
      </w:r>
    </w:p>
    <w:p>
      <w:r>
        <w:t>______________________________________________________________________________</w:t>
      </w:r>
    </w:p>
    <w:p>
      <w:r>
        <w:t>______________________________________________________________________________</w:t>
      </w:r>
    </w:p>
    <w:p>
      <w:r>
        <w:br w:type="page"/>
      </w:r>
    </w:p>
    <w:p>
      <w:pPr>
        <w:pStyle w:val="Heading2"/>
      </w:pPr>
      <w:r>
        <w:t>Gabarito (Answer key)</w:t>
      </w:r>
    </w:p>
    <w:p>
      <w:r>
        <w:rPr>
          <w:b/>
        </w:rPr>
        <w:t>1. Reading</w:t>
      </w:r>
    </w:p>
    <w:p>
      <w:pPr>
        <w:spacing w:after="0"/>
      </w:pPr>
      <w:r>
        <w:t>1) b) Alice</w:t>
      </w:r>
    </w:p>
    <w:p>
      <w:pPr>
        <w:spacing w:after="0"/>
      </w:pPr>
      <w:r>
        <w:t>2) a) In a small village</w:t>
      </w:r>
    </w:p>
    <w:p>
      <w:pPr>
        <w:spacing w:after="0"/>
      </w:pPr>
      <w:r>
        <w:t>3) c) A hidden path leading to a magical forest</w:t>
      </w:r>
    </w:p>
    <w:p>
      <w:pPr>
        <w:spacing w:after="0"/>
      </w:pPr>
      <w:r>
        <w:t>4) b) Curious</w:t>
      </w:r>
    </w:p>
    <w:p>
      <w:pPr>
        <w:spacing w:after="0"/>
      </w:pPr>
      <w:r>
        <w:t>5) a) A world full of wonders</w:t>
      </w:r>
    </w:p>
    <w:p>
      <w:r>
        <w:rPr>
          <w:b/>
        </w:rPr>
        <w:t>2. Idioms</w:t>
      </w:r>
    </w:p>
    <w:p>
      <w:pPr>
        <w:spacing w:after="0"/>
      </w:pPr>
      <w:r>
        <w:t>1) b) to start a conversation and make people feel relaxed</w:t>
      </w:r>
    </w:p>
    <w:p>
      <w:pPr>
        <w:spacing w:after="0"/>
      </w:pPr>
      <w:r>
        <w:t>2) a) something very easy</w:t>
      </w:r>
    </w:p>
    <w:p>
      <w:pPr>
        <w:spacing w:after="0"/>
      </w:pPr>
      <w:r>
        <w:t>3) c) it's raining very heavily</w:t>
      </w:r>
    </w:p>
    <w:p>
      <w:r>
        <w:rPr>
          <w:b/>
        </w:rPr>
        <w:t>3. Idioms in context</w:t>
      </w:r>
    </w:p>
    <w:p>
      <w:pPr>
        <w:spacing w:after="0"/>
      </w:pPr>
      <w:r>
        <w:t>1) break the ice</w:t>
      </w:r>
    </w:p>
    <w:p>
      <w:pPr>
        <w:spacing w:after="0"/>
      </w:pPr>
      <w:r>
        <w:t>2) a piece of cake</w:t>
      </w:r>
    </w:p>
    <w:p>
      <w:pPr>
        <w:spacing w:after="0"/>
      </w:pPr>
      <w:r>
        <w:t>3) raining cats and dogs</w:t>
      </w:r>
    </w:p>
    <w:p>
      <w:r>
        <w:rPr>
          <w:b/>
        </w:rPr>
        <w:t>4. Writing</w:t>
      </w:r>
    </w:p>
    <w:p>
      <w:pPr>
        <w:spacing w:after="0"/>
      </w:pPr>
      <w:r>
        <w:t>1) My favorite place is the beach. The soft white sand feels nice under my feet, and the sound of the waves is calming. The ocean is blue and green, and the sea breeze is fresh. It's a place where I can relax and feel at peace.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2024-03-07T00:00:00Z</dcterms:created>
  <dcterms:modified xsi:type="dcterms:W3CDTF">2024-03-07T00:00:00Z</dcterms:modified>
  <cp:category/>
</cp:coreProperties>
</file>