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Rotina, ações agora e conselhos de saúde</w:t>
      </w:r>
    </w:p>
    <w:p>
      <w:r>
        <w:rPr>
          <w:color w:val="6B6B6B"/>
          <w:sz w:val="18"/>
        </w:rPr>
        <w:t>7º ano e 8º ano · Reading comprehension (interpretação) · BNCC: EF07LI09, EF07LI07</w:t>
      </w:r>
    </w:p>
    <w:p>
      <w:pPr>
        <w:pStyle w:val="Heading2"/>
      </w:pPr>
      <w:r>
        <w:t>1. Sofia's morning</w:t>
      </w:r>
    </w:p>
    <w:p>
      <w:r>
        <w:rPr>
          <w:i/>
        </w:rPr>
        <w:t>Read the text and choose the correct answer.</w:t>
      </w:r>
    </w:p>
    <w:p>
      <w:r>
        <w:rPr>
          <w:b/>
        </w:rPr>
        <w:t>Sofia's morning</w:t>
      </w:r>
    </w:p>
    <w:p>
      <w:pPr>
        <w:ind w:left="340"/>
      </w:pPr>
      <w:r>
        <w:t>Sofia usually checks her phone in the morning. She watches short videos, replies to messages, and reads news. After that, she gets ready for school and has breakfast.</w:t>
      </w:r>
    </w:p>
    <w:p>
      <w:pPr>
        <w:keepNext/>
        <w:spacing w:before="120"/>
      </w:pPr>
      <w:r>
        <w:t>1. What does Sofia do first in the morning?</w:t>
      </w:r>
    </w:p>
    <w:p>
      <w:pPr>
        <w:spacing w:after="0"/>
        <w:ind w:left="454"/>
      </w:pPr>
      <w:r>
        <w:t>(   ) a) She has breakfast.</w:t>
      </w:r>
    </w:p>
    <w:p>
      <w:pPr>
        <w:spacing w:after="0"/>
        <w:ind w:left="454"/>
      </w:pPr>
      <w:r>
        <w:t>(   ) b) She checks her phone.</w:t>
      </w:r>
    </w:p>
    <w:p>
      <w:pPr>
        <w:spacing w:after="0"/>
        <w:ind w:left="454"/>
      </w:pPr>
      <w:r>
        <w:t>(   ) c) She goes to school.</w:t>
      </w:r>
    </w:p>
    <w:p>
      <w:pPr>
        <w:keepNext/>
        <w:spacing w:before="120"/>
      </w:pPr>
      <w:r>
        <w:t>2. When does she have breakfast?</w:t>
      </w:r>
    </w:p>
    <w:p>
      <w:pPr>
        <w:spacing w:after="0"/>
        <w:ind w:left="454"/>
      </w:pPr>
      <w:r>
        <w:t>(   ) a) After checking her phone</w:t>
      </w:r>
    </w:p>
    <w:p>
      <w:pPr>
        <w:spacing w:after="0"/>
        <w:ind w:left="454"/>
      </w:pPr>
      <w:r>
        <w:t>(   ) b) Before waking up</w:t>
      </w:r>
    </w:p>
    <w:p>
      <w:pPr>
        <w:spacing w:after="0"/>
        <w:ind w:left="454"/>
      </w:pPr>
      <w:r>
        <w:t>(   ) c) At school</w:t>
      </w:r>
    </w:p>
    <w:p>
      <w:pPr>
        <w:keepNext/>
        <w:spacing w:before="120"/>
      </w:pPr>
      <w:r>
        <w:t>3. What kind of content does she read?</w:t>
      </w:r>
    </w:p>
    <w:p>
      <w:pPr>
        <w:spacing w:after="0"/>
        <w:ind w:left="454"/>
      </w:pPr>
      <w:r>
        <w:t>(   ) a) Comics</w:t>
      </w:r>
    </w:p>
    <w:p>
      <w:pPr>
        <w:spacing w:after="0"/>
        <w:ind w:left="454"/>
      </w:pPr>
      <w:r>
        <w:t>(   ) b) Books</w:t>
      </w:r>
    </w:p>
    <w:p>
      <w:pPr>
        <w:spacing w:after="0"/>
        <w:ind w:left="454"/>
      </w:pPr>
      <w:r>
        <w:t>(   ) c) News</w:t>
      </w:r>
    </w:p>
    <w:p>
      <w:pPr>
        <w:pStyle w:val="Heading2"/>
      </w:pPr>
      <w:r>
        <w:t>2. Right now</w:t>
      </w:r>
    </w:p>
    <w:p>
      <w:r>
        <w:rPr>
          <w:i/>
        </w:rPr>
        <w:t>Read the text and decide: true or false?</w:t>
      </w:r>
    </w:p>
    <w:p>
      <w:r>
        <w:rPr>
          <w:b/>
        </w:rPr>
        <w:t>At Leo's house</w:t>
      </w:r>
    </w:p>
    <w:p>
      <w:pPr>
        <w:ind w:left="340"/>
      </w:pPr>
      <w:r>
        <w:t>Right now, Leo is cleaning his room. His brother is watching a movie, and his parents are cooking lunch in the kitchen.</w:t>
      </w:r>
    </w:p>
    <w:p>
      <w:pPr>
        <w:keepNext/>
        <w:spacing w:before="120"/>
      </w:pPr>
      <w:r>
        <w:t>1. Leo is cleaning his room.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His parents are in the living room.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His brother is studying.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3. Stay healthy</w:t>
      </w:r>
    </w:p>
    <w:p>
      <w:r>
        <w:rPr>
          <w:i/>
        </w:rPr>
        <w:t>Read the text and choose the correct answer.</w:t>
      </w:r>
    </w:p>
    <w:p>
      <w:r>
        <w:rPr>
          <w:b/>
        </w:rPr>
        <w:t>Healthy tips</w:t>
      </w:r>
    </w:p>
    <w:p>
      <w:pPr>
        <w:ind w:left="340"/>
      </w:pPr>
      <w:r>
        <w:t>To stay healthy, you should eat fruits, drink water, and sleep well. You must not eat too much junk food. You can also do exercises or walk every day.</w:t>
      </w:r>
    </w:p>
    <w:p>
      <w:pPr>
        <w:keepNext/>
        <w:spacing w:before="120"/>
      </w:pPr>
      <w:r>
        <w:t>1. Which of these does the text recommend?</w:t>
      </w:r>
    </w:p>
    <w:p>
      <w:pPr>
        <w:spacing w:after="0"/>
        <w:ind w:left="454"/>
      </w:pPr>
      <w:r>
        <w:t>(   ) a) Drinking soda</w:t>
      </w:r>
    </w:p>
    <w:p>
      <w:pPr>
        <w:spacing w:after="0"/>
        <w:ind w:left="454"/>
      </w:pPr>
      <w:r>
        <w:t>(   ) b) Sleeping well</w:t>
      </w:r>
    </w:p>
    <w:p>
      <w:pPr>
        <w:spacing w:after="0"/>
        <w:ind w:left="454"/>
      </w:pPr>
      <w:r>
        <w:t>(   ) c) Eating junk food</w:t>
      </w:r>
    </w:p>
    <w:p>
      <w:pPr>
        <w:keepNext/>
        <w:spacing w:before="120"/>
      </w:pPr>
      <w:r>
        <w:t>2. What should we avoid?</w:t>
      </w:r>
    </w:p>
    <w:p>
      <w:pPr>
        <w:spacing w:after="0"/>
        <w:ind w:left="454"/>
      </w:pPr>
      <w:r>
        <w:t>(   ) a) Too much junk food</w:t>
      </w:r>
    </w:p>
    <w:p>
      <w:pPr>
        <w:spacing w:after="0"/>
        <w:ind w:left="454"/>
      </w:pPr>
      <w:r>
        <w:t>(   ) b) Fruits</w:t>
      </w:r>
    </w:p>
    <w:p>
      <w:pPr>
        <w:spacing w:after="0"/>
        <w:ind w:left="454"/>
      </w:pPr>
      <w:r>
        <w:t>(   ) c) Water</w:t>
      </w:r>
    </w:p>
    <w:p>
      <w:pPr>
        <w:keepNext/>
        <w:spacing w:before="120"/>
      </w:pPr>
      <w:r>
        <w:t>3. Which physical activities are mentioned?</w:t>
      </w:r>
    </w:p>
    <w:p>
      <w:pPr>
        <w:spacing w:after="0"/>
        <w:ind w:left="454"/>
      </w:pPr>
      <w:r>
        <w:t>(   ) a) Swimming and dancing</w:t>
      </w:r>
    </w:p>
    <w:p>
      <w:pPr>
        <w:spacing w:after="0"/>
        <w:ind w:left="454"/>
      </w:pPr>
      <w:r>
        <w:t>(   ) b) Soccer and volleyball</w:t>
      </w:r>
    </w:p>
    <w:p>
      <w:pPr>
        <w:spacing w:after="0"/>
        <w:ind w:left="454"/>
      </w:pPr>
      <w:r>
        <w:t>(   ) c) Exercising and walking</w:t>
      </w:r>
    </w:p>
    <w:p>
      <w:pPr>
        <w:pStyle w:val="Heading2"/>
      </w:pPr>
      <w:r>
        <w:t>4. Simple present or present continuous</w:t>
      </w:r>
    </w:p>
    <w:p>
      <w:r>
        <w:rPr>
          <w:i/>
        </w:rPr>
        <w:t>Complete with the correct form of the verbs in parentheses.</w:t>
      </w:r>
    </w:p>
    <w:p>
      <w:pPr>
        <w:keepNext/>
        <w:spacing w:before="120"/>
      </w:pPr>
      <w:r>
        <w:t>1. She usually ______________ (check) her phone in the morning.</w:t>
      </w:r>
    </w:p>
    <w:p>
      <w:pPr>
        <w:keepNext/>
        <w:spacing w:before="120"/>
      </w:pPr>
      <w:r>
        <w:t>2. Sofia ______________ (not go) to school without breakfast.</w:t>
      </w:r>
    </w:p>
    <w:p>
      <w:pPr>
        <w:keepNext/>
        <w:spacing w:before="120"/>
      </w:pPr>
      <w:r>
        <w:t>3. She ______________ (read) the news online every day.</w:t>
      </w:r>
    </w:p>
    <w:p>
      <w:pPr>
        <w:keepNext/>
        <w:spacing w:before="120"/>
      </w:pPr>
      <w:r>
        <w:t>4. Look! Leo ______________ (clean) his room.</w:t>
      </w:r>
    </w:p>
    <w:p>
      <w:pPr>
        <w:keepNext/>
        <w:spacing w:before="120"/>
      </w:pPr>
      <w:r>
        <w:t>5. His parents ______________ (cook) lunch now.</w:t>
      </w:r>
    </w:p>
    <w:p>
      <w:pPr>
        <w:keepNext/>
        <w:spacing w:before="120"/>
      </w:pPr>
      <w:r>
        <w:t>6. His brother ______________ (not study) at the moment.</w:t>
      </w:r>
    </w:p>
    <w:p>
      <w:pPr>
        <w:pStyle w:val="Heading2"/>
      </w:pPr>
      <w:r>
        <w:t>5. Modal verbs</w:t>
      </w:r>
    </w:p>
    <w:p>
      <w:r>
        <w:rPr>
          <w:i/>
        </w:rPr>
        <w:t>Complete with should, must not or can.</w:t>
      </w:r>
    </w:p>
    <w:p>
      <w:r>
        <w:rPr>
          <w:b/>
        </w:rPr>
        <w:t>Word bank:  should  |  must not  |  can</w:t>
      </w:r>
    </w:p>
    <w:p>
      <w:pPr>
        <w:keepNext/>
        <w:spacing w:before="120"/>
      </w:pPr>
      <w:r>
        <w:t>1. You ______________ sleep 8 hours every night. It's a good idea.</w:t>
      </w:r>
    </w:p>
    <w:p>
      <w:pPr>
        <w:keepNext/>
        <w:spacing w:before="120"/>
      </w:pPr>
      <w:r>
        <w:t>2. You ______________ eat too much sugar. It's bad for you.</w:t>
      </w:r>
    </w:p>
    <w:p>
      <w:pPr>
        <w:keepNext/>
        <w:spacing w:before="120"/>
      </w:pPr>
      <w:r>
        <w:t>3. You ______________ go for a walk in the afternoon if you want to.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Sofia's morning</w:t>
      </w:r>
    </w:p>
    <w:p>
      <w:pPr>
        <w:spacing w:after="0"/>
      </w:pPr>
      <w:r>
        <w:t>1) b) She checks her phone.</w:t>
      </w:r>
    </w:p>
    <w:p>
      <w:pPr>
        <w:spacing w:after="0"/>
      </w:pPr>
      <w:r>
        <w:t>2) a) After checking her phone</w:t>
      </w:r>
    </w:p>
    <w:p>
      <w:pPr>
        <w:spacing w:after="0"/>
      </w:pPr>
      <w:r>
        <w:t>3) c) News</w:t>
      </w:r>
    </w:p>
    <w:p>
      <w:r>
        <w:rPr>
          <w:b/>
        </w:rPr>
        <w:t>2. Right now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p>
      <w:pPr>
        <w:spacing w:after="0"/>
      </w:pPr>
      <w:r>
        <w:t>3) False</w:t>
      </w:r>
    </w:p>
    <w:p>
      <w:r>
        <w:rPr>
          <w:b/>
        </w:rPr>
        <w:t>3. Stay healthy</w:t>
      </w:r>
    </w:p>
    <w:p>
      <w:pPr>
        <w:spacing w:after="0"/>
      </w:pPr>
      <w:r>
        <w:t>1) b) Sleeping well</w:t>
      </w:r>
    </w:p>
    <w:p>
      <w:pPr>
        <w:spacing w:after="0"/>
      </w:pPr>
      <w:r>
        <w:t>2) a) Too much junk food</w:t>
      </w:r>
    </w:p>
    <w:p>
      <w:pPr>
        <w:spacing w:after="0"/>
      </w:pPr>
      <w:r>
        <w:t>3) c) Exercising and walking</w:t>
      </w:r>
    </w:p>
    <w:p>
      <w:r>
        <w:rPr>
          <w:b/>
        </w:rPr>
        <w:t>4. Simple present or present continuous</w:t>
      </w:r>
    </w:p>
    <w:p>
      <w:pPr>
        <w:spacing w:after="0"/>
      </w:pPr>
      <w:r>
        <w:t>1) checks</w:t>
      </w:r>
    </w:p>
    <w:p>
      <w:pPr>
        <w:spacing w:after="0"/>
      </w:pPr>
      <w:r>
        <w:t>2) doesn't go</w:t>
      </w:r>
    </w:p>
    <w:p>
      <w:pPr>
        <w:spacing w:after="0"/>
      </w:pPr>
      <w:r>
        <w:t>3) reads</w:t>
      </w:r>
    </w:p>
    <w:p>
      <w:pPr>
        <w:spacing w:after="0"/>
      </w:pPr>
      <w:r>
        <w:t>4) is cleaning</w:t>
      </w:r>
    </w:p>
    <w:p>
      <w:pPr>
        <w:spacing w:after="0"/>
      </w:pPr>
      <w:r>
        <w:t>5) are cooking</w:t>
      </w:r>
    </w:p>
    <w:p>
      <w:pPr>
        <w:spacing w:after="0"/>
      </w:pPr>
      <w:r>
        <w:t>6) isn't studying</w:t>
      </w:r>
    </w:p>
    <w:p>
      <w:r>
        <w:rPr>
          <w:b/>
        </w:rPr>
        <w:t>5. Modal verbs</w:t>
      </w:r>
    </w:p>
    <w:p>
      <w:pPr>
        <w:spacing w:after="0"/>
      </w:pPr>
      <w:r>
        <w:t>1) should</w:t>
      </w:r>
    </w:p>
    <w:p>
      <w:pPr>
        <w:spacing w:after="0"/>
      </w:pPr>
      <w:r>
        <w:t>2) must not</w:t>
      </w:r>
    </w:p>
    <w:p>
      <w:pPr>
        <w:spacing w:after="0"/>
      </w:pPr>
      <w:r>
        <w:t>3) can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2026-01-26T00:00:00Z</dcterms:created>
  <dcterms:modified xsi:type="dcterms:W3CDTF">2026-01-26T00:00:00Z</dcterms:modified>
  <cp:category/>
</cp:coreProperties>
</file>