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Leitura e tempos verbais: tecnologia e transporte público</w:t>
      </w:r>
    </w:p>
    <w:p>
      <w:r>
        <w:rPr>
          <w:color w:val="6B6B6B"/>
          <w:sz w:val="18"/>
        </w:rPr>
        <w:t>3ª série · Conditionals (if clauses) · BNCC: EM13LGG103, EM13LGG302</w:t>
      </w:r>
    </w:p>
    <w:p>
      <w:pPr>
        <w:pStyle w:val="Heading2"/>
      </w:pPr>
      <w:r>
        <w:t>1. Reading and vocabulary</w:t>
      </w:r>
    </w:p>
    <w:p>
      <w:r>
        <w:rPr>
          <w:i/>
        </w:rPr>
        <w:t>Read the text and choose the correct answer.</w:t>
      </w:r>
    </w:p>
    <w:p>
      <w:r>
        <w:rPr>
          <w:b/>
        </w:rPr>
        <w:t>Technology and Communication</w:t>
      </w:r>
    </w:p>
    <w:p>
      <w:pPr>
        <w:ind w:left="340"/>
      </w:pPr>
      <w:r>
        <w:t>Technology has transformed the way people communicate. Today, information can be shared instantly across the world. While digital tools offer many benefits, they also require users to think critically about the reliability of the information they consume.</w:t>
      </w:r>
    </w:p>
    <w:p>
      <w:pPr>
        <w:keepNext/>
        <w:spacing w:before="120"/>
      </w:pPr>
      <w:r>
        <w:t>1. What has technology transformed?</w:t>
      </w:r>
    </w:p>
    <w:p>
      <w:pPr>
        <w:spacing w:after="0"/>
        <w:ind w:left="454"/>
      </w:pPr>
      <w:r>
        <w:t>(   ) a) The way people communicate</w:t>
      </w:r>
    </w:p>
    <w:p>
      <w:pPr>
        <w:spacing w:after="0"/>
        <w:ind w:left="454"/>
      </w:pPr>
      <w:r>
        <w:t>(   ) b) The way people cook</w:t>
      </w:r>
    </w:p>
    <w:p>
      <w:pPr>
        <w:spacing w:after="0"/>
        <w:ind w:left="454"/>
      </w:pPr>
      <w:r>
        <w:t>(   ) c) The weather</w:t>
      </w:r>
    </w:p>
    <w:p>
      <w:pPr>
        <w:spacing w:after="0"/>
        <w:ind w:left="454"/>
      </w:pPr>
      <w:r>
        <w:t>(   ) d) School buildings</w:t>
      </w:r>
    </w:p>
    <w:p>
      <w:pPr>
        <w:keepNext/>
        <w:spacing w:before="120"/>
      </w:pPr>
      <w:r>
        <w:t>2. What can be shared instantly?</w:t>
      </w:r>
    </w:p>
    <w:p>
      <w:pPr>
        <w:spacing w:after="0"/>
        <w:ind w:left="454"/>
      </w:pPr>
      <w:r>
        <w:t>(   ) a) Food</w:t>
      </w:r>
    </w:p>
    <w:p>
      <w:pPr>
        <w:spacing w:after="0"/>
        <w:ind w:left="454"/>
      </w:pPr>
      <w:r>
        <w:t>(   ) b) Money only</w:t>
      </w:r>
    </w:p>
    <w:p>
      <w:pPr>
        <w:spacing w:after="0"/>
        <w:ind w:left="454"/>
      </w:pPr>
      <w:r>
        <w:t>(   ) c) Information</w:t>
      </w:r>
    </w:p>
    <w:p>
      <w:pPr>
        <w:spacing w:after="0"/>
        <w:ind w:left="454"/>
      </w:pPr>
      <w:r>
        <w:t>(   ) d) Opinions only in person</w:t>
      </w:r>
    </w:p>
    <w:p>
      <w:pPr>
        <w:keepNext/>
        <w:spacing w:before="120"/>
      </w:pPr>
      <w:r>
        <w:t>3. In the text, the word "while" indicates...</w:t>
      </w:r>
    </w:p>
    <w:p>
      <w:pPr>
        <w:spacing w:after="0"/>
        <w:ind w:left="454"/>
      </w:pPr>
      <w:r>
        <w:t>(   ) a) addition</w:t>
      </w:r>
    </w:p>
    <w:p>
      <w:pPr>
        <w:spacing w:after="0"/>
        <w:ind w:left="454"/>
      </w:pPr>
      <w:r>
        <w:t>(   ) b) contrast</w:t>
      </w:r>
    </w:p>
    <w:p>
      <w:pPr>
        <w:spacing w:after="0"/>
        <w:ind w:left="454"/>
      </w:pPr>
      <w:r>
        <w:t>(   ) c) cause</w:t>
      </w:r>
    </w:p>
    <w:p>
      <w:pPr>
        <w:keepNext/>
        <w:spacing w:before="120"/>
      </w:pPr>
      <w:r>
        <w:t>4. Why is critical thinking important, according to the text?</w:t>
      </w:r>
    </w:p>
    <w:p>
      <w:pPr>
        <w:spacing w:after="0"/>
        <w:ind w:left="454"/>
      </w:pPr>
      <w:r>
        <w:t>(   ) a) To use digital tools faster</w:t>
      </w:r>
    </w:p>
    <w:p>
      <w:pPr>
        <w:spacing w:after="0"/>
        <w:ind w:left="454"/>
      </w:pPr>
      <w:r>
        <w:t>(   ) b) To buy better devices</w:t>
      </w:r>
    </w:p>
    <w:p>
      <w:pPr>
        <w:spacing w:after="0"/>
        <w:ind w:left="454"/>
      </w:pPr>
      <w:r>
        <w:t>(   ) c) To avoid using technology</w:t>
      </w:r>
    </w:p>
    <w:p>
      <w:pPr>
        <w:spacing w:after="0"/>
        <w:ind w:left="454"/>
      </w:pPr>
      <w:r>
        <w:t>(   ) d) To evaluate the reliability of information</w:t>
      </w:r>
    </w:p>
    <w:p>
      <w:pPr>
        <w:pStyle w:val="Heading2"/>
      </w:pPr>
      <w:r>
        <w:t>2. Mixed verb tenses</w:t>
      </w:r>
    </w:p>
    <w:p>
      <w:r>
        <w:rPr>
          <w:i/>
        </w:rPr>
        <w:t>Complete the sentences using the correct form of the verbs.</w:t>
      </w:r>
    </w:p>
    <w:p>
      <w:pPr>
        <w:keepNext/>
        <w:spacing w:before="120"/>
      </w:pPr>
      <w:r>
        <w:t>1. I ______________ (finish) my project yesterday.</w:t>
      </w:r>
    </w:p>
    <w:p>
      <w:pPr>
        <w:keepNext/>
        <w:spacing w:before="120"/>
      </w:pPr>
      <w:r>
        <w:t>2. She ______________ (study) for the exam right now.</w:t>
      </w:r>
    </w:p>
    <w:p>
      <w:pPr>
        <w:keepNext/>
        <w:spacing w:before="120"/>
      </w:pPr>
      <w:r>
        <w:t>3. They ______________ (live) in this city since 2021.</w:t>
      </w:r>
    </w:p>
    <w:p>
      <w:pPr>
        <w:keepNext/>
        <w:spacing w:before="120"/>
      </w:pPr>
      <w:r>
        <w:t>4. We ______________ (never / visit) Canada.</w:t>
      </w:r>
    </w:p>
    <w:p>
      <w:pPr>
        <w:keepNext/>
        <w:spacing w:before="120"/>
      </w:pPr>
      <w:r>
        <w:t>5. By the time I arrived, the class ______________ (already / start).</w:t>
      </w:r>
    </w:p>
    <w:p>
      <w:pPr>
        <w:pStyle w:val="Heading2"/>
      </w:pPr>
      <w:r>
        <w:t>3. Reading and grammar analysis</w:t>
      </w:r>
    </w:p>
    <w:p>
      <w:r>
        <w:rPr>
          <w:i/>
        </w:rPr>
        <w:t>Read the text and choose the correct answer.</w:t>
      </w:r>
    </w:p>
    <w:p>
      <w:r>
        <w:rPr>
          <w:b/>
        </w:rPr>
        <w:t>Public Transportation</w:t>
      </w:r>
    </w:p>
    <w:p>
      <w:pPr>
        <w:ind w:left="340"/>
      </w:pPr>
      <w:r>
        <w:t>If more people used public transportation, cities would experience less traffic and lower pollution levels. However, improving public transportation systems requires investment and long-term planning.</w:t>
      </w:r>
    </w:p>
    <w:p>
      <w:pPr>
        <w:keepNext/>
        <w:spacing w:before="120"/>
      </w:pPr>
      <w:r>
        <w:t>1. According to the text, what would happen if more people used public transportation?</w:t>
      </w:r>
    </w:p>
    <w:p>
      <w:pPr>
        <w:spacing w:after="0"/>
        <w:ind w:left="454"/>
      </w:pPr>
      <w:r>
        <w:t>(   ) a) Cities would have more cars.</w:t>
      </w:r>
    </w:p>
    <w:p>
      <w:pPr>
        <w:spacing w:after="0"/>
        <w:ind w:left="454"/>
      </w:pPr>
      <w:r>
        <w:t>(   ) b) Cities would experience less traffic and lower pollution levels.</w:t>
      </w:r>
    </w:p>
    <w:p>
      <w:pPr>
        <w:spacing w:after="0"/>
        <w:ind w:left="454"/>
      </w:pPr>
      <w:r>
        <w:t>(   ) c) Buses would become more expensive.</w:t>
      </w:r>
    </w:p>
    <w:p>
      <w:pPr>
        <w:spacing w:after="0"/>
        <w:ind w:left="454"/>
      </w:pPr>
      <w:r>
        <w:t>(   ) d) People would stop working.</w:t>
      </w:r>
    </w:p>
    <w:p>
      <w:pPr>
        <w:keepNext/>
        <w:spacing w:before="120"/>
      </w:pPr>
      <w:r>
        <w:t>2. What challenge is mentioned?</w:t>
      </w:r>
    </w:p>
    <w:p>
      <w:pPr>
        <w:spacing w:after="0"/>
        <w:ind w:left="454"/>
      </w:pPr>
      <w:r>
        <w:t>(   ) a) Lack of passengers</w:t>
      </w:r>
    </w:p>
    <w:p>
      <w:pPr>
        <w:spacing w:after="0"/>
        <w:ind w:left="454"/>
      </w:pPr>
      <w:r>
        <w:t>(   ) b) Bad weather</w:t>
      </w:r>
    </w:p>
    <w:p>
      <w:pPr>
        <w:spacing w:after="0"/>
        <w:ind w:left="454"/>
      </w:pPr>
      <w:r>
        <w:t>(   ) c) Investment and long-term planning</w:t>
      </w:r>
    </w:p>
    <w:p>
      <w:pPr>
        <w:spacing w:after="0"/>
        <w:ind w:left="454"/>
      </w:pPr>
      <w:r>
        <w:t>(   ) d) Too many bike lanes</w:t>
      </w:r>
    </w:p>
    <w:p>
      <w:pPr>
        <w:keepNext/>
        <w:spacing w:before="120"/>
      </w:pPr>
      <w:r>
        <w:t>3. "If more people used public transportation, cities would experience less traffic" is an example of the...</w:t>
      </w:r>
    </w:p>
    <w:p>
      <w:pPr>
        <w:spacing w:after="0"/>
        <w:ind w:left="454"/>
      </w:pPr>
      <w:r>
        <w:t>(   ) a) first conditional</w:t>
      </w:r>
    </w:p>
    <w:p>
      <w:pPr>
        <w:spacing w:after="0"/>
        <w:ind w:left="454"/>
      </w:pPr>
      <w:r>
        <w:t>(   ) b) third conditional</w:t>
      </w:r>
    </w:p>
    <w:p>
      <w:pPr>
        <w:spacing w:after="0"/>
        <w:ind w:left="454"/>
      </w:pPr>
      <w:r>
        <w:t>(   ) c) second conditional</w:t>
      </w:r>
    </w:p>
    <w:p>
      <w:pPr>
        <w:keepNext/>
        <w:spacing w:before="120"/>
      </w:pPr>
      <w:r>
        <w:t>4. Why is the second conditional used in the text?</w:t>
      </w:r>
    </w:p>
    <w:p>
      <w:pPr>
        <w:spacing w:after="0"/>
        <w:ind w:left="454"/>
      </w:pPr>
      <w:r>
        <w:t>(   ) a) To describe a hypothetical situation and its possible result</w:t>
      </w:r>
    </w:p>
    <w:p>
      <w:pPr>
        <w:spacing w:after="0"/>
        <w:ind w:left="454"/>
      </w:pPr>
      <w:r>
        <w:t>(   ) b) To talk about a finished past event</w:t>
      </w:r>
    </w:p>
    <w:p>
      <w:pPr>
        <w:spacing w:after="0"/>
        <w:ind w:left="454"/>
      </w:pPr>
      <w:r>
        <w:t>(   ) c) To give an order</w:t>
      </w:r>
    </w:p>
    <w:p>
      <w:pPr>
        <w:spacing w:after="0"/>
        <w:ind w:left="454"/>
      </w:pPr>
      <w:r>
        <w:t>(   ) d) To describe a daily routine</w:t>
      </w:r>
    </w:p>
    <w:p>
      <w:r>
        <w:br w:type="page"/>
      </w:r>
    </w:p>
    <w:p>
      <w:pPr>
        <w:pStyle w:val="Heading2"/>
      </w:pPr>
      <w:r>
        <w:t>Gabarito (Answer key)</w:t>
      </w:r>
    </w:p>
    <w:p>
      <w:r>
        <w:rPr>
          <w:b/>
        </w:rPr>
        <w:t>1. Reading and vocabulary</w:t>
      </w:r>
    </w:p>
    <w:p>
      <w:pPr>
        <w:spacing w:after="0"/>
      </w:pPr>
      <w:r>
        <w:t>1) a) The way people communicate</w:t>
      </w:r>
    </w:p>
    <w:p>
      <w:pPr>
        <w:spacing w:after="0"/>
      </w:pPr>
      <w:r>
        <w:t>2) c) Information</w:t>
      </w:r>
    </w:p>
    <w:p>
      <w:pPr>
        <w:spacing w:after="0"/>
      </w:pPr>
      <w:r>
        <w:t>3) b) contrast</w:t>
      </w:r>
    </w:p>
    <w:p>
      <w:pPr>
        <w:spacing w:after="0"/>
      </w:pPr>
      <w:r>
        <w:t>4) d) To evaluate the reliability of information</w:t>
      </w:r>
    </w:p>
    <w:p>
      <w:r>
        <w:rPr>
          <w:b/>
        </w:rPr>
        <w:t>2. Mixed verb tenses</w:t>
      </w:r>
    </w:p>
    <w:p>
      <w:pPr>
        <w:spacing w:after="0"/>
      </w:pPr>
      <w:r>
        <w:t>1) finished</w:t>
      </w:r>
    </w:p>
    <w:p>
      <w:pPr>
        <w:spacing w:after="0"/>
      </w:pPr>
      <w:r>
        <w:t>2) is studying</w:t>
      </w:r>
    </w:p>
    <w:p>
      <w:pPr>
        <w:spacing w:after="0"/>
      </w:pPr>
      <w:r>
        <w:t>3) have lived</w:t>
      </w:r>
    </w:p>
    <w:p>
      <w:pPr>
        <w:spacing w:after="0"/>
      </w:pPr>
      <w:r>
        <w:t>4) have never visited</w:t>
      </w:r>
    </w:p>
    <w:p>
      <w:pPr>
        <w:spacing w:after="0"/>
      </w:pPr>
      <w:r>
        <w:t>5) had already started</w:t>
      </w:r>
    </w:p>
    <w:p>
      <w:r>
        <w:rPr>
          <w:b/>
        </w:rPr>
        <w:t>3. Reading and grammar analysis</w:t>
      </w:r>
    </w:p>
    <w:p>
      <w:pPr>
        <w:spacing w:after="0"/>
      </w:pPr>
      <w:r>
        <w:t>1) b) Cities would experience less traffic and lower pollution levels.</w:t>
      </w:r>
    </w:p>
    <w:p>
      <w:pPr>
        <w:spacing w:after="0"/>
      </w:pPr>
      <w:r>
        <w:t>2) c) Investment and long-term planning</w:t>
      </w:r>
    </w:p>
    <w:p>
      <w:pPr>
        <w:spacing w:after="0"/>
      </w:pPr>
      <w:r>
        <w:t>3) c) second conditional</w:t>
      </w:r>
    </w:p>
    <w:p>
      <w:pPr>
        <w:spacing w:after="0"/>
      </w:pPr>
      <w:r>
        <w:t>4) a) To describe a hypothetical situation and its possible result</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2026-06-17T00:00:00Z</dcterms:created>
  <dcterms:modified xsi:type="dcterms:W3CDTF">2026-06-17T00:00:00Z</dcterms:modified>
  <cp:category/>
</cp:coreProperties>
</file>