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Reading: internet, adolescentes e meio ambiente</w:t>
      </w:r>
    </w:p>
    <w:p>
      <w:r>
        <w:rPr>
          <w:color w:val="6B6B6B"/>
          <w:sz w:val="18"/>
        </w:rPr>
        <w:t>8º ano e 9º ano · Reading comprehension (interpretação) · BNCC: EF08LI05, EF09LI07</w:t>
      </w:r>
    </w:p>
    <w:p>
      <w:pPr>
        <w:pStyle w:val="Heading2"/>
      </w:pPr>
      <w:r>
        <w:t>1. Text 1 – The Internet and Teenagers</w:t>
      </w:r>
    </w:p>
    <w:p>
      <w:r>
        <w:rPr>
          <w:i/>
        </w:rPr>
        <w:t>Read the text and choose the correct answer.</w:t>
      </w:r>
    </w:p>
    <w:p>
      <w:r>
        <w:rPr>
          <w:b/>
        </w:rPr>
        <w:t>The Internet and Teenagers</w:t>
      </w:r>
    </w:p>
    <w:p>
      <w:pPr>
        <w:ind w:left="340"/>
      </w:pPr>
      <w:r>
        <w:t>The internet has changed how teenagers communicate and learn. Many students use social media to share ideas, watch videos, and study. However, experts say it's important to use technology responsibly. Spending too much time online can cause tiredness and reduce real-life conversations. Balance is the key.</w:t>
      </w:r>
    </w:p>
    <w:p>
      <w:pPr>
        <w:keepNext/>
        <w:spacing w:before="120"/>
      </w:pPr>
      <w:r>
        <w:t>1. What is one benefit of using the internet, according to the text?</w:t>
      </w:r>
    </w:p>
    <w:p>
      <w:pPr>
        <w:spacing w:after="0"/>
        <w:ind w:left="454"/>
      </w:pPr>
      <w:r>
        <w:t>(   ) a) It helps teenagers share ideas and study.</w:t>
      </w:r>
    </w:p>
    <w:p>
      <w:pPr>
        <w:spacing w:after="0"/>
        <w:ind w:left="454"/>
      </w:pPr>
      <w:r>
        <w:t>(   ) b) It always causes tiredness.</w:t>
      </w:r>
    </w:p>
    <w:p>
      <w:pPr>
        <w:spacing w:after="0"/>
        <w:ind w:left="454"/>
      </w:pPr>
      <w:r>
        <w:t>(   ) c) It replaces real communication.</w:t>
      </w:r>
    </w:p>
    <w:p>
      <w:pPr>
        <w:spacing w:after="0"/>
        <w:ind w:left="454"/>
      </w:pPr>
      <w:r>
        <w:t>(   ) d) It is bad for students.</w:t>
      </w:r>
    </w:p>
    <w:p>
      <w:pPr>
        <w:keepNext/>
        <w:spacing w:before="120"/>
      </w:pPr>
      <w:r>
        <w:t>2. What problem is mentioned about using the internet too much?</w:t>
      </w:r>
    </w:p>
    <w:p>
      <w:pPr>
        <w:spacing w:after="0"/>
        <w:ind w:left="454"/>
      </w:pPr>
      <w:r>
        <w:t>(   ) a) Students become more social.</w:t>
      </w:r>
    </w:p>
    <w:p>
      <w:pPr>
        <w:spacing w:after="0"/>
        <w:ind w:left="454"/>
      </w:pPr>
      <w:r>
        <w:t>(   ) b) It can make people tired and talk less in real life.</w:t>
      </w:r>
    </w:p>
    <w:p>
      <w:pPr>
        <w:spacing w:after="0"/>
        <w:ind w:left="454"/>
      </w:pPr>
      <w:r>
        <w:t>(   ) c) It helps students sleep better.</w:t>
      </w:r>
    </w:p>
    <w:p>
      <w:pPr>
        <w:spacing w:after="0"/>
        <w:ind w:left="454"/>
      </w:pPr>
      <w:r>
        <w:t>(   ) d) It improves focus.</w:t>
      </w:r>
    </w:p>
    <w:p>
      <w:pPr>
        <w:keepNext/>
        <w:spacing w:before="120"/>
      </w:pPr>
      <w:r>
        <w:t>3. What does the text suggest as a solution?</w:t>
      </w:r>
    </w:p>
    <w:p>
      <w:pPr>
        <w:spacing w:after="0"/>
        <w:ind w:left="454"/>
      </w:pPr>
      <w:r>
        <w:t>(   ) a) Avoid the internet completely.</w:t>
      </w:r>
    </w:p>
    <w:p>
      <w:pPr>
        <w:spacing w:after="0"/>
        <w:ind w:left="454"/>
      </w:pPr>
      <w:r>
        <w:t>(   ) b) Use technology only for games.</w:t>
      </w:r>
    </w:p>
    <w:p>
      <w:pPr>
        <w:spacing w:after="0"/>
        <w:ind w:left="454"/>
      </w:pPr>
      <w:r>
        <w:t>(   ) c) Spend more time on social media.</w:t>
      </w:r>
    </w:p>
    <w:p>
      <w:pPr>
        <w:spacing w:after="0"/>
        <w:ind w:left="454"/>
      </w:pPr>
      <w:r>
        <w:t>(   ) d) Find balance between online and offline life.</w:t>
      </w:r>
    </w:p>
    <w:p>
      <w:pPr>
        <w:keepNext/>
        <w:spacing w:before="120"/>
      </w:pPr>
      <w:r>
        <w:t>4. In the text, the word "However" introduces:</w:t>
      </w:r>
    </w:p>
    <w:p>
      <w:pPr>
        <w:spacing w:after="0"/>
        <w:ind w:left="454"/>
      </w:pPr>
      <w:r>
        <w:t>(   ) a) an example</w:t>
      </w:r>
    </w:p>
    <w:p>
      <w:pPr>
        <w:spacing w:after="0"/>
        <w:ind w:left="454"/>
      </w:pPr>
      <w:r>
        <w:t>(   ) b) a contrast</w:t>
      </w:r>
    </w:p>
    <w:p>
      <w:pPr>
        <w:spacing w:after="0"/>
        <w:ind w:left="454"/>
      </w:pPr>
      <w:r>
        <w:t>(   ) c) a conclusion</w:t>
      </w:r>
    </w:p>
    <w:p>
      <w:pPr>
        <w:pStyle w:val="Heading2"/>
      </w:pPr>
      <w:r>
        <w:t>2. Text 2 – Save the Planet!</w:t>
      </w:r>
    </w:p>
    <w:p>
      <w:r>
        <w:rPr>
          <w:i/>
        </w:rPr>
        <w:t>Read the text and choose the correct answer.</w:t>
      </w:r>
    </w:p>
    <w:p>
      <w:r>
        <w:rPr>
          <w:b/>
        </w:rPr>
        <w:t>Save the Planet!</w:t>
      </w:r>
    </w:p>
    <w:p>
      <w:pPr>
        <w:ind w:left="340"/>
      </w:pPr>
      <w:r>
        <w:t>Every day, we produce a lot of waste — plastic bottles, paper, and food that we don't eat. Recycling is one way to protect our planet. Small actions, like turning off the lights when not in use or planting a tree, can make a big difference. Together, we can create a cleaner and healthier world.</w:t>
      </w:r>
    </w:p>
    <w:p>
      <w:pPr>
        <w:keepNext/>
        <w:spacing w:before="120"/>
      </w:pPr>
      <w:r>
        <w:t>1. What is the main message of the text?</w:t>
      </w:r>
    </w:p>
    <w:p>
      <w:pPr>
        <w:spacing w:after="0"/>
        <w:ind w:left="454"/>
      </w:pPr>
      <w:r>
        <w:t>(   ) a) Recycling is not necessary.</w:t>
      </w:r>
    </w:p>
    <w:p>
      <w:pPr>
        <w:spacing w:after="0"/>
        <w:ind w:left="454"/>
      </w:pPr>
      <w:r>
        <w:t>(   ) b) Only governments can stop pollution.</w:t>
      </w:r>
    </w:p>
    <w:p>
      <w:pPr>
        <w:spacing w:after="0"/>
        <w:ind w:left="454"/>
      </w:pPr>
      <w:r>
        <w:t>(   ) c) We can all help the planet with small actions.</w:t>
      </w:r>
    </w:p>
    <w:p>
      <w:pPr>
        <w:spacing w:after="0"/>
        <w:ind w:left="454"/>
      </w:pPr>
      <w:r>
        <w:t>(   ) d) People should not use plastic at all.</w:t>
      </w:r>
    </w:p>
    <w:p>
      <w:pPr>
        <w:keepNext/>
        <w:spacing w:before="120"/>
      </w:pPr>
      <w:r>
        <w:t>2. Which of these actions helps protect the planet?</w:t>
      </w:r>
    </w:p>
    <w:p>
      <w:pPr>
        <w:spacing w:after="0"/>
        <w:ind w:left="454"/>
      </w:pPr>
      <w:r>
        <w:t>(   ) a) Leaving lights on all day.</w:t>
      </w:r>
    </w:p>
    <w:p>
      <w:pPr>
        <w:spacing w:after="0"/>
        <w:ind w:left="454"/>
      </w:pPr>
      <w:r>
        <w:t>(   ) b) Throwing trash on the street.</w:t>
      </w:r>
    </w:p>
    <w:p>
      <w:pPr>
        <w:spacing w:after="0"/>
        <w:ind w:left="454"/>
      </w:pPr>
      <w:r>
        <w:t>(   ) c) Using more plastic bags.</w:t>
      </w:r>
    </w:p>
    <w:p>
      <w:pPr>
        <w:spacing w:after="0"/>
        <w:ind w:left="454"/>
      </w:pPr>
      <w:r>
        <w:t>(   ) d) Recycling and planting trees.</w:t>
      </w:r>
    </w:p>
    <w:p>
      <w:pPr>
        <w:keepNext/>
        <w:spacing w:before="120"/>
      </w:pPr>
      <w:r>
        <w:t>3. What does the author mean by "Small actions can make a big difference"?</w:t>
      </w:r>
    </w:p>
    <w:p>
      <w:pPr>
        <w:spacing w:after="0"/>
        <w:ind w:left="454"/>
      </w:pPr>
      <w:r>
        <w:t>(   ) a) Little things we do daily can help nature.</w:t>
      </w:r>
    </w:p>
    <w:p>
      <w:pPr>
        <w:spacing w:after="0"/>
        <w:ind w:left="454"/>
      </w:pPr>
      <w:r>
        <w:t>(   ) b) Only rich people can help the planet.</w:t>
      </w:r>
    </w:p>
    <w:p>
      <w:pPr>
        <w:spacing w:after="0"/>
        <w:ind w:left="454"/>
      </w:pPr>
      <w:r>
        <w:t>(   ) c) We should wait for others to act first.</w:t>
      </w:r>
    </w:p>
    <w:p>
      <w:pPr>
        <w:spacing w:after="0"/>
        <w:ind w:left="454"/>
      </w:pPr>
      <w:r>
        <w:t>(   ) d) It is impossible to protect the Earth.</w:t>
      </w:r>
    </w:p>
    <w:p>
      <w:pPr>
        <w:keepNext/>
        <w:spacing w:before="120"/>
      </w:pPr>
      <w:r>
        <w:t>4. The word "waste" in the text means:</w:t>
      </w:r>
    </w:p>
    <w:p>
      <w:pPr>
        <w:spacing w:after="0"/>
        <w:ind w:left="454"/>
      </w:pPr>
      <w:r>
        <w:t>(   ) a) lixo, resíduos</w:t>
      </w:r>
    </w:p>
    <w:p>
      <w:pPr>
        <w:spacing w:after="0"/>
        <w:ind w:left="454"/>
      </w:pPr>
      <w:r>
        <w:t>(   ) b) cintura</w:t>
      </w:r>
    </w:p>
    <w:p>
      <w:pPr>
        <w:spacing w:after="0"/>
        <w:ind w:left="454"/>
      </w:pPr>
      <w:r>
        <w:t>(   ) c) água</w:t>
      </w:r>
    </w:p>
    <w:p>
      <w:pPr>
        <w:pStyle w:val="Heading2"/>
      </w:pPr>
      <w:r>
        <w:t>3. True or false?</w:t>
      </w:r>
    </w:p>
    <w:p>
      <w:r>
        <w:rPr>
          <w:i/>
        </w:rPr>
        <w:t>Read both texts again. Are the statements true or false?</w:t>
      </w:r>
    </w:p>
    <w:p>
      <w:pPr>
        <w:keepNext/>
        <w:spacing w:before="120"/>
      </w:pPr>
      <w:r>
        <w:t>1. Text 1 says teenagers should never use social media.</w:t>
      </w:r>
    </w:p>
    <w:p>
      <w:pPr>
        <w:ind w:left="454"/>
      </w:pPr>
      <w:r>
        <w:t>(   ) True        (   ) False</w:t>
      </w:r>
    </w:p>
    <w:p>
      <w:pPr>
        <w:keepNext/>
        <w:spacing w:before="120"/>
      </w:pPr>
      <w:r>
        <w:t>2. According to Text 1, experts recommend using technology responsibly.</w:t>
      </w:r>
    </w:p>
    <w:p>
      <w:pPr>
        <w:ind w:left="454"/>
      </w:pPr>
      <w:r>
        <w:t>(   ) True        (   ) False</w:t>
      </w:r>
    </w:p>
    <w:p>
      <w:pPr>
        <w:keepNext/>
        <w:spacing w:before="120"/>
      </w:pPr>
      <w:r>
        <w:t>3. Text 2 mentions food that we don't eat as a type of waste.</w:t>
      </w:r>
    </w:p>
    <w:p>
      <w:pPr>
        <w:ind w:left="454"/>
      </w:pPr>
      <w:r>
        <w:t>(   ) True        (   ) False</w:t>
      </w:r>
    </w:p>
    <w:p>
      <w:pPr>
        <w:keepNext/>
        <w:spacing w:before="120"/>
      </w:pPr>
      <w:r>
        <w:t>4. Text 2 says that one person alone cannot do anything.</w:t>
      </w:r>
    </w:p>
    <w:p>
      <w:pPr>
        <w:ind w:left="454"/>
      </w:pPr>
      <w:r>
        <w:t>(   ) True        (   ) False</w:t>
      </w:r>
    </w:p>
    <w:p>
      <w:r>
        <w:br w:type="page"/>
      </w:r>
    </w:p>
    <w:p>
      <w:pPr>
        <w:pStyle w:val="Heading2"/>
      </w:pPr>
      <w:r>
        <w:t>Gabarito (Answer key)</w:t>
      </w:r>
    </w:p>
    <w:p>
      <w:r>
        <w:rPr>
          <w:b/>
        </w:rPr>
        <w:t>1. Text 1 – The Internet and Teenagers</w:t>
      </w:r>
    </w:p>
    <w:p>
      <w:pPr>
        <w:spacing w:after="0"/>
      </w:pPr>
      <w:r>
        <w:t>1) a) It helps teenagers share ideas and study.</w:t>
      </w:r>
    </w:p>
    <w:p>
      <w:pPr>
        <w:spacing w:after="0"/>
      </w:pPr>
      <w:r>
        <w:t>2) b) It can make people tired and talk less in real life.</w:t>
      </w:r>
    </w:p>
    <w:p>
      <w:pPr>
        <w:spacing w:after="0"/>
      </w:pPr>
      <w:r>
        <w:t>3) d) Find balance between online and offline life.</w:t>
      </w:r>
    </w:p>
    <w:p>
      <w:pPr>
        <w:spacing w:after="0"/>
      </w:pPr>
      <w:r>
        <w:t>4) b) a contrast</w:t>
      </w:r>
    </w:p>
    <w:p>
      <w:r>
        <w:rPr>
          <w:b/>
        </w:rPr>
        <w:t>2. Text 2 – Save the Planet!</w:t>
      </w:r>
    </w:p>
    <w:p>
      <w:pPr>
        <w:spacing w:after="0"/>
      </w:pPr>
      <w:r>
        <w:t>1) c) We can all help the planet with small actions.</w:t>
      </w:r>
    </w:p>
    <w:p>
      <w:pPr>
        <w:spacing w:after="0"/>
      </w:pPr>
      <w:r>
        <w:t>2) d) Recycling and planting trees.</w:t>
      </w:r>
    </w:p>
    <w:p>
      <w:pPr>
        <w:spacing w:after="0"/>
      </w:pPr>
      <w:r>
        <w:t>3) a) Little things we do daily can help nature.</w:t>
      </w:r>
    </w:p>
    <w:p>
      <w:pPr>
        <w:spacing w:after="0"/>
      </w:pPr>
      <w:r>
        <w:t>4) a) lixo, resíduos</w:t>
      </w:r>
    </w:p>
    <w:p>
      <w:r>
        <w:rPr>
          <w:b/>
        </w:rPr>
        <w:t>3. True or false?</w:t>
      </w:r>
    </w:p>
    <w:p>
      <w:pPr>
        <w:spacing w:after="0"/>
      </w:pPr>
      <w:r>
        <w:t>1) False</w:t>
      </w:r>
    </w:p>
    <w:p>
      <w:pPr>
        <w:spacing w:after="0"/>
      </w:pPr>
      <w:r>
        <w:t>2) True</w:t>
      </w:r>
    </w:p>
    <w:p>
      <w:pPr>
        <w:spacing w:after="0"/>
      </w:pPr>
      <w:r>
        <w:t>3) True</w:t>
      </w:r>
    </w:p>
    <w:p>
      <w:pPr>
        <w:spacing w:after="0"/>
      </w:pPr>
      <w:r>
        <w:t>4) False</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