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pré-ENEM: plástico nos oceanos e feira de ciências</w:t>
      </w:r>
    </w:p>
    <w:p>
      <w:r>
        <w:rPr>
          <w:color w:val="6B6B6B"/>
          <w:sz w:val="18"/>
        </w:rPr>
        <w:t>9º ano · Reading comprehension (interpretação) · BNCC: EF09LI07, EF09LI14</w:t>
      </w:r>
    </w:p>
    <w:p>
      <w:pPr>
        <w:pStyle w:val="Heading2"/>
      </w:pPr>
      <w:r>
        <w:t>1. Text 1</w:t>
      </w:r>
    </w:p>
    <w:p>
      <w:r>
        <w:rPr>
          <w:i/>
        </w:rPr>
        <w:t>Read the text and choose the correct alternative.</w:t>
      </w:r>
    </w:p>
    <w:p>
      <w:r>
        <w:rPr>
          <w:b/>
        </w:rPr>
        <w:t>Plastic in Our Oceans</w:t>
      </w:r>
    </w:p>
    <w:p>
      <w:pPr>
        <w:ind w:left="340"/>
      </w:pPr>
      <w:r>
        <w:t>Every year, millions of tons of plastic end up in the world's oceans. This pollution harms marine animals, which often mistake plastic for food. Scientists warn that, if nothing changes, there could be more plastic than fish in the sea by 2050. Fortunately, many communities are reducing their use of single-use plastics and organizing beach clean-ups to protect marine life.</w:t>
      </w:r>
    </w:p>
    <w:p>
      <w:pPr>
        <w:keepNext/>
        <w:spacing w:before="120"/>
      </w:pPr>
      <w:r>
        <w:t>1. The main purpose of the text is to</w:t>
      </w:r>
    </w:p>
    <w:p>
      <w:pPr>
        <w:spacing w:after="0"/>
        <w:ind w:left="454"/>
      </w:pPr>
      <w:r>
        <w:t>(   ) a) promote the sale of fish products.</w:t>
      </w:r>
    </w:p>
    <w:p>
      <w:pPr>
        <w:spacing w:after="0"/>
        <w:ind w:left="454"/>
      </w:pPr>
      <w:r>
        <w:t>(   ) b) warn about plastic pollution and mention possible solutions.</w:t>
      </w:r>
    </w:p>
    <w:p>
      <w:pPr>
        <w:spacing w:after="0"/>
        <w:ind w:left="454"/>
      </w:pPr>
      <w:r>
        <w:t>(   ) c) describe how plastic is produced.</w:t>
      </w:r>
    </w:p>
    <w:p>
      <w:pPr>
        <w:spacing w:after="0"/>
        <w:ind w:left="454"/>
      </w:pPr>
      <w:r>
        <w:t>(   ) d) compare different types of marine animals.</w:t>
      </w:r>
    </w:p>
    <w:p>
      <w:pPr>
        <w:spacing w:after="0"/>
        <w:ind w:left="454"/>
      </w:pPr>
      <w:r>
        <w:t>(   ) e) criticize scientists who study the oceans.</w:t>
      </w:r>
    </w:p>
    <w:p>
      <w:pPr>
        <w:keepNext/>
        <w:spacing w:before="120"/>
      </w:pPr>
      <w:r>
        <w:t>2. According to the text, marine animals are harmed because they</w:t>
      </w:r>
    </w:p>
    <w:p>
      <w:pPr>
        <w:spacing w:after="0"/>
        <w:ind w:left="454"/>
      </w:pPr>
      <w:r>
        <w:t>(   ) a) cannot swim in polluted water.</w:t>
      </w:r>
    </w:p>
    <w:p>
      <w:pPr>
        <w:spacing w:after="0"/>
        <w:ind w:left="454"/>
      </w:pPr>
      <w:r>
        <w:t>(   ) b) migrate to colder oceans.</w:t>
      </w:r>
    </w:p>
    <w:p>
      <w:pPr>
        <w:spacing w:after="0"/>
        <w:ind w:left="454"/>
      </w:pPr>
      <w:r>
        <w:t>(   ) c) produce plastic themselves.</w:t>
      </w:r>
    </w:p>
    <w:p>
      <w:pPr>
        <w:spacing w:after="0"/>
        <w:ind w:left="454"/>
      </w:pPr>
      <w:r>
        <w:t>(   ) d) mistake plastic for food.</w:t>
      </w:r>
    </w:p>
    <w:p>
      <w:pPr>
        <w:spacing w:after="0"/>
        <w:ind w:left="454"/>
      </w:pPr>
      <w:r>
        <w:t>(   ) e) avoid areas with fish.</w:t>
      </w:r>
    </w:p>
    <w:p>
      <w:pPr>
        <w:keepNext/>
        <w:spacing w:before="120"/>
      </w:pPr>
      <w:r>
        <w:t>3. According to scientists, if nothing changes, by 2050</w:t>
      </w:r>
    </w:p>
    <w:p>
      <w:pPr>
        <w:spacing w:after="0"/>
        <w:ind w:left="454"/>
      </w:pPr>
      <w:r>
        <w:t>(   ) a) all marine animals will disappear.</w:t>
      </w:r>
    </w:p>
    <w:p>
      <w:pPr>
        <w:spacing w:after="0"/>
        <w:ind w:left="454"/>
      </w:pPr>
      <w:r>
        <w:t>(   ) b) plastic will no longer be produced.</w:t>
      </w:r>
    </w:p>
    <w:p>
      <w:pPr>
        <w:spacing w:after="0"/>
        <w:ind w:left="454"/>
      </w:pPr>
      <w:r>
        <w:t>(   ) c) there could be more plastic than fish in the sea.</w:t>
      </w:r>
    </w:p>
    <w:p>
      <w:pPr>
        <w:spacing w:after="0"/>
        <w:ind w:left="454"/>
      </w:pPr>
      <w:r>
        <w:t>(   ) d) the oceans will be completely clean.</w:t>
      </w:r>
    </w:p>
    <w:p>
      <w:pPr>
        <w:spacing w:after="0"/>
        <w:ind w:left="454"/>
      </w:pPr>
      <w:r>
        <w:t>(   ) e) fish will learn to avoid plastic.</w:t>
      </w:r>
    </w:p>
    <w:p>
      <w:pPr>
        <w:keepNext/>
        <w:spacing w:before="120"/>
      </w:pPr>
      <w:r>
        <w:t>4. The word "Fortunately" in the text introduces</w:t>
      </w:r>
    </w:p>
    <w:p>
      <w:pPr>
        <w:spacing w:after="0"/>
        <w:ind w:left="454"/>
      </w:pPr>
      <w:r>
        <w:t>(   ) a) a positive contrast with the previous information.</w:t>
      </w:r>
    </w:p>
    <w:p>
      <w:pPr>
        <w:spacing w:after="0"/>
        <w:ind w:left="454"/>
      </w:pPr>
      <w:r>
        <w:t>(   ) b) an example of pollution.</w:t>
      </w:r>
    </w:p>
    <w:p>
      <w:pPr>
        <w:spacing w:after="0"/>
        <w:ind w:left="454"/>
      </w:pPr>
      <w:r>
        <w:t>(   ) c) a cause of the problem.</w:t>
      </w:r>
    </w:p>
    <w:p>
      <w:pPr>
        <w:spacing w:after="0"/>
        <w:ind w:left="454"/>
      </w:pPr>
      <w:r>
        <w:t>(   ) d) a scientific warning.</w:t>
      </w:r>
    </w:p>
    <w:p>
      <w:pPr>
        <w:spacing w:after="0"/>
        <w:ind w:left="454"/>
      </w:pPr>
      <w:r>
        <w:t>(   ) e) a list of animals.</w:t>
      </w:r>
    </w:p>
    <w:p>
      <w:pPr>
        <w:keepNext/>
        <w:spacing w:before="120"/>
      </w:pPr>
      <w:r>
        <w:t>5. According to the text, what are some communities doing?</w:t>
      </w:r>
    </w:p>
    <w:p>
      <w:pPr>
        <w:spacing w:after="0"/>
        <w:ind w:left="454"/>
      </w:pPr>
      <w:r>
        <w:t>(   ) a) Increasing plastic production.</w:t>
      </w:r>
    </w:p>
    <w:p>
      <w:pPr>
        <w:spacing w:after="0"/>
        <w:ind w:left="454"/>
      </w:pPr>
      <w:r>
        <w:t>(   ) b) Fishing in polluted areas.</w:t>
      </w:r>
    </w:p>
    <w:p>
      <w:pPr>
        <w:spacing w:after="0"/>
        <w:ind w:left="454"/>
      </w:pPr>
      <w:r>
        <w:t>(   ) c) Studying marine animals only.</w:t>
      </w:r>
    </w:p>
    <w:p>
      <w:pPr>
        <w:spacing w:after="0"/>
        <w:ind w:left="454"/>
      </w:pPr>
      <w:r>
        <w:t>(   ) d) Ignoring scientists' warnings.</w:t>
      </w:r>
    </w:p>
    <w:p>
      <w:pPr>
        <w:spacing w:after="0"/>
        <w:ind w:left="454"/>
      </w:pPr>
      <w:r>
        <w:t>(   ) e) Reducing single-use plastics and organizing clean-ups.</w:t>
      </w:r>
    </w:p>
    <w:p>
      <w:pPr>
        <w:keepNext/>
        <w:spacing w:before="120"/>
      </w:pPr>
      <w:r>
        <w:t>6. The word "harms" in the text is closest in meaning to</w:t>
      </w:r>
    </w:p>
    <w:p>
      <w:pPr>
        <w:spacing w:after="0"/>
        <w:ind w:left="454"/>
      </w:pPr>
      <w:r>
        <w:t>(   ) a) helps</w:t>
      </w:r>
    </w:p>
    <w:p>
      <w:pPr>
        <w:spacing w:after="0"/>
        <w:ind w:left="454"/>
      </w:pPr>
      <w:r>
        <w:t>(   ) b) damages</w:t>
      </w:r>
    </w:p>
    <w:p>
      <w:pPr>
        <w:spacing w:after="0"/>
        <w:ind w:left="454"/>
      </w:pPr>
      <w:r>
        <w:t>(   ) c) feeds</w:t>
      </w:r>
    </w:p>
    <w:p>
      <w:pPr>
        <w:spacing w:after="0"/>
        <w:ind w:left="454"/>
      </w:pPr>
      <w:r>
        <w:t>(   ) d) protects</w:t>
      </w:r>
    </w:p>
    <w:p>
      <w:pPr>
        <w:spacing w:after="0"/>
        <w:ind w:left="454"/>
      </w:pPr>
      <w:r>
        <w:t>(   ) e) ignores</w:t>
      </w:r>
    </w:p>
    <w:p>
      <w:pPr>
        <w:pStyle w:val="Heading2"/>
      </w:pPr>
      <w:r>
        <w:t>2. Text 2</w:t>
      </w:r>
    </w:p>
    <w:p>
      <w:r>
        <w:rPr>
          <w:i/>
        </w:rPr>
        <w:t>Read the notice and choose the correct alternative.</w:t>
      </w:r>
    </w:p>
    <w:p>
      <w:r>
        <w:rPr>
          <w:b/>
        </w:rPr>
        <w:t>Notice</w:t>
      </w:r>
    </w:p>
    <w:p>
      <w:pPr>
        <w:ind w:left="340"/>
      </w:pPr>
      <w:r>
        <w:t>SCIENCE FAIR 2026</w:t>
      </w:r>
    </w:p>
    <w:p>
      <w:pPr>
        <w:ind w:left="340"/>
      </w:pPr>
      <w:r>
        <w:t>Show your creativity and win prizes!</w:t>
      </w:r>
    </w:p>
    <w:p>
      <w:pPr>
        <w:ind w:left="340"/>
      </w:pPr>
      <w:r>
        <w:t>Date: November 12th, from 2 p.m. to 6 p.m.</w:t>
      </w:r>
    </w:p>
    <w:p>
      <w:pPr>
        <w:ind w:left="340"/>
      </w:pPr>
      <w:r>
        <w:t>Place: School gymnasium</w:t>
      </w:r>
    </w:p>
    <w:p>
      <w:pPr>
        <w:ind w:left="340"/>
      </w:pPr>
      <w:r>
        <w:t>Projects must be presented in groups of up to three students.</w:t>
      </w:r>
    </w:p>
    <w:p>
      <w:pPr>
        <w:ind w:left="340"/>
      </w:pPr>
      <w:r>
        <w:t>Registration closes on October 30th. Sign up with your science teacher.</w:t>
      </w:r>
    </w:p>
    <w:p>
      <w:pPr>
        <w:keepNext/>
        <w:spacing w:before="120"/>
      </w:pPr>
      <w:r>
        <w:t>1. The main purpose of this notice is to</w:t>
      </w:r>
    </w:p>
    <w:p>
      <w:pPr>
        <w:spacing w:after="0"/>
        <w:ind w:left="454"/>
      </w:pPr>
      <w:r>
        <w:t>(   ) a) announce a school science fair and invite students to participate.</w:t>
      </w:r>
    </w:p>
    <w:p>
      <w:pPr>
        <w:spacing w:after="0"/>
        <w:ind w:left="454"/>
      </w:pPr>
      <w:r>
        <w:t>(   ) b) sell tickets for a school party.</w:t>
      </w:r>
    </w:p>
    <w:p>
      <w:pPr>
        <w:spacing w:after="0"/>
        <w:ind w:left="454"/>
      </w:pPr>
      <w:r>
        <w:t>(   ) c) inform about changes in school hours.</w:t>
      </w:r>
    </w:p>
    <w:p>
      <w:pPr>
        <w:spacing w:after="0"/>
        <w:ind w:left="454"/>
      </w:pPr>
      <w:r>
        <w:t>(   ) d) advertise science textbooks.</w:t>
      </w:r>
    </w:p>
    <w:p>
      <w:pPr>
        <w:spacing w:after="0"/>
        <w:ind w:left="454"/>
      </w:pPr>
      <w:r>
        <w:t>(   ) e) recruit new science teachers.</w:t>
      </w:r>
    </w:p>
    <w:p>
      <w:pPr>
        <w:keepNext/>
        <w:spacing w:before="120"/>
      </w:pPr>
      <w:r>
        <w:t>2. According to the notice, projects must be presented</w:t>
      </w:r>
    </w:p>
    <w:p>
      <w:pPr>
        <w:spacing w:after="0"/>
        <w:ind w:left="454"/>
      </w:pPr>
      <w:r>
        <w:t>(   ) a) individually.</w:t>
      </w:r>
    </w:p>
    <w:p>
      <w:pPr>
        <w:spacing w:after="0"/>
        <w:ind w:left="454"/>
      </w:pPr>
      <w:r>
        <w:t>(   ) b) only by teachers.</w:t>
      </w:r>
    </w:p>
    <w:p>
      <w:pPr>
        <w:spacing w:after="0"/>
        <w:ind w:left="454"/>
      </w:pPr>
      <w:r>
        <w:t>(   ) c) in groups of up to three students.</w:t>
      </w:r>
    </w:p>
    <w:p>
      <w:pPr>
        <w:spacing w:after="0"/>
        <w:ind w:left="454"/>
      </w:pPr>
      <w:r>
        <w:t>(   ) d) at the library.</w:t>
      </w:r>
    </w:p>
    <w:p>
      <w:pPr>
        <w:spacing w:after="0"/>
        <w:ind w:left="454"/>
      </w:pPr>
      <w:r>
        <w:t>(   ) e) online.</w:t>
      </w:r>
    </w:p>
    <w:p>
      <w:pPr>
        <w:keepNext/>
        <w:spacing w:before="120"/>
      </w:pPr>
      <w:r>
        <w:t>3. Where will the science fair take place?</w:t>
      </w:r>
    </w:p>
    <w:p>
      <w:pPr>
        <w:spacing w:after="0"/>
        <w:ind w:left="454"/>
      </w:pPr>
      <w:r>
        <w:t>(   ) a) In the science lab</w:t>
      </w:r>
    </w:p>
    <w:p>
      <w:pPr>
        <w:spacing w:after="0"/>
        <w:ind w:left="454"/>
      </w:pPr>
      <w:r>
        <w:t>(   ) b) In the school gymnasium</w:t>
      </w:r>
    </w:p>
    <w:p>
      <w:pPr>
        <w:spacing w:after="0"/>
        <w:ind w:left="454"/>
      </w:pPr>
      <w:r>
        <w:t>(   ) c) In the school library</w:t>
      </w:r>
    </w:p>
    <w:p>
      <w:pPr>
        <w:spacing w:after="0"/>
        <w:ind w:left="454"/>
      </w:pPr>
      <w:r>
        <w:t>(   ) d) At a city museum</w:t>
      </w:r>
    </w:p>
    <w:p>
      <w:pPr>
        <w:spacing w:after="0"/>
        <w:ind w:left="454"/>
      </w:pPr>
      <w:r>
        <w:t>(   ) e) Online</w:t>
      </w:r>
    </w:p>
    <w:p>
      <w:pPr>
        <w:keepNext/>
        <w:spacing w:before="120"/>
      </w:pPr>
      <w:r>
        <w:t>4. A student who wants to participate must</w:t>
      </w:r>
    </w:p>
    <w:p>
      <w:pPr>
        <w:spacing w:after="0"/>
        <w:ind w:left="454"/>
      </w:pPr>
      <w:r>
        <w:t>(   ) a) pay a fee on November 12th.</w:t>
      </w:r>
    </w:p>
    <w:p>
      <w:pPr>
        <w:spacing w:after="0"/>
        <w:ind w:left="454"/>
      </w:pPr>
      <w:r>
        <w:t>(   ) b) send the project by e-mail.</w:t>
      </w:r>
    </w:p>
    <w:p>
      <w:pPr>
        <w:spacing w:after="0"/>
        <w:ind w:left="454"/>
      </w:pPr>
      <w:r>
        <w:t>(   ) c) work alone on the project.</w:t>
      </w:r>
    </w:p>
    <w:p>
      <w:pPr>
        <w:spacing w:after="0"/>
        <w:ind w:left="454"/>
      </w:pPr>
      <w:r>
        <w:t>(   ) d) sign up with the science teacher by October 30th.</w:t>
      </w:r>
    </w:p>
    <w:p>
      <w:pPr>
        <w:spacing w:after="0"/>
        <w:ind w:left="454"/>
      </w:pPr>
      <w:r>
        <w:t>(   ) e) present the project in the morning.</w:t>
      </w:r>
    </w:p>
    <w:p>
      <w:pPr>
        <w:keepNext/>
        <w:spacing w:before="120"/>
      </w:pPr>
      <w:r>
        <w:t>5. The word "closes" in "Registration closes on October 30th" is closest in meaning to</w:t>
      </w:r>
    </w:p>
    <w:p>
      <w:pPr>
        <w:spacing w:after="0"/>
        <w:ind w:left="454"/>
      </w:pPr>
      <w:r>
        <w:t>(   ) a) begins</w:t>
      </w:r>
    </w:p>
    <w:p>
      <w:pPr>
        <w:spacing w:after="0"/>
        <w:ind w:left="454"/>
      </w:pPr>
      <w:r>
        <w:t>(   ) b) repeats</w:t>
      </w:r>
    </w:p>
    <w:p>
      <w:pPr>
        <w:spacing w:after="0"/>
        <w:ind w:left="454"/>
      </w:pPr>
      <w:r>
        <w:t>(   ) c) increases</w:t>
      </w:r>
    </w:p>
    <w:p>
      <w:pPr>
        <w:spacing w:after="0"/>
        <w:ind w:left="454"/>
      </w:pPr>
      <w:r>
        <w:t>(   ) d) opens</w:t>
      </w:r>
    </w:p>
    <w:p>
      <w:pPr>
        <w:spacing w:after="0"/>
        <w:ind w:left="454"/>
      </w:pPr>
      <w:r>
        <w:t>(   ) e) ends</w:t>
      </w:r>
    </w:p>
    <w:p>
      <w:r>
        <w:br w:type="page"/>
      </w:r>
    </w:p>
    <w:p>
      <w:pPr>
        <w:pStyle w:val="Heading2"/>
      </w:pPr>
      <w:r>
        <w:t>Gabarito (Answer key)</w:t>
      </w:r>
    </w:p>
    <w:p>
      <w:r>
        <w:rPr>
          <w:b/>
        </w:rPr>
        <w:t>1. Text 1</w:t>
      </w:r>
    </w:p>
    <w:p>
      <w:pPr>
        <w:spacing w:after="0"/>
      </w:pPr>
      <w:r>
        <w:t>1) b) warn about plastic pollution and mention possible solutions.</w:t>
      </w:r>
    </w:p>
    <w:p>
      <w:pPr>
        <w:spacing w:after="0"/>
      </w:pPr>
      <w:r>
        <w:t>2) d) mistake plastic for food.</w:t>
      </w:r>
    </w:p>
    <w:p>
      <w:pPr>
        <w:spacing w:after="0"/>
      </w:pPr>
      <w:r>
        <w:t>3) c) there could be more plastic than fish in the sea.</w:t>
      </w:r>
    </w:p>
    <w:p>
      <w:pPr>
        <w:spacing w:after="0"/>
      </w:pPr>
      <w:r>
        <w:t>4) a) a positive contrast with the previous information.</w:t>
      </w:r>
    </w:p>
    <w:p>
      <w:pPr>
        <w:spacing w:after="0"/>
      </w:pPr>
      <w:r>
        <w:t>5) e) Reducing single-use plastics and organizing clean-ups.</w:t>
      </w:r>
    </w:p>
    <w:p>
      <w:pPr>
        <w:spacing w:after="0"/>
      </w:pPr>
      <w:r>
        <w:t>6) b) damages</w:t>
      </w:r>
    </w:p>
    <w:p>
      <w:r>
        <w:rPr>
          <w:b/>
        </w:rPr>
        <w:t>2. Text 2</w:t>
      </w:r>
    </w:p>
    <w:p>
      <w:pPr>
        <w:spacing w:after="0"/>
      </w:pPr>
      <w:r>
        <w:t>1) a) announce a school science fair and invite students to participate.</w:t>
      </w:r>
    </w:p>
    <w:p>
      <w:pPr>
        <w:spacing w:after="0"/>
      </w:pPr>
      <w:r>
        <w:t>2) c) in groups of up to three students.</w:t>
      </w:r>
    </w:p>
    <w:p>
      <w:pPr>
        <w:spacing w:after="0"/>
      </w:pPr>
      <w:r>
        <w:t>3) b) In the school gymnasium</w:t>
      </w:r>
    </w:p>
    <w:p>
      <w:pPr>
        <w:spacing w:after="0"/>
      </w:pPr>
      <w:r>
        <w:t>4) d) sign up with the science teacher by October 30th.</w:t>
      </w:r>
    </w:p>
    <w:p>
      <w:pPr>
        <w:spacing w:after="0"/>
      </w:pPr>
      <w:r>
        <w:t>5) e) ends</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