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Reading: redes sociais e bicicletas</w:t>
      </w:r>
    </w:p>
    <w:p>
      <w:r>
        <w:rPr>
          <w:color w:val="6B6B6B"/>
          <w:sz w:val="18"/>
        </w:rPr>
        <w:t>8º ano e 9º ano · Reading comprehension (interpretação) · BNCC: EF09LI06, EF09LI07</w:t>
      </w:r>
    </w:p>
    <w:p>
      <w:pPr>
        <w:pStyle w:val="Heading2"/>
      </w:pPr>
      <w:r>
        <w:t>1. Social media</w:t>
      </w:r>
    </w:p>
    <w:p>
      <w:r>
        <w:rPr>
          <w:i/>
        </w:rPr>
        <w:t>Read the text and choose the correct answer.</w:t>
      </w:r>
    </w:p>
    <w:p>
      <w:r>
        <w:rPr>
          <w:b/>
        </w:rPr>
        <w:t>Teens online</w:t>
      </w:r>
    </w:p>
    <w:p>
      <w:pPr>
        <w:ind w:left="340"/>
      </w:pPr>
      <w:r>
        <w:t>Many teenagers today spend hours on social media. While it is a way to stay connected with friends, experts warn that excessive use can lead to anxiety and low self-esteem. Finding a balance is important for mental health.</w:t>
      </w:r>
    </w:p>
    <w:p>
      <w:pPr>
        <w:keepNext/>
        <w:spacing w:before="120"/>
      </w:pPr>
      <w:r>
        <w:t>1. According to the text, what is the main problem with using social media too much?</w:t>
      </w:r>
    </w:p>
    <w:p>
      <w:pPr>
        <w:spacing w:after="0"/>
        <w:ind w:left="454"/>
      </w:pPr>
      <w:r>
        <w:t>(   ) a) It helps students improve their grades.</w:t>
      </w:r>
    </w:p>
    <w:p>
      <w:pPr>
        <w:spacing w:after="0"/>
        <w:ind w:left="454"/>
      </w:pPr>
      <w:r>
        <w:t>(   ) b) It can cause anxiety and low self-esteem.</w:t>
      </w:r>
    </w:p>
    <w:p>
      <w:pPr>
        <w:spacing w:after="0"/>
        <w:ind w:left="454"/>
      </w:pPr>
      <w:r>
        <w:t>(   ) c) It makes teenagers more popular.</w:t>
      </w:r>
    </w:p>
    <w:p>
      <w:pPr>
        <w:spacing w:after="0"/>
        <w:ind w:left="454"/>
      </w:pPr>
      <w:r>
        <w:t>(   ) d) It improves mental health.</w:t>
      </w:r>
    </w:p>
    <w:p>
      <w:pPr>
        <w:keepNext/>
        <w:spacing w:before="120"/>
      </w:pPr>
      <w:r>
        <w:t>2. According to the text, why do teenagers use social media?</w:t>
      </w:r>
    </w:p>
    <w:p>
      <w:pPr>
        <w:spacing w:after="0"/>
        <w:ind w:left="454"/>
      </w:pPr>
      <w:r>
        <w:t>(   ) a) To stay connected with friends</w:t>
      </w:r>
    </w:p>
    <w:p>
      <w:pPr>
        <w:spacing w:after="0"/>
        <w:ind w:left="454"/>
      </w:pPr>
      <w:r>
        <w:t>(   ) b) To do their homework</w:t>
      </w:r>
    </w:p>
    <w:p>
      <w:pPr>
        <w:spacing w:after="0"/>
        <w:ind w:left="454"/>
      </w:pPr>
      <w:r>
        <w:t>(   ) c) To find jobs</w:t>
      </w:r>
    </w:p>
    <w:p>
      <w:pPr>
        <w:keepNext/>
        <w:spacing w:before="120"/>
      </w:pPr>
      <w:r>
        <w:t>3. What is important for mental health, according to the text?</w:t>
      </w:r>
    </w:p>
    <w:p>
      <w:pPr>
        <w:spacing w:after="0"/>
        <w:ind w:left="454"/>
      </w:pPr>
      <w:r>
        <w:t>(   ) a) Stopping all use of the internet</w:t>
      </w:r>
    </w:p>
    <w:p>
      <w:pPr>
        <w:spacing w:after="0"/>
        <w:ind w:left="454"/>
      </w:pPr>
      <w:r>
        <w:t>(   ) b) Spending more hours online</w:t>
      </w:r>
    </w:p>
    <w:p>
      <w:pPr>
        <w:spacing w:after="0"/>
        <w:ind w:left="454"/>
      </w:pPr>
      <w:r>
        <w:t>(   ) c) Making new friends online</w:t>
      </w:r>
    </w:p>
    <w:p>
      <w:pPr>
        <w:spacing w:after="0"/>
        <w:ind w:left="454"/>
      </w:pPr>
      <w:r>
        <w:t>(   ) d) Finding a balance</w:t>
      </w:r>
    </w:p>
    <w:p>
      <w:pPr>
        <w:pStyle w:val="Heading2"/>
      </w:pPr>
      <w:r>
        <w:t>2. Bicycles</w:t>
      </w:r>
    </w:p>
    <w:p>
      <w:r>
        <w:rPr>
          <w:i/>
        </w:rPr>
        <w:t>Read the text and choose the correct answer.</w:t>
      </w:r>
    </w:p>
    <w:p>
      <w:r>
        <w:rPr>
          <w:b/>
        </w:rPr>
        <w:t>On two wheels</w:t>
      </w:r>
    </w:p>
    <w:p>
      <w:pPr>
        <w:ind w:left="340"/>
      </w:pPr>
      <w:r>
        <w:t>In many cities, bicycles are becoming a popular means of transportation. They are cheap, do not pollute the air, and help people stay fit. Governments are building more bike lanes to encourage their use.</w:t>
      </w:r>
    </w:p>
    <w:p>
      <w:pPr>
        <w:keepNext/>
        <w:spacing w:before="120"/>
      </w:pPr>
      <w:r>
        <w:t>1. What is one reason why bicycles are considered a good option for transportation?</w:t>
      </w:r>
    </w:p>
    <w:p>
      <w:pPr>
        <w:spacing w:after="0"/>
        <w:ind w:left="454"/>
      </w:pPr>
      <w:r>
        <w:t>(   ) a) They are expensive and pollute less.</w:t>
      </w:r>
    </w:p>
    <w:p>
      <w:pPr>
        <w:spacing w:after="0"/>
        <w:ind w:left="454"/>
      </w:pPr>
      <w:r>
        <w:t>(   ) b) They help people stay fit and do not pollute.</w:t>
      </w:r>
    </w:p>
    <w:p>
      <w:pPr>
        <w:spacing w:after="0"/>
        <w:ind w:left="454"/>
      </w:pPr>
      <w:r>
        <w:t>(   ) c) They are faster than airplanes.</w:t>
      </w:r>
    </w:p>
    <w:p>
      <w:pPr>
        <w:spacing w:after="0"/>
        <w:ind w:left="454"/>
      </w:pPr>
      <w:r>
        <w:t>(   ) d) They reduce internet use.</w:t>
      </w:r>
    </w:p>
    <w:p>
      <w:pPr>
        <w:keepNext/>
        <w:spacing w:before="120"/>
      </w:pPr>
      <w:r>
        <w:t>2. What are governments doing to encourage the use of bicycles?</w:t>
      </w:r>
    </w:p>
    <w:p>
      <w:pPr>
        <w:spacing w:after="0"/>
        <w:ind w:left="454"/>
      </w:pPr>
      <w:r>
        <w:t>(   ) a) Selling cheap bicycles</w:t>
      </w:r>
    </w:p>
    <w:p>
      <w:pPr>
        <w:spacing w:after="0"/>
        <w:ind w:left="454"/>
      </w:pPr>
      <w:r>
        <w:t>(   ) b) Building more bike lanes</w:t>
      </w:r>
    </w:p>
    <w:p>
      <w:pPr>
        <w:spacing w:after="0"/>
        <w:ind w:left="454"/>
      </w:pPr>
      <w:r>
        <w:t>(   ) c) Banning cars</w:t>
      </w:r>
    </w:p>
    <w:p>
      <w:pPr>
        <w:keepNext/>
        <w:spacing w:before="120"/>
      </w:pPr>
      <w:r>
        <w:t>3. In the text, the word "cheap" means:</w:t>
      </w:r>
    </w:p>
    <w:p>
      <w:pPr>
        <w:spacing w:after="0"/>
        <w:ind w:left="454"/>
      </w:pPr>
      <w:r>
        <w:t>(   ) a) caro</w:t>
      </w:r>
    </w:p>
    <w:p>
      <w:pPr>
        <w:spacing w:after="0"/>
        <w:ind w:left="454"/>
      </w:pPr>
      <w:r>
        <w:t>(   ) b) rápido</w:t>
      </w:r>
    </w:p>
    <w:p>
      <w:pPr>
        <w:spacing w:after="0"/>
        <w:ind w:left="454"/>
      </w:pPr>
      <w:r>
        <w:t>(   ) c) barato</w:t>
      </w:r>
    </w:p>
    <w:p>
      <w:pPr>
        <w:pStyle w:val="Heading2"/>
      </w:pPr>
      <w:r>
        <w:t>3. Fact or opinion?</w:t>
      </w:r>
    </w:p>
    <w:p>
      <w:r>
        <w:rPr>
          <w:i/>
        </w:rPr>
        <w:t>Is the sentence a fact or an opinion?</w:t>
      </w:r>
    </w:p>
    <w:p>
      <w:pPr>
        <w:keepNext/>
        <w:spacing w:before="120"/>
      </w:pPr>
      <w:r>
        <w:t>1. Many cities are building bike lanes.</w:t>
      </w:r>
    </w:p>
    <w:p>
      <w:pPr>
        <w:ind w:left="454"/>
      </w:pPr>
      <w:r>
        <w:t>(   ) Fact        (   ) Opinion</w:t>
      </w:r>
    </w:p>
    <w:p>
      <w:pPr>
        <w:keepNext/>
        <w:spacing w:before="120"/>
      </w:pPr>
      <w:r>
        <w:t>2. Bicycles are the best thing ever invented.</w:t>
      </w:r>
    </w:p>
    <w:p>
      <w:pPr>
        <w:ind w:left="454"/>
      </w:pPr>
      <w:r>
        <w:t>(   ) Fact        (   ) Opinion</w:t>
      </w:r>
    </w:p>
    <w:p>
      <w:pPr>
        <w:keepNext/>
        <w:spacing w:before="120"/>
      </w:pPr>
      <w:r>
        <w:t>3. Social media is boring.</w:t>
      </w:r>
    </w:p>
    <w:p>
      <w:pPr>
        <w:ind w:left="454"/>
      </w:pPr>
      <w:r>
        <w:t>(   ) Fact        (   ) Opinion</w:t>
      </w:r>
    </w:p>
    <w:p>
      <w:pPr>
        <w:keepNext/>
        <w:spacing w:before="120"/>
      </w:pPr>
      <w:r>
        <w:t>4. Bicycles do not pollute the air.</w:t>
      </w:r>
    </w:p>
    <w:p>
      <w:pPr>
        <w:ind w:left="454"/>
      </w:pPr>
      <w:r>
        <w:t>(   ) Fact        (   ) Opinion</w:t>
      </w:r>
    </w:p>
    <w:p>
      <w:pPr>
        <w:keepNext/>
        <w:spacing w:before="120"/>
      </w:pPr>
      <w:r>
        <w:t>5. I think teenagers should use their phones less.</w:t>
      </w:r>
    </w:p>
    <w:p>
      <w:pPr>
        <w:ind w:left="454"/>
      </w:pPr>
      <w:r>
        <w:t>(   ) Fact        (   ) Opinion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Social media</w:t>
      </w:r>
    </w:p>
    <w:p>
      <w:pPr>
        <w:spacing w:after="0"/>
      </w:pPr>
      <w:r>
        <w:t>1) b) It can cause anxiety and low self-esteem.</w:t>
      </w:r>
    </w:p>
    <w:p>
      <w:pPr>
        <w:spacing w:after="0"/>
      </w:pPr>
      <w:r>
        <w:t>2) a) To stay connected with friends</w:t>
      </w:r>
    </w:p>
    <w:p>
      <w:pPr>
        <w:spacing w:after="0"/>
      </w:pPr>
      <w:r>
        <w:t>3) d) Finding a balance</w:t>
      </w:r>
    </w:p>
    <w:p>
      <w:r>
        <w:rPr>
          <w:b/>
        </w:rPr>
        <w:t>2. Bicycles</w:t>
      </w:r>
    </w:p>
    <w:p>
      <w:pPr>
        <w:spacing w:after="0"/>
      </w:pPr>
      <w:r>
        <w:t>1) b) They help people stay fit and do not pollute.</w:t>
      </w:r>
    </w:p>
    <w:p>
      <w:pPr>
        <w:spacing w:after="0"/>
      </w:pPr>
      <w:r>
        <w:t>2) b) Building more bike lanes</w:t>
      </w:r>
    </w:p>
    <w:p>
      <w:pPr>
        <w:spacing w:after="0"/>
      </w:pPr>
      <w:r>
        <w:t>3) c) barato</w:t>
      </w:r>
    </w:p>
    <w:p>
      <w:r>
        <w:rPr>
          <w:b/>
        </w:rPr>
        <w:t>3. Fact or opinion?</w:t>
      </w:r>
    </w:p>
    <w:p>
      <w:pPr>
        <w:spacing w:after="0"/>
      </w:pPr>
      <w:r>
        <w:t>1) Fact</w:t>
      </w:r>
    </w:p>
    <w:p>
      <w:pPr>
        <w:spacing w:after="0"/>
      </w:pPr>
      <w:r>
        <w:t>2) Opinion</w:t>
      </w:r>
    </w:p>
    <w:p>
      <w:pPr>
        <w:spacing w:after="0"/>
      </w:pPr>
      <w:r>
        <w:t>3) Opinion</w:t>
      </w:r>
    </w:p>
    <w:p>
      <w:pPr>
        <w:spacing w:after="0"/>
      </w:pPr>
      <w:r>
        <w:t>4) Fact</w:t>
      </w:r>
    </w:p>
    <w:p>
      <w:pPr>
        <w:spacing w:after="0"/>
      </w:pPr>
      <w:r>
        <w:t>5) Opinion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2025-09-05T00:00:00Z</dcterms:created>
  <dcterms:modified xsi:type="dcterms:W3CDTF">2025-09-05T00:00:00Z</dcterms:modified>
  <cp:category/>
</cp:coreProperties>
</file>