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Reading: rotina, saúde e planos para o fim de semana</w:t>
      </w:r>
    </w:p>
    <w:p>
      <w:r>
        <w:rPr>
          <w:color w:val="6B6B6B"/>
          <w:sz w:val="18"/>
        </w:rPr>
        <w:t>6º ano e 7º ano · Reading comprehension (interpretação) · BNCC: EF06LI09, EF06LI07, EF07LI09</w:t>
      </w:r>
    </w:p>
    <w:p>
      <w:pPr>
        <w:pStyle w:val="Heading2"/>
      </w:pPr>
      <w:r>
        <w:t>1. My school day</w:t>
      </w:r>
    </w:p>
    <w:p>
      <w:r>
        <w:rPr>
          <w:i/>
        </w:rPr>
        <w:t>Read the text and choose the correct answer.</w:t>
      </w:r>
    </w:p>
    <w:p>
      <w:r>
        <w:rPr>
          <w:b/>
        </w:rPr>
        <w:t>My school day</w:t>
      </w:r>
    </w:p>
    <w:p>
      <w:pPr>
        <w:ind w:left="340"/>
      </w:pPr>
      <w:r>
        <w:t>I wake up early and go to school at 7 a.m. I have classes in the morning and lunch at home. In the afternoon, I do my homework and sometimes play video games.</w:t>
      </w:r>
    </w:p>
    <w:p>
      <w:pPr>
        <w:keepNext/>
        <w:spacing w:before="120"/>
      </w:pPr>
      <w:r>
        <w:t>1. What time does the student go to school?</w:t>
      </w:r>
    </w:p>
    <w:p>
      <w:pPr>
        <w:spacing w:after="0"/>
        <w:ind w:left="454"/>
      </w:pPr>
      <w:r>
        <w:t>(   ) a) At 6 a.m.</w:t>
      </w:r>
    </w:p>
    <w:p>
      <w:pPr>
        <w:spacing w:after="0"/>
        <w:ind w:left="454"/>
      </w:pPr>
      <w:r>
        <w:t>(   ) b) At 7 a.m.</w:t>
      </w:r>
    </w:p>
    <w:p>
      <w:pPr>
        <w:spacing w:after="0"/>
        <w:ind w:left="454"/>
      </w:pPr>
      <w:r>
        <w:t>(   ) c) At 1 p.m.</w:t>
      </w:r>
    </w:p>
    <w:p>
      <w:pPr>
        <w:keepNext/>
        <w:spacing w:before="120"/>
      </w:pPr>
      <w:r>
        <w:t>2. When does the student have classes?</w:t>
      </w:r>
    </w:p>
    <w:p>
      <w:pPr>
        <w:spacing w:after="0"/>
        <w:ind w:left="454"/>
      </w:pPr>
      <w:r>
        <w:t>(   ) a) In the morning</w:t>
      </w:r>
    </w:p>
    <w:p>
      <w:pPr>
        <w:spacing w:after="0"/>
        <w:ind w:left="454"/>
      </w:pPr>
      <w:r>
        <w:t>(   ) b) In the afternoon</w:t>
      </w:r>
    </w:p>
    <w:p>
      <w:pPr>
        <w:spacing w:after="0"/>
        <w:ind w:left="454"/>
      </w:pPr>
      <w:r>
        <w:t>(   ) c) At night</w:t>
      </w:r>
    </w:p>
    <w:p>
      <w:pPr>
        <w:keepNext/>
        <w:spacing w:before="120"/>
      </w:pPr>
      <w:r>
        <w:t>3. Where does the student have lunch?</w:t>
      </w:r>
    </w:p>
    <w:p>
      <w:pPr>
        <w:spacing w:after="0"/>
        <w:ind w:left="454"/>
      </w:pPr>
      <w:r>
        <w:t>(   ) a) At school</w:t>
      </w:r>
    </w:p>
    <w:p>
      <w:pPr>
        <w:spacing w:after="0"/>
        <w:ind w:left="454"/>
      </w:pPr>
      <w:r>
        <w:t>(   ) b) At a restaurant</w:t>
      </w:r>
    </w:p>
    <w:p>
      <w:pPr>
        <w:spacing w:after="0"/>
        <w:ind w:left="454"/>
      </w:pPr>
      <w:r>
        <w:t>(   ) c) At home</w:t>
      </w:r>
    </w:p>
    <w:p>
      <w:pPr>
        <w:keepNext/>
        <w:spacing w:before="120"/>
      </w:pPr>
      <w:r>
        <w:t>4. What does the student do in the afternoon?</w:t>
      </w:r>
    </w:p>
    <w:p>
      <w:pPr>
        <w:spacing w:after="0"/>
        <w:ind w:left="454"/>
      </w:pPr>
      <w:r>
        <w:t>(   ) a) Goes to the park and plays soccer</w:t>
      </w:r>
    </w:p>
    <w:p>
      <w:pPr>
        <w:spacing w:after="0"/>
        <w:ind w:left="454"/>
      </w:pPr>
      <w:r>
        <w:t>(   ) b) Does homework and sometimes plays video games</w:t>
      </w:r>
    </w:p>
    <w:p>
      <w:pPr>
        <w:spacing w:after="0"/>
        <w:ind w:left="454"/>
      </w:pPr>
      <w:r>
        <w:t>(   ) c) Has English classes</w:t>
      </w:r>
    </w:p>
    <w:p>
      <w:pPr>
        <w:pStyle w:val="Heading2"/>
      </w:pPr>
      <w:r>
        <w:t>2. A healthy routine</w:t>
      </w:r>
    </w:p>
    <w:p>
      <w:r>
        <w:rPr>
          <w:i/>
        </w:rPr>
        <w:t>Read the text and choose the correct answer.</w:t>
      </w:r>
    </w:p>
    <w:p>
      <w:r>
        <w:rPr>
          <w:b/>
        </w:rPr>
        <w:t>A healthy routine</w:t>
      </w:r>
    </w:p>
    <w:p>
      <w:pPr>
        <w:ind w:left="340"/>
      </w:pPr>
      <w:r>
        <w:t>To stay healthy, I eat fruits, drink water, and exercise regularly. I also try to sleep at least 8 hours every night.</w:t>
      </w:r>
    </w:p>
    <w:p>
      <w:pPr>
        <w:keepNext/>
        <w:spacing w:before="120"/>
      </w:pPr>
      <w:r>
        <w:t>1. Which option lists two healthy habits mentioned in the text?</w:t>
      </w:r>
    </w:p>
    <w:p>
      <w:pPr>
        <w:spacing w:after="0"/>
        <w:ind w:left="454"/>
      </w:pPr>
      <w:r>
        <w:t>(   ) a) Eating fruits and drinking water</w:t>
      </w:r>
    </w:p>
    <w:p>
      <w:pPr>
        <w:spacing w:after="0"/>
        <w:ind w:left="454"/>
      </w:pPr>
      <w:r>
        <w:t>(   ) b) Eating candy and sleeping late</w:t>
      </w:r>
    </w:p>
    <w:p>
      <w:pPr>
        <w:spacing w:after="0"/>
        <w:ind w:left="454"/>
      </w:pPr>
      <w:r>
        <w:t>(   ) c) Watching TV and reading</w:t>
      </w:r>
    </w:p>
    <w:p>
      <w:pPr>
        <w:keepNext/>
        <w:spacing w:before="120"/>
      </w:pPr>
      <w:r>
        <w:t>2. How many hours does the person try to sleep every night?</w:t>
      </w:r>
    </w:p>
    <w:p>
      <w:pPr>
        <w:spacing w:after="0"/>
        <w:ind w:left="454"/>
      </w:pPr>
      <w:r>
        <w:t>(   ) a) Exactly 6 hours</w:t>
      </w:r>
    </w:p>
    <w:p>
      <w:pPr>
        <w:spacing w:after="0"/>
        <w:ind w:left="454"/>
      </w:pPr>
      <w:r>
        <w:t>(   ) b) Less than 8 hours</w:t>
      </w:r>
    </w:p>
    <w:p>
      <w:pPr>
        <w:spacing w:after="0"/>
        <w:ind w:left="454"/>
      </w:pPr>
      <w:r>
        <w:t>(   ) c) At least 8 hours</w:t>
      </w:r>
    </w:p>
    <w:p>
      <w:pPr>
        <w:keepNext/>
        <w:spacing w:before="120"/>
      </w:pPr>
      <w:r>
        <w:t>3. What is the purpose of the text?</w:t>
      </w:r>
    </w:p>
    <w:p>
      <w:pPr>
        <w:spacing w:after="0"/>
        <w:ind w:left="454"/>
      </w:pPr>
      <w:r>
        <w:t>(   ) a) To sell fruits</w:t>
      </w:r>
    </w:p>
    <w:p>
      <w:pPr>
        <w:spacing w:after="0"/>
        <w:ind w:left="454"/>
      </w:pPr>
      <w:r>
        <w:t>(   ) b) To talk about healthy habits</w:t>
      </w:r>
    </w:p>
    <w:p>
      <w:pPr>
        <w:spacing w:after="0"/>
        <w:ind w:left="454"/>
      </w:pPr>
      <w:r>
        <w:t>(   ) c) To tell a funny story</w:t>
      </w:r>
    </w:p>
    <w:p>
      <w:pPr>
        <w:pStyle w:val="Heading2"/>
      </w:pPr>
      <w:r>
        <w:t>3. Weekend plans</w:t>
      </w:r>
    </w:p>
    <w:p>
      <w:r>
        <w:rPr>
          <w:i/>
        </w:rPr>
        <w:t>Read the text and decide if the sentences are true or false.</w:t>
      </w:r>
    </w:p>
    <w:p>
      <w:r>
        <w:rPr>
          <w:b/>
        </w:rPr>
        <w:t>Weekend plans</w:t>
      </w:r>
    </w:p>
    <w:p>
      <w:pPr>
        <w:ind w:left="340"/>
      </w:pPr>
      <w:r>
        <w:t>This weekend, I am going to visit my grandparents. We will have lunch together and watch movies. I am very excited!</w:t>
      </w:r>
    </w:p>
    <w:p>
      <w:pPr>
        <w:keepNext/>
        <w:spacing w:before="120"/>
      </w:pPr>
      <w:r>
        <w:t>1. The person is going to visit their grandparents.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They are going to play soccer together.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They will have lunch and watch movies.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4. The person feels bored about the plans.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My school day</w:t>
      </w:r>
    </w:p>
    <w:p>
      <w:pPr>
        <w:spacing w:after="0"/>
      </w:pPr>
      <w:r>
        <w:t>1) b) At 7 a.m.</w:t>
      </w:r>
    </w:p>
    <w:p>
      <w:pPr>
        <w:spacing w:after="0"/>
      </w:pPr>
      <w:r>
        <w:t>2) a) In the morning</w:t>
      </w:r>
    </w:p>
    <w:p>
      <w:pPr>
        <w:spacing w:after="0"/>
      </w:pPr>
      <w:r>
        <w:t>3) c) At home</w:t>
      </w:r>
    </w:p>
    <w:p>
      <w:pPr>
        <w:spacing w:after="0"/>
      </w:pPr>
      <w:r>
        <w:t>4) b) Does homework and sometimes plays video games</w:t>
      </w:r>
    </w:p>
    <w:p>
      <w:r>
        <w:rPr>
          <w:b/>
        </w:rPr>
        <w:t>2. A healthy routine</w:t>
      </w:r>
    </w:p>
    <w:p>
      <w:pPr>
        <w:spacing w:after="0"/>
      </w:pPr>
      <w:r>
        <w:t>1) a) Eating fruits and drinking water</w:t>
      </w:r>
    </w:p>
    <w:p>
      <w:pPr>
        <w:spacing w:after="0"/>
      </w:pPr>
      <w:r>
        <w:t>2) c) At least 8 hours</w:t>
      </w:r>
    </w:p>
    <w:p>
      <w:pPr>
        <w:spacing w:after="0"/>
      </w:pPr>
      <w:r>
        <w:t>3) b) To talk about healthy habits</w:t>
      </w:r>
    </w:p>
    <w:p>
      <w:r>
        <w:rPr>
          <w:b/>
        </w:rPr>
        <w:t>3. Weekend plans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p>
      <w:pPr>
        <w:spacing w:after="0"/>
      </w:pPr>
      <w:r>
        <w:t>4) False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2026-04-20T00:00:00Z</dcterms:created>
  <dcterms:modified xsi:type="dcterms:W3CDTF">2026-04-20T00:00:00Z</dcterms:modified>
  <cp:category/>
</cp:coreProperties>
</file>