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The Power of Reading</w:t>
      </w:r>
    </w:p>
    <w:p>
      <w:r>
        <w:rPr>
          <w:color w:val="6B6B6B"/>
          <w:sz w:val="18"/>
        </w:rPr>
        <w:t>6º ano e 7º ano · Reading comprehension (interpretação) · BNCC: EF06LI08, EF06LI09, EF07LI07</w:t>
      </w:r>
    </w:p>
    <w:p>
      <w:pPr>
        <w:pStyle w:val="Heading2"/>
      </w:pPr>
      <w:r>
        <w:t>1. Understanding the message</w:t>
      </w:r>
    </w:p>
    <w:p>
      <w:r>
        <w:rPr>
          <w:i/>
        </w:rPr>
        <w:t>Read the text and choose the correct answer.</w:t>
      </w:r>
    </w:p>
    <w:p>
      <w:r>
        <w:rPr>
          <w:b/>
        </w:rPr>
        <w:t>The Power of Reading</w:t>
      </w:r>
    </w:p>
    <w:p>
      <w:pPr>
        <w:ind w:left="340"/>
      </w:pPr>
      <w:r>
        <w:t>Reading is not just a school activity. It is a window to the world. Through books, we can travel to other countries, meet new people, and understand different ideas. Reading makes our imagination grow and helps us express our own thoughts better.</w:t>
      </w:r>
    </w:p>
    <w:p>
      <w:pPr>
        <w:ind w:left="340"/>
      </w:pPr>
      <w:r>
        <w:t>People who read often learn new words every day. So, if you want to speak, write, and think better — read a little every day!</w:t>
      </w:r>
    </w:p>
    <w:p>
      <w:pPr>
        <w:keepNext/>
        <w:spacing w:before="120"/>
      </w:pPr>
      <w:r>
        <w:t>1. According to the text, what does reading allow us to do?</w:t>
      </w:r>
    </w:p>
    <w:p>
      <w:pPr>
        <w:spacing w:after="0"/>
        <w:ind w:left="454"/>
      </w:pPr>
      <w:r>
        <w:t>(   ) a) Travel to other countries and meet new people.</w:t>
      </w:r>
    </w:p>
    <w:p>
      <w:pPr>
        <w:spacing w:after="0"/>
        <w:ind w:left="454"/>
      </w:pPr>
      <w:r>
        <w:t>(   ) b) Sleep better and have good dreams.</w:t>
      </w:r>
    </w:p>
    <w:p>
      <w:pPr>
        <w:spacing w:after="0"/>
        <w:ind w:left="454"/>
      </w:pPr>
      <w:r>
        <w:t>(   ) c) Learn to write only for school.</w:t>
      </w:r>
    </w:p>
    <w:p>
      <w:pPr>
        <w:spacing w:after="0"/>
        <w:ind w:left="454"/>
      </w:pPr>
      <w:r>
        <w:t>(   ) d) Watch movies in other languages.</w:t>
      </w:r>
    </w:p>
    <w:p>
      <w:pPr>
        <w:keepNext/>
        <w:spacing w:before="120"/>
      </w:pPr>
      <w:r>
        <w:t>2. What is one benefit of reading mentioned in the text?</w:t>
      </w:r>
    </w:p>
    <w:p>
      <w:pPr>
        <w:spacing w:after="0"/>
        <w:ind w:left="454"/>
      </w:pPr>
      <w:r>
        <w:t>(   ) a) It makes people famous.</w:t>
      </w:r>
    </w:p>
    <w:p>
      <w:pPr>
        <w:spacing w:after="0"/>
        <w:ind w:left="454"/>
      </w:pPr>
      <w:r>
        <w:t>(   ) b) It helps imagination and communication.</w:t>
      </w:r>
    </w:p>
    <w:p>
      <w:pPr>
        <w:spacing w:after="0"/>
        <w:ind w:left="454"/>
      </w:pPr>
      <w:r>
        <w:t>(   ) c) It helps you speak less.</w:t>
      </w:r>
    </w:p>
    <w:p>
      <w:pPr>
        <w:spacing w:after="0"/>
        <w:ind w:left="454"/>
      </w:pPr>
      <w:r>
        <w:t>(   ) d) It replaces studying.</w:t>
      </w:r>
    </w:p>
    <w:p>
      <w:pPr>
        <w:keepNext/>
        <w:spacing w:before="120"/>
      </w:pPr>
      <w:r>
        <w:t>3. What is the main message of the text?</w:t>
      </w:r>
    </w:p>
    <w:p>
      <w:pPr>
        <w:spacing w:after="0"/>
        <w:ind w:left="454"/>
      </w:pPr>
      <w:r>
        <w:t>(   ) a) Reading is only important for exams.</w:t>
      </w:r>
    </w:p>
    <w:p>
      <w:pPr>
        <w:spacing w:after="0"/>
        <w:ind w:left="454"/>
      </w:pPr>
      <w:r>
        <w:t>(   ) b) Reading is boring for most students.</w:t>
      </w:r>
    </w:p>
    <w:p>
      <w:pPr>
        <w:spacing w:after="0"/>
        <w:ind w:left="454"/>
      </w:pPr>
      <w:r>
        <w:t>(   ) c) Reading helps us grow and learn every day.</w:t>
      </w:r>
    </w:p>
    <w:p>
      <w:pPr>
        <w:spacing w:after="0"/>
        <w:ind w:left="454"/>
      </w:pPr>
      <w:r>
        <w:t>(   ) d) Reading is only for teachers.</w:t>
      </w:r>
    </w:p>
    <w:p>
      <w:pPr>
        <w:keepNext/>
        <w:spacing w:before="120"/>
      </w:pPr>
      <w:r>
        <w:t>4. What does the author recommend at the end?</w:t>
      </w:r>
    </w:p>
    <w:p>
      <w:pPr>
        <w:spacing w:after="0"/>
        <w:ind w:left="454"/>
      </w:pPr>
      <w:r>
        <w:t>(   ) a) Read only on weekends.</w:t>
      </w:r>
    </w:p>
    <w:p>
      <w:pPr>
        <w:spacing w:after="0"/>
        <w:ind w:left="454"/>
      </w:pPr>
      <w:r>
        <w:t>(   ) b) Read a little every day.</w:t>
      </w:r>
    </w:p>
    <w:p>
      <w:pPr>
        <w:spacing w:after="0"/>
        <w:ind w:left="454"/>
      </w:pPr>
      <w:r>
        <w:t>(   ) c) Read only school books.</w:t>
      </w:r>
    </w:p>
    <w:p>
      <w:pPr>
        <w:spacing w:after="0"/>
        <w:ind w:left="454"/>
      </w:pPr>
      <w:r>
        <w:t>(   ) d) Read one big book a year.</w:t>
      </w:r>
    </w:p>
    <w:p>
      <w:pPr>
        <w:pStyle w:val="Heading2"/>
      </w:pPr>
      <w:r>
        <w:t>2. True or false?</w:t>
      </w:r>
    </w:p>
    <w:p>
      <w:r>
        <w:rPr>
          <w:i/>
        </w:rPr>
        <w:t>Are the statements true or false, according to the text?</w:t>
      </w:r>
    </w:p>
    <w:p>
      <w:pPr>
        <w:keepNext/>
        <w:spacing w:before="120"/>
      </w:pPr>
      <w:r>
        <w:t>1. The text says reading is only a school activity.</w:t>
      </w:r>
    </w:p>
    <w:p>
      <w:pPr>
        <w:ind w:left="454"/>
      </w:pPr>
      <w:r>
        <w:t>(   ) True        (   ) False</w:t>
      </w:r>
    </w:p>
    <w:p>
      <w:pPr>
        <w:keepNext/>
        <w:spacing w:before="120"/>
      </w:pPr>
      <w:r>
        <w:t>2. People who read often learn new words every day.</w:t>
      </w:r>
    </w:p>
    <w:p>
      <w:pPr>
        <w:ind w:left="454"/>
      </w:pPr>
      <w:r>
        <w:t>(   ) True        (   ) False</w:t>
      </w:r>
    </w:p>
    <w:p>
      <w:pPr>
        <w:keepNext/>
        <w:spacing w:before="120"/>
      </w:pPr>
      <w:r>
        <w:t>3. Reading helps us express our own thoughts better.</w:t>
      </w:r>
    </w:p>
    <w:p>
      <w:pPr>
        <w:ind w:left="454"/>
      </w:pPr>
      <w:r>
        <w:t>(   ) True        (   ) False</w:t>
      </w:r>
    </w:p>
    <w:p>
      <w:pPr>
        <w:keepNext/>
        <w:spacing w:before="120"/>
      </w:pPr>
      <w:r>
        <w:t>4. The text says books are a window to the past only.</w:t>
      </w:r>
    </w:p>
    <w:p>
      <w:pPr>
        <w:ind w:left="454"/>
      </w:pPr>
      <w:r>
        <w:t>(   ) True        (   ) False</w:t>
      </w:r>
    </w:p>
    <w:p>
      <w:pPr>
        <w:pStyle w:val="Heading2"/>
      </w:pPr>
      <w:r>
        <w:t>3. Vocabulary</w:t>
      </w:r>
    </w:p>
    <w:p>
      <w:r>
        <w:rPr>
          <w:i/>
        </w:rPr>
        <w:t>Choose the word closest in meaning.</w:t>
      </w:r>
    </w:p>
    <w:p>
      <w:pPr>
        <w:keepNext/>
        <w:spacing w:before="120"/>
      </w:pPr>
      <w:r>
        <w:t>1. imagination</w:t>
      </w:r>
    </w:p>
    <w:p>
      <w:pPr>
        <w:spacing w:after="0"/>
        <w:ind w:left="454"/>
      </w:pPr>
      <w:r>
        <w:t>(   ) a) reality</w:t>
      </w:r>
    </w:p>
    <w:p>
      <w:pPr>
        <w:spacing w:after="0"/>
        <w:ind w:left="454"/>
      </w:pPr>
      <w:r>
        <w:t>(   ) b) confusion</w:t>
      </w:r>
    </w:p>
    <w:p>
      <w:pPr>
        <w:spacing w:after="0"/>
        <w:ind w:left="454"/>
      </w:pPr>
      <w:r>
        <w:t>(   ) c) creativity</w:t>
      </w:r>
    </w:p>
    <w:p>
      <w:pPr>
        <w:spacing w:after="0"/>
        <w:ind w:left="454"/>
      </w:pPr>
      <w:r>
        <w:t>(   ) d) knowledge</w:t>
      </w:r>
    </w:p>
    <w:p>
      <w:pPr>
        <w:keepNext/>
        <w:spacing w:before="120"/>
      </w:pPr>
      <w:r>
        <w:t>2. grow</w:t>
      </w:r>
    </w:p>
    <w:p>
      <w:pPr>
        <w:spacing w:after="0"/>
        <w:ind w:left="454"/>
      </w:pPr>
      <w:r>
        <w:t>(   ) a) get bigger</w:t>
      </w:r>
    </w:p>
    <w:p>
      <w:pPr>
        <w:spacing w:after="0"/>
        <w:ind w:left="454"/>
      </w:pPr>
      <w:r>
        <w:t>(   ) b) get smaller</w:t>
      </w:r>
    </w:p>
    <w:p>
      <w:pPr>
        <w:spacing w:after="0"/>
        <w:ind w:left="454"/>
      </w:pPr>
      <w:r>
        <w:t>(   ) c) stop</w:t>
      </w:r>
    </w:p>
    <w:p>
      <w:pPr>
        <w:keepNext/>
        <w:spacing w:before="120"/>
      </w:pPr>
      <w:r>
        <w:t>3. often</w:t>
      </w:r>
    </w:p>
    <w:p>
      <w:pPr>
        <w:spacing w:after="0"/>
        <w:ind w:left="454"/>
      </w:pPr>
      <w:r>
        <w:t>(   ) a) never</w:t>
      </w:r>
    </w:p>
    <w:p>
      <w:pPr>
        <w:spacing w:after="0"/>
        <w:ind w:left="454"/>
      </w:pPr>
      <w:r>
        <w:t>(   ) b) frequently</w:t>
      </w:r>
    </w:p>
    <w:p>
      <w:pPr>
        <w:spacing w:after="0"/>
        <w:ind w:left="454"/>
      </w:pPr>
      <w:r>
        <w:t>(   ) c) rarely</w:t>
      </w:r>
    </w:p>
    <w:p>
      <w:r>
        <w:br w:type="page"/>
      </w:r>
    </w:p>
    <w:p>
      <w:pPr>
        <w:pStyle w:val="Heading2"/>
      </w:pPr>
      <w:r>
        <w:t>Gabarito (Answer key)</w:t>
      </w:r>
    </w:p>
    <w:p>
      <w:r>
        <w:rPr>
          <w:b/>
        </w:rPr>
        <w:t>1. Understanding the message</w:t>
      </w:r>
    </w:p>
    <w:p>
      <w:pPr>
        <w:spacing w:after="0"/>
      </w:pPr>
      <w:r>
        <w:t>1) a) Travel to other countries and meet new people.</w:t>
      </w:r>
    </w:p>
    <w:p>
      <w:pPr>
        <w:spacing w:after="0"/>
      </w:pPr>
      <w:r>
        <w:t>2) b) It helps imagination and communication.</w:t>
      </w:r>
    </w:p>
    <w:p>
      <w:pPr>
        <w:spacing w:after="0"/>
      </w:pPr>
      <w:r>
        <w:t>3) c) Reading helps us grow and learn every day.</w:t>
      </w:r>
    </w:p>
    <w:p>
      <w:pPr>
        <w:spacing w:after="0"/>
      </w:pPr>
      <w:r>
        <w:t>4) b) Read a little every day.</w:t>
      </w:r>
    </w:p>
    <w:p>
      <w:r>
        <w:rPr>
          <w:b/>
        </w:rPr>
        <w:t>2. True or false?</w:t>
      </w:r>
    </w:p>
    <w:p>
      <w:pPr>
        <w:spacing w:after="0"/>
      </w:pPr>
      <w:r>
        <w:t>1) False</w:t>
      </w:r>
    </w:p>
    <w:p>
      <w:pPr>
        <w:spacing w:after="0"/>
      </w:pPr>
      <w:r>
        <w:t>2) True</w:t>
      </w:r>
    </w:p>
    <w:p>
      <w:pPr>
        <w:spacing w:after="0"/>
      </w:pPr>
      <w:r>
        <w:t>3) True</w:t>
      </w:r>
    </w:p>
    <w:p>
      <w:pPr>
        <w:spacing w:after="0"/>
      </w:pPr>
      <w:r>
        <w:t>4) False</w:t>
      </w:r>
    </w:p>
    <w:p>
      <w:r>
        <w:rPr>
          <w:b/>
        </w:rPr>
        <w:t>3. Vocabulary</w:t>
      </w:r>
    </w:p>
    <w:p>
      <w:pPr>
        <w:spacing w:after="0"/>
      </w:pPr>
      <w:r>
        <w:t>1) c) creativity</w:t>
      </w:r>
    </w:p>
    <w:p>
      <w:pPr>
        <w:spacing w:after="0"/>
      </w:pPr>
      <w:r>
        <w:t>2) a) get bigger</w:t>
      </w:r>
    </w:p>
    <w:p>
      <w:pPr>
        <w:spacing w:after="0"/>
      </w:pPr>
      <w:r>
        <w:t>3) b) frequently</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2025-10-15T00:00:00Z</dcterms:created>
  <dcterms:modified xsi:type="dcterms:W3CDTF">2025-10-15T00:00:00Z</dcterms:modified>
  <cp:category/>
</cp:coreProperties>
</file>