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Reading: The Rainy Day e um fim de semana na fazenda</w:t>
      </w:r>
    </w:p>
    <w:p>
      <w:r>
        <w:rPr>
          <w:color w:val="6B6B6B"/>
          <w:sz w:val="18"/>
        </w:rPr>
        <w:t>5º ano e 6º ano · Reading comprehension (interpretação) · BNCC: EF06LI09</w:t>
      </w:r>
    </w:p>
    <w:p>
      <w:pPr>
        <w:pStyle w:val="Heading2"/>
      </w:pPr>
      <w:r>
        <w:t>1. Short story</w:t>
      </w:r>
    </w:p>
    <w:p>
      <w:r>
        <w:rPr>
          <w:i/>
        </w:rPr>
        <w:t>Read the story and choose the correct answer.</w:t>
      </w:r>
    </w:p>
    <w:p>
      <w:r>
        <w:rPr>
          <w:b/>
        </w:rPr>
        <w:t>The Rainy Day</w:t>
      </w:r>
    </w:p>
    <w:p>
      <w:pPr>
        <w:ind w:left="340"/>
      </w:pPr>
      <w:r>
        <w:t>It was raining all morning. Maria wanted to go outside and play, but the rain didn't stop. Instead, she stayed inside, read a book, and drew pictures.</w:t>
      </w:r>
    </w:p>
    <w:p>
      <w:pPr>
        <w:ind w:left="340"/>
      </w:pPr>
      <w:r>
        <w:t>In the afternoon, the sun came out, and Maria finally went to the park with her friends.</w:t>
      </w:r>
    </w:p>
    <w:p>
      <w:pPr>
        <w:keepNext/>
        <w:spacing w:before="120"/>
      </w:pPr>
      <w:r>
        <w:t>1. 🌧️  What was the weather like in the morning?</w:t>
      </w:r>
    </w:p>
    <w:p>
      <w:pPr>
        <w:spacing w:after="0"/>
        <w:ind w:left="454"/>
      </w:pPr>
      <w:r>
        <w:t>(   ) a) It was sunny.</w:t>
      </w:r>
    </w:p>
    <w:p>
      <w:pPr>
        <w:spacing w:after="0"/>
        <w:ind w:left="454"/>
      </w:pPr>
      <w:r>
        <w:t>(   ) b) It was raining.</w:t>
      </w:r>
    </w:p>
    <w:p>
      <w:pPr>
        <w:spacing w:after="0"/>
        <w:ind w:left="454"/>
      </w:pPr>
      <w:r>
        <w:t>(   ) c) It was snowing.</w:t>
      </w:r>
    </w:p>
    <w:p>
      <w:pPr>
        <w:keepNext/>
        <w:spacing w:before="120"/>
      </w:pPr>
      <w:r>
        <w:t>2. 🖍️  What did Maria do inside the house?</w:t>
      </w:r>
    </w:p>
    <w:p>
      <w:pPr>
        <w:spacing w:after="0"/>
        <w:ind w:left="454"/>
      </w:pPr>
      <w:r>
        <w:t>(   ) a) She watched TV and slept.</w:t>
      </w:r>
    </w:p>
    <w:p>
      <w:pPr>
        <w:spacing w:after="0"/>
        <w:ind w:left="454"/>
      </w:pPr>
      <w:r>
        <w:t>(   ) b) She cooked and cleaned.</w:t>
      </w:r>
    </w:p>
    <w:p>
      <w:pPr>
        <w:spacing w:after="0"/>
        <w:ind w:left="454"/>
      </w:pPr>
      <w:r>
        <w:t>(   ) c) She read a book and drew pictures.</w:t>
      </w:r>
    </w:p>
    <w:p>
      <w:pPr>
        <w:keepNext/>
        <w:spacing w:before="120"/>
      </w:pPr>
      <w:r>
        <w:t>3. 🕒  When did Maria go to the park?</w:t>
      </w:r>
    </w:p>
    <w:p>
      <w:pPr>
        <w:spacing w:after="0"/>
        <w:ind w:left="454"/>
      </w:pPr>
      <w:r>
        <w:t>(   ) a) In the afternoon</w:t>
      </w:r>
    </w:p>
    <w:p>
      <w:pPr>
        <w:spacing w:after="0"/>
        <w:ind w:left="454"/>
      </w:pPr>
      <w:r>
        <w:t>(   ) b) In the morning</w:t>
      </w:r>
    </w:p>
    <w:p>
      <w:pPr>
        <w:spacing w:after="0"/>
        <w:ind w:left="454"/>
      </w:pPr>
      <w:r>
        <w:t>(   ) c) At night</w:t>
      </w:r>
    </w:p>
    <w:p>
      <w:pPr>
        <w:keepNext/>
        <w:spacing w:before="120"/>
      </w:pPr>
      <w:r>
        <w:t>4. 👧  Who did she go to the park with?</w:t>
      </w:r>
    </w:p>
    <w:p>
      <w:pPr>
        <w:spacing w:after="0"/>
        <w:ind w:left="454"/>
      </w:pPr>
      <w:r>
        <w:t>(   ) a) Her parents</w:t>
      </w:r>
    </w:p>
    <w:p>
      <w:pPr>
        <w:spacing w:after="0"/>
        <w:ind w:left="454"/>
      </w:pPr>
      <w:r>
        <w:t>(   ) b) Her friends</w:t>
      </w:r>
    </w:p>
    <w:p>
      <w:pPr>
        <w:spacing w:after="0"/>
        <w:ind w:left="454"/>
      </w:pPr>
      <w:r>
        <w:t>(   ) c) Her teacher</w:t>
      </w:r>
    </w:p>
    <w:p>
      <w:pPr>
        <w:keepNext/>
        <w:spacing w:before="120"/>
      </w:pPr>
      <w:r>
        <w:t>5. 🌤️  How did the weather change?</w:t>
      </w:r>
    </w:p>
    <w:p>
      <w:pPr>
        <w:spacing w:after="0"/>
        <w:ind w:left="454"/>
      </w:pPr>
      <w:r>
        <w:t>(   ) a) It started to snow.</w:t>
      </w:r>
    </w:p>
    <w:p>
      <w:pPr>
        <w:spacing w:after="0"/>
        <w:ind w:left="454"/>
      </w:pPr>
      <w:r>
        <w:t>(   ) b) It got colder.</w:t>
      </w:r>
    </w:p>
    <w:p>
      <w:pPr>
        <w:spacing w:after="0"/>
        <w:ind w:left="454"/>
      </w:pPr>
      <w:r>
        <w:t>(   ) c) The sun came out.</w:t>
      </w:r>
    </w:p>
    <w:p>
      <w:pPr>
        <w:pStyle w:val="Heading2"/>
      </w:pPr>
      <w:r>
        <w:t>2. Dialogue</w:t>
      </w:r>
    </w:p>
    <w:p>
      <w:r>
        <w:rPr>
          <w:i/>
        </w:rPr>
        <w:t>Read the dialogue and choose the correct answer.</w:t>
      </w:r>
    </w:p>
    <w:p>
      <w:r>
        <w:rPr>
          <w:b/>
        </w:rPr>
        <w:t>Emma's weekend</w:t>
      </w:r>
    </w:p>
    <w:p>
      <w:pPr>
        <w:ind w:left="340"/>
      </w:pPr>
      <w:r>
        <w:t>Lucas: Hi, Emma! How was your weekend?</w:t>
      </w:r>
    </w:p>
    <w:p>
      <w:pPr>
        <w:ind w:left="340"/>
      </w:pPr>
      <w:r>
        <w:t>Emma: It was great! I visited my grandparents.</w:t>
      </w:r>
    </w:p>
    <w:p>
      <w:pPr>
        <w:ind w:left="340"/>
      </w:pPr>
      <w:r>
        <w:t>Lucas: That's nice. Where do they live?</w:t>
      </w:r>
    </w:p>
    <w:p>
      <w:pPr>
        <w:ind w:left="340"/>
      </w:pPr>
      <w:r>
        <w:t>Emma: They live on a farm. There are lots of animals there!</w:t>
      </w:r>
    </w:p>
    <w:p>
      <w:pPr>
        <w:ind w:left="340"/>
      </w:pPr>
      <w:r>
        <w:t>Lucas: Cool! Did you ride a horse?</w:t>
      </w:r>
    </w:p>
    <w:p>
      <w:pPr>
        <w:ind w:left="340"/>
      </w:pPr>
      <w:r>
        <w:t>Emma: Yes, I did! It was fun!</w:t>
      </w:r>
    </w:p>
    <w:p>
      <w:pPr>
        <w:keepNext/>
        <w:spacing w:before="120"/>
      </w:pPr>
      <w:r>
        <w:t>1. 👵  Who did Emma visit?</w:t>
      </w:r>
    </w:p>
    <w:p>
      <w:pPr>
        <w:spacing w:after="0"/>
        <w:ind w:left="454"/>
      </w:pPr>
      <w:r>
        <w:t>(   ) a) Her grandparents</w:t>
      </w:r>
    </w:p>
    <w:p>
      <w:pPr>
        <w:spacing w:after="0"/>
        <w:ind w:left="454"/>
      </w:pPr>
      <w:r>
        <w:t>(   ) b) Her cousins</w:t>
      </w:r>
    </w:p>
    <w:p>
      <w:pPr>
        <w:spacing w:after="0"/>
        <w:ind w:left="454"/>
      </w:pPr>
      <w:r>
        <w:t>(   ) c) Her teacher</w:t>
      </w:r>
    </w:p>
    <w:p>
      <w:pPr>
        <w:keepNext/>
        <w:spacing w:before="120"/>
      </w:pPr>
      <w:r>
        <w:t>2. 🚜  Where do her grandparents live?</w:t>
      </w:r>
    </w:p>
    <w:p>
      <w:pPr>
        <w:spacing w:after="0"/>
        <w:ind w:left="454"/>
      </w:pPr>
      <w:r>
        <w:t>(   ) a) In a big city</w:t>
      </w:r>
    </w:p>
    <w:p>
      <w:pPr>
        <w:spacing w:after="0"/>
        <w:ind w:left="454"/>
      </w:pPr>
      <w:r>
        <w:t>(   ) b) On a farm</w:t>
      </w:r>
    </w:p>
    <w:p>
      <w:pPr>
        <w:spacing w:after="0"/>
        <w:ind w:left="454"/>
      </w:pPr>
      <w:r>
        <w:t>(   ) c) Near the beach</w:t>
      </w:r>
    </w:p>
    <w:p>
      <w:pPr>
        <w:keepNext/>
        <w:spacing w:before="120"/>
      </w:pPr>
      <w:r>
        <w:t>3. 🐄  What can you find on the farm?</w:t>
      </w:r>
    </w:p>
    <w:p>
      <w:pPr>
        <w:spacing w:after="0"/>
        <w:ind w:left="454"/>
      </w:pPr>
      <w:r>
        <w:t>(   ) a) Lots of shops</w:t>
      </w:r>
    </w:p>
    <w:p>
      <w:pPr>
        <w:spacing w:after="0"/>
        <w:ind w:left="454"/>
      </w:pPr>
      <w:r>
        <w:t>(   ) b) Lots of cars</w:t>
      </w:r>
    </w:p>
    <w:p>
      <w:pPr>
        <w:spacing w:after="0"/>
        <w:ind w:left="454"/>
      </w:pPr>
      <w:r>
        <w:t>(   ) c) Lots of animals</w:t>
      </w:r>
    </w:p>
    <w:p>
      <w:pPr>
        <w:keepNext/>
        <w:spacing w:before="120"/>
      </w:pPr>
      <w:r>
        <w:t>4. 🐴  Did Emma ride a horse?</w:t>
      </w:r>
    </w:p>
    <w:p>
      <w:pPr>
        <w:spacing w:after="0"/>
        <w:ind w:left="454"/>
      </w:pPr>
      <w:r>
        <w:t>(   ) a) Yes, she did.</w:t>
      </w:r>
    </w:p>
    <w:p>
      <w:pPr>
        <w:spacing w:after="0"/>
        <w:ind w:left="454"/>
      </w:pPr>
      <w:r>
        <w:t>(   ) b) No, she didn't.</w:t>
      </w:r>
    </w:p>
    <w:p>
      <w:pPr>
        <w:spacing w:after="0"/>
        <w:ind w:left="454"/>
      </w:pPr>
      <w:r>
        <w:t>(   ) c) She doesn't remember.</w:t>
      </w:r>
    </w:p>
    <w:p>
      <w:pPr>
        <w:keepNext/>
        <w:spacing w:before="120"/>
      </w:pPr>
      <w:r>
        <w:t>5. 🎉  How did Emma describe the experience?</w:t>
      </w:r>
    </w:p>
    <w:p>
      <w:pPr>
        <w:spacing w:after="0"/>
        <w:ind w:left="454"/>
      </w:pPr>
      <w:r>
        <w:t>(   ) a) Boring</w:t>
      </w:r>
    </w:p>
    <w:p>
      <w:pPr>
        <w:spacing w:after="0"/>
        <w:ind w:left="454"/>
      </w:pPr>
      <w:r>
        <w:t>(   ) b) Fun</w:t>
      </w:r>
    </w:p>
    <w:p>
      <w:pPr>
        <w:spacing w:after="0"/>
        <w:ind w:left="454"/>
      </w:pPr>
      <w:r>
        <w:t>(   ) c) Scary</w:t>
      </w:r>
    </w:p>
    <w:p>
      <w:pPr>
        <w:pStyle w:val="Heading2"/>
      </w:pPr>
      <w:r>
        <w:t>3. True or false?</w:t>
      </w:r>
    </w:p>
    <w:p>
      <w:r>
        <w:rPr>
          <w:i/>
        </w:rPr>
        <w:t>Read and choose True or False.</w:t>
      </w:r>
    </w:p>
    <w:p>
      <w:pPr>
        <w:keepNext/>
        <w:spacing w:before="120"/>
      </w:pPr>
      <w:r>
        <w:t>1. Maria played outside all morning.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Emma had a great weekend.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Short story</w:t>
      </w:r>
    </w:p>
    <w:p>
      <w:pPr>
        <w:spacing w:after="0"/>
      </w:pPr>
      <w:r>
        <w:t>1) b) It was raining.</w:t>
      </w:r>
    </w:p>
    <w:p>
      <w:pPr>
        <w:spacing w:after="0"/>
      </w:pPr>
      <w:r>
        <w:t>2) c) She read a book and drew pictures.</w:t>
      </w:r>
    </w:p>
    <w:p>
      <w:pPr>
        <w:spacing w:after="0"/>
      </w:pPr>
      <w:r>
        <w:t>3) a) In the afternoon</w:t>
      </w:r>
    </w:p>
    <w:p>
      <w:pPr>
        <w:spacing w:after="0"/>
      </w:pPr>
      <w:r>
        <w:t>4) b) Her friends</w:t>
      </w:r>
    </w:p>
    <w:p>
      <w:pPr>
        <w:spacing w:after="0"/>
      </w:pPr>
      <w:r>
        <w:t>5) c) The sun came out.</w:t>
      </w:r>
    </w:p>
    <w:p>
      <w:r>
        <w:rPr>
          <w:b/>
        </w:rPr>
        <w:t>2. Dialogue</w:t>
      </w:r>
    </w:p>
    <w:p>
      <w:pPr>
        <w:spacing w:after="0"/>
      </w:pPr>
      <w:r>
        <w:t>1) a) Her grandparents</w:t>
      </w:r>
    </w:p>
    <w:p>
      <w:pPr>
        <w:spacing w:after="0"/>
      </w:pPr>
      <w:r>
        <w:t>2) b) On a farm</w:t>
      </w:r>
    </w:p>
    <w:p>
      <w:pPr>
        <w:spacing w:after="0"/>
      </w:pPr>
      <w:r>
        <w:t>3) c) Lots of animals</w:t>
      </w:r>
    </w:p>
    <w:p>
      <w:pPr>
        <w:spacing w:after="0"/>
      </w:pPr>
      <w:r>
        <w:t>4) a) Yes, she did.</w:t>
      </w:r>
    </w:p>
    <w:p>
      <w:pPr>
        <w:spacing w:after="0"/>
      </w:pPr>
      <w:r>
        <w:t>5) b) Fun</w:t>
      </w:r>
    </w:p>
    <w:p>
      <w:r>
        <w:rPr>
          <w:b/>
        </w:rPr>
        <w:t>3. True or false?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2025-04-30T00:00:00Z</dcterms:created>
  <dcterms:modified xsi:type="dcterms:W3CDTF">2025-04-30T00:00:00Z</dcterms:modified>
  <cp:category/>
</cp:coreProperties>
</file>