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Reading: a manhã de Lucas e o presente de Carla</w:t>
      </w:r>
    </w:p>
    <w:p>
      <w:r>
        <w:rPr>
          <w:color w:val="6B6B6B"/>
          <w:sz w:val="18"/>
        </w:rPr>
        <w:t>4º ano e 5º ano · Reading comprehension (interpretação)</w:t>
      </w:r>
    </w:p>
    <w:p>
      <w:pPr>
        <w:pStyle w:val="Heading2"/>
      </w:pPr>
      <w:r>
        <w:t>1. Lucas's morning</w:t>
      </w:r>
    </w:p>
    <w:p>
      <w:r>
        <w:rPr>
          <w:i/>
        </w:rPr>
        <w:t>Read the text and choose the correct answer.</w:t>
      </w:r>
    </w:p>
    <w:p>
      <w:r>
        <w:rPr>
          <w:b/>
        </w:rPr>
        <w:t>Lucas's Morning</w:t>
      </w:r>
    </w:p>
    <w:p>
      <w:pPr>
        <w:ind w:left="340"/>
      </w:pPr>
      <w:r>
        <w:t>Lucas wakes up at 7 a.m. every day. He brushes his teeth and eats breakfast with his family. After that, he goes to school by bus. He likes studying English and Science.</w:t>
      </w:r>
    </w:p>
    <w:p>
      <w:pPr>
        <w:keepNext/>
        <w:spacing w:before="120"/>
      </w:pPr>
      <w:r>
        <w:t>1. ⏰  What time does Lucas wake up?</w:t>
      </w:r>
    </w:p>
    <w:p>
      <w:pPr>
        <w:spacing w:after="0"/>
        <w:ind w:left="454"/>
      </w:pPr>
      <w:r>
        <w:t>(   ) a) At 6 a.m.</w:t>
      </w:r>
    </w:p>
    <w:p>
      <w:pPr>
        <w:spacing w:after="0"/>
        <w:ind w:left="454"/>
      </w:pPr>
      <w:r>
        <w:t>(   ) b) At 7 a.m.</w:t>
      </w:r>
    </w:p>
    <w:p>
      <w:pPr>
        <w:spacing w:after="0"/>
        <w:ind w:left="454"/>
      </w:pPr>
      <w:r>
        <w:t>(   ) c) At 8 a.m.</w:t>
      </w:r>
    </w:p>
    <w:p>
      <w:pPr>
        <w:keepNext/>
        <w:spacing w:before="120"/>
      </w:pPr>
      <w:r>
        <w:t>2. 🪥  What does he do after waking up?</w:t>
      </w:r>
    </w:p>
    <w:p>
      <w:pPr>
        <w:spacing w:after="0"/>
        <w:ind w:left="454"/>
      </w:pPr>
      <w:r>
        <w:t>(   ) a) He brushes his teeth.</w:t>
      </w:r>
    </w:p>
    <w:p>
      <w:pPr>
        <w:spacing w:after="0"/>
        <w:ind w:left="454"/>
      </w:pPr>
      <w:r>
        <w:t>(   ) b) He plays video games.</w:t>
      </w:r>
    </w:p>
    <w:p>
      <w:pPr>
        <w:spacing w:after="0"/>
        <w:ind w:left="454"/>
      </w:pPr>
      <w:r>
        <w:t>(   ) c) He goes to the park.</w:t>
      </w:r>
    </w:p>
    <w:p>
      <w:pPr>
        <w:keepNext/>
        <w:spacing w:before="120"/>
      </w:pPr>
      <w:r>
        <w:t>3. 🥣  Who does he eat breakfast with?</w:t>
      </w:r>
    </w:p>
    <w:p>
      <w:pPr>
        <w:spacing w:after="0"/>
        <w:ind w:left="454"/>
      </w:pPr>
      <w:r>
        <w:t>(   ) a) His friends</w:t>
      </w:r>
    </w:p>
    <w:p>
      <w:pPr>
        <w:spacing w:after="0"/>
        <w:ind w:left="454"/>
      </w:pPr>
      <w:r>
        <w:t>(   ) b) His teacher</w:t>
      </w:r>
    </w:p>
    <w:p>
      <w:pPr>
        <w:spacing w:after="0"/>
        <w:ind w:left="454"/>
      </w:pPr>
      <w:r>
        <w:t>(   ) c) His family</w:t>
      </w:r>
    </w:p>
    <w:p>
      <w:pPr>
        <w:keepNext/>
        <w:spacing w:before="120"/>
      </w:pPr>
      <w:r>
        <w:t>4. 🚌  How does he go to school?</w:t>
      </w:r>
    </w:p>
    <w:p>
      <w:pPr>
        <w:spacing w:after="0"/>
        <w:ind w:left="454"/>
      </w:pPr>
      <w:r>
        <w:t>(   ) a) By car</w:t>
      </w:r>
    </w:p>
    <w:p>
      <w:pPr>
        <w:spacing w:after="0"/>
        <w:ind w:left="454"/>
      </w:pPr>
      <w:r>
        <w:t>(   ) b) By bus</w:t>
      </w:r>
    </w:p>
    <w:p>
      <w:pPr>
        <w:spacing w:after="0"/>
        <w:ind w:left="454"/>
      </w:pPr>
      <w:r>
        <w:t>(   ) c) On foot</w:t>
      </w:r>
    </w:p>
    <w:p>
      <w:pPr>
        <w:keepNext/>
        <w:spacing w:before="120"/>
      </w:pPr>
      <w:r>
        <w:t>5. 📚  What subjects does he like?</w:t>
      </w:r>
    </w:p>
    <w:p>
      <w:pPr>
        <w:spacing w:after="0"/>
        <w:ind w:left="454"/>
      </w:pPr>
      <w:r>
        <w:t>(   ) a) Math and History</w:t>
      </w:r>
    </w:p>
    <w:p>
      <w:pPr>
        <w:spacing w:after="0"/>
        <w:ind w:left="454"/>
      </w:pPr>
      <w:r>
        <w:t>(   ) b) Art and P.E.</w:t>
      </w:r>
    </w:p>
    <w:p>
      <w:pPr>
        <w:spacing w:after="0"/>
        <w:ind w:left="454"/>
      </w:pPr>
      <w:r>
        <w:t>(   ) c) English and Science</w:t>
      </w:r>
    </w:p>
    <w:p>
      <w:pPr>
        <w:pStyle w:val="Heading2"/>
      </w:pPr>
      <w:r>
        <w:t>2. A surprise gift</w:t>
      </w:r>
    </w:p>
    <w:p>
      <w:r>
        <w:rPr>
          <w:i/>
        </w:rPr>
        <w:t>Read the story and choose the correct answer.</w:t>
      </w:r>
    </w:p>
    <w:p>
      <w:r>
        <w:rPr>
          <w:b/>
        </w:rPr>
        <w:t>A Surprise Gift</w:t>
      </w:r>
    </w:p>
    <w:p>
      <w:pPr>
        <w:ind w:left="340"/>
      </w:pPr>
      <w:r>
        <w:t>Carla came home and saw a big box on the table. It had her name on it. She opened the box and found a teddy bear. It was a gift from her grandmother. Carla smiled and hugged the teddy bear.</w:t>
      </w:r>
    </w:p>
    <w:p>
      <w:pPr>
        <w:keepNext/>
        <w:spacing w:before="120"/>
      </w:pPr>
      <w:r>
        <w:t>1. 📦  What did Carla see on the table?</w:t>
      </w:r>
    </w:p>
    <w:p>
      <w:pPr>
        <w:spacing w:after="0"/>
        <w:ind w:left="454"/>
      </w:pPr>
      <w:r>
        <w:t>(   ) a) A big box</w:t>
      </w:r>
    </w:p>
    <w:p>
      <w:pPr>
        <w:spacing w:after="0"/>
        <w:ind w:left="454"/>
      </w:pPr>
      <w:r>
        <w:t>(   ) b) A cake</w:t>
      </w:r>
    </w:p>
    <w:p>
      <w:pPr>
        <w:spacing w:after="0"/>
        <w:ind w:left="454"/>
      </w:pPr>
      <w:r>
        <w:t>(   ) c) A letter</w:t>
      </w:r>
    </w:p>
    <w:p>
      <w:pPr>
        <w:keepNext/>
        <w:spacing w:before="120"/>
      </w:pPr>
      <w:r>
        <w:t>2. 🧸  What was inside the box?</w:t>
      </w:r>
    </w:p>
    <w:p>
      <w:pPr>
        <w:spacing w:after="0"/>
        <w:ind w:left="454"/>
      </w:pPr>
      <w:r>
        <w:t>(   ) a) A doll</w:t>
      </w:r>
    </w:p>
    <w:p>
      <w:pPr>
        <w:spacing w:after="0"/>
        <w:ind w:left="454"/>
      </w:pPr>
      <w:r>
        <w:t>(   ) b) A teddy bear</w:t>
      </w:r>
    </w:p>
    <w:p>
      <w:pPr>
        <w:spacing w:after="0"/>
        <w:ind w:left="454"/>
      </w:pPr>
      <w:r>
        <w:t>(   ) c) A ball</w:t>
      </w:r>
    </w:p>
    <w:p>
      <w:pPr>
        <w:keepNext/>
        <w:spacing w:before="120"/>
      </w:pPr>
      <w:r>
        <w:t>3. 👵  Who gave her the gift?</w:t>
      </w:r>
    </w:p>
    <w:p>
      <w:pPr>
        <w:spacing w:after="0"/>
        <w:ind w:left="454"/>
      </w:pPr>
      <w:r>
        <w:t>(   ) a) Her mother</w:t>
      </w:r>
    </w:p>
    <w:p>
      <w:pPr>
        <w:spacing w:after="0"/>
        <w:ind w:left="454"/>
      </w:pPr>
      <w:r>
        <w:t>(   ) b) Her friend</w:t>
      </w:r>
    </w:p>
    <w:p>
      <w:pPr>
        <w:spacing w:after="0"/>
        <w:ind w:left="454"/>
      </w:pPr>
      <w:r>
        <w:t>(   ) c) Her grandmother</w:t>
      </w:r>
    </w:p>
    <w:p>
      <w:pPr>
        <w:keepNext/>
        <w:spacing w:before="120"/>
      </w:pPr>
      <w:r>
        <w:t>4. 😊  How did Carla feel?</w:t>
      </w:r>
    </w:p>
    <w:p>
      <w:pPr>
        <w:spacing w:after="0"/>
        <w:ind w:left="454"/>
      </w:pPr>
      <w:r>
        <w:t>(   ) a) Sad</w:t>
      </w:r>
    </w:p>
    <w:p>
      <w:pPr>
        <w:spacing w:after="0"/>
        <w:ind w:left="454"/>
      </w:pPr>
      <w:r>
        <w:t>(   ) b) Happy</w:t>
      </w:r>
    </w:p>
    <w:p>
      <w:pPr>
        <w:spacing w:after="0"/>
        <w:ind w:left="454"/>
      </w:pPr>
      <w:r>
        <w:t>(   ) c) Angry</w:t>
      </w:r>
    </w:p>
    <w:p>
      <w:pPr>
        <w:keepNext/>
        <w:spacing w:before="120"/>
      </w:pPr>
      <w:r>
        <w:t>5. 🤗  What did she do with the teddy bear?</w:t>
      </w:r>
    </w:p>
    <w:p>
      <w:pPr>
        <w:spacing w:after="0"/>
        <w:ind w:left="454"/>
      </w:pPr>
      <w:r>
        <w:t>(   ) a) She hugged it.</w:t>
      </w:r>
    </w:p>
    <w:p>
      <w:pPr>
        <w:spacing w:after="0"/>
        <w:ind w:left="454"/>
      </w:pPr>
      <w:r>
        <w:t>(   ) b) She threw it away.</w:t>
      </w:r>
    </w:p>
    <w:p>
      <w:pPr>
        <w:spacing w:after="0"/>
        <w:ind w:left="454"/>
      </w:pPr>
      <w:r>
        <w:t>(   ) c) She gave it to her brother.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Lucas's morning</w:t>
      </w:r>
    </w:p>
    <w:p>
      <w:pPr>
        <w:spacing w:after="0"/>
      </w:pPr>
      <w:r>
        <w:t>1) b) At 7 a.m.</w:t>
      </w:r>
    </w:p>
    <w:p>
      <w:pPr>
        <w:spacing w:after="0"/>
      </w:pPr>
      <w:r>
        <w:t>2) a) He brushes his teeth.</w:t>
      </w:r>
    </w:p>
    <w:p>
      <w:pPr>
        <w:spacing w:after="0"/>
      </w:pPr>
      <w:r>
        <w:t>3) c) His family</w:t>
      </w:r>
    </w:p>
    <w:p>
      <w:pPr>
        <w:spacing w:after="0"/>
      </w:pPr>
      <w:r>
        <w:t>4) b) By bus</w:t>
      </w:r>
    </w:p>
    <w:p>
      <w:pPr>
        <w:spacing w:after="0"/>
      </w:pPr>
      <w:r>
        <w:t>5) c) English and Science</w:t>
      </w:r>
    </w:p>
    <w:p>
      <w:r>
        <w:rPr>
          <w:b/>
        </w:rPr>
        <w:t>2. A surprise gift</w:t>
      </w:r>
    </w:p>
    <w:p>
      <w:pPr>
        <w:spacing w:after="0"/>
      </w:pPr>
      <w:r>
        <w:t>1) a) A big box</w:t>
      </w:r>
    </w:p>
    <w:p>
      <w:pPr>
        <w:spacing w:after="0"/>
      </w:pPr>
      <w:r>
        <w:t>2) b) A teddy bear</w:t>
      </w:r>
    </w:p>
    <w:p>
      <w:pPr>
        <w:spacing w:after="0"/>
      </w:pPr>
      <w:r>
        <w:t>3) c) Her grandmother</w:t>
      </w:r>
    </w:p>
    <w:p>
      <w:pPr>
        <w:spacing w:after="0"/>
      </w:pPr>
      <w:r>
        <w:t>4) b) Happy</w:t>
      </w:r>
    </w:p>
    <w:p>
      <w:pPr>
        <w:spacing w:after="0"/>
      </w:pPr>
      <w:r>
        <w:t>5) a) She hugged it.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2025-05-30T00:00:00Z</dcterms:created>
  <dcterms:modified xsi:type="dcterms:W3CDTF">2025-05-30T00:00:00Z</dcterms:modified>
  <cp:category/>
</cp:coreProperties>
</file>