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Reading: Tom's Lost Dog e The Sun</w:t>
      </w:r>
    </w:p>
    <w:p>
      <w:r>
        <w:rPr>
          <w:color w:val="6B6B6B"/>
          <w:sz w:val="18"/>
        </w:rPr>
        <w:t>4º ano e 5º ano · Reading comprehension (interpretação)</w:t>
      </w:r>
    </w:p>
    <w:p>
      <w:pPr>
        <w:pStyle w:val="Heading2"/>
      </w:pPr>
      <w:r>
        <w:t>1. Short story</w:t>
      </w:r>
    </w:p>
    <w:p>
      <w:r>
        <w:rPr>
          <w:i/>
        </w:rPr>
        <w:t>Read the story and choose the correct answer.</w:t>
      </w:r>
    </w:p>
    <w:p>
      <w:r>
        <w:rPr>
          <w:b/>
        </w:rPr>
        <w:t>Tom's Lost Dog</w:t>
      </w:r>
    </w:p>
    <w:p>
      <w:pPr>
        <w:ind w:left="340"/>
      </w:pPr>
      <w:r>
        <w:t>Tom had a small dog named Max. One day, Max ran away from the house. Tom looked for him everywhere, but he couldn't find him. He was very sad.</w:t>
      </w:r>
    </w:p>
    <w:p>
      <w:pPr>
        <w:ind w:left="340"/>
      </w:pPr>
      <w:r>
        <w:t>The next morning, Tom heard barking outside. It was Max! A neighbor had found him and brought him back home. Tom was so happy to see his best friend again.</w:t>
      </w:r>
    </w:p>
    <w:p>
      <w:pPr>
        <w:keepNext/>
        <w:spacing w:before="120"/>
      </w:pPr>
      <w:r>
        <w:t>1. 🐶  What is the name of Tom's dog?</w:t>
      </w:r>
    </w:p>
    <w:p>
      <w:pPr>
        <w:spacing w:after="0"/>
        <w:ind w:left="454"/>
      </w:pPr>
      <w:r>
        <w:t>(   ) a) Tom</w:t>
      </w:r>
    </w:p>
    <w:p>
      <w:pPr>
        <w:spacing w:after="0"/>
        <w:ind w:left="454"/>
      </w:pPr>
      <w:r>
        <w:t>(   ) b) Max</w:t>
      </w:r>
    </w:p>
    <w:p>
      <w:pPr>
        <w:spacing w:after="0"/>
        <w:ind w:left="454"/>
      </w:pPr>
      <w:r>
        <w:t>(   ) c) Rex</w:t>
      </w:r>
    </w:p>
    <w:p>
      <w:pPr>
        <w:keepNext/>
        <w:spacing w:before="120"/>
      </w:pPr>
      <w:r>
        <w:t>2. 🏃  What happened to Max?</w:t>
      </w:r>
    </w:p>
    <w:p>
      <w:pPr>
        <w:spacing w:after="0"/>
        <w:ind w:left="454"/>
      </w:pPr>
      <w:r>
        <w:t>(   ) a) He ran away from the house.</w:t>
      </w:r>
    </w:p>
    <w:p>
      <w:pPr>
        <w:spacing w:after="0"/>
        <w:ind w:left="454"/>
      </w:pPr>
      <w:r>
        <w:t>(   ) b) He got sick.</w:t>
      </w:r>
    </w:p>
    <w:p>
      <w:pPr>
        <w:spacing w:after="0"/>
        <w:ind w:left="454"/>
      </w:pPr>
      <w:r>
        <w:t>(   ) c) He went to school.</w:t>
      </w:r>
    </w:p>
    <w:p>
      <w:pPr>
        <w:keepNext/>
        <w:spacing w:before="120"/>
      </w:pPr>
      <w:r>
        <w:t>3. 😢  How did Tom feel when Max disappeared?</w:t>
      </w:r>
    </w:p>
    <w:p>
      <w:pPr>
        <w:spacing w:after="0"/>
        <w:ind w:left="454"/>
      </w:pPr>
      <w:r>
        <w:t>(   ) a) Happy</w:t>
      </w:r>
    </w:p>
    <w:p>
      <w:pPr>
        <w:spacing w:after="0"/>
        <w:ind w:left="454"/>
      </w:pPr>
      <w:r>
        <w:t>(   ) b) Angry</w:t>
      </w:r>
    </w:p>
    <w:p>
      <w:pPr>
        <w:spacing w:after="0"/>
        <w:ind w:left="454"/>
      </w:pPr>
      <w:r>
        <w:t>(   ) c) Very sad</w:t>
      </w:r>
    </w:p>
    <w:p>
      <w:pPr>
        <w:keepNext/>
        <w:spacing w:before="120"/>
      </w:pPr>
      <w:r>
        <w:t>4. 🏡  Who found Max?</w:t>
      </w:r>
    </w:p>
    <w:p>
      <w:pPr>
        <w:spacing w:after="0"/>
        <w:ind w:left="454"/>
      </w:pPr>
      <w:r>
        <w:t>(   ) a) A neighbor</w:t>
      </w:r>
    </w:p>
    <w:p>
      <w:pPr>
        <w:spacing w:after="0"/>
        <w:ind w:left="454"/>
      </w:pPr>
      <w:r>
        <w:t>(   ) b) Tom's teacher</w:t>
      </w:r>
    </w:p>
    <w:p>
      <w:pPr>
        <w:spacing w:after="0"/>
        <w:ind w:left="454"/>
      </w:pPr>
      <w:r>
        <w:t>(   ) c) A police officer</w:t>
      </w:r>
    </w:p>
    <w:p>
      <w:pPr>
        <w:keepNext/>
        <w:spacing w:before="120"/>
      </w:pPr>
      <w:r>
        <w:t>5. 😃  How did Tom feel when Max came back?</w:t>
      </w:r>
    </w:p>
    <w:p>
      <w:pPr>
        <w:spacing w:after="0"/>
        <w:ind w:left="454"/>
      </w:pPr>
      <w:r>
        <w:t>(   ) a) Scared</w:t>
      </w:r>
    </w:p>
    <w:p>
      <w:pPr>
        <w:spacing w:after="0"/>
        <w:ind w:left="454"/>
      </w:pPr>
      <w:r>
        <w:t>(   ) b) Very happy</w:t>
      </w:r>
    </w:p>
    <w:p>
      <w:pPr>
        <w:spacing w:after="0"/>
        <w:ind w:left="454"/>
      </w:pPr>
      <w:r>
        <w:t>(   ) c) Tired</w:t>
      </w:r>
    </w:p>
    <w:p>
      <w:pPr>
        <w:pStyle w:val="Heading2"/>
      </w:pPr>
      <w:r>
        <w:t>2. Informative text</w:t>
      </w:r>
    </w:p>
    <w:p>
      <w:r>
        <w:rPr>
          <w:i/>
        </w:rPr>
        <w:t>Read the text and choose the correct answer.</w:t>
      </w:r>
    </w:p>
    <w:p>
      <w:r>
        <w:rPr>
          <w:b/>
        </w:rPr>
        <w:t>The Sun</w:t>
      </w:r>
    </w:p>
    <w:p>
      <w:pPr>
        <w:ind w:left="340"/>
      </w:pPr>
      <w:r>
        <w:t>The Sun is a big star in the sky. It gives us light and heat. Without the Sun, Earth would be very cold, and plants wouldn't grow. People, animals, and plants need the Sun to survive.</w:t>
      </w:r>
    </w:p>
    <w:p>
      <w:pPr>
        <w:keepNext/>
        <w:spacing w:before="120"/>
      </w:pPr>
      <w:r>
        <w:t>1. ☀️  What is the Sun?</w:t>
      </w:r>
    </w:p>
    <w:p>
      <w:pPr>
        <w:spacing w:after="0"/>
        <w:ind w:left="454"/>
      </w:pPr>
      <w:r>
        <w:t>(   ) a) A planet</w:t>
      </w:r>
    </w:p>
    <w:p>
      <w:pPr>
        <w:spacing w:after="0"/>
        <w:ind w:left="454"/>
      </w:pPr>
      <w:r>
        <w:t>(   ) b) A big star</w:t>
      </w:r>
    </w:p>
    <w:p>
      <w:pPr>
        <w:spacing w:after="0"/>
        <w:ind w:left="454"/>
      </w:pPr>
      <w:r>
        <w:t>(   ) c) A moon</w:t>
      </w:r>
    </w:p>
    <w:p>
      <w:pPr>
        <w:keepNext/>
        <w:spacing w:before="120"/>
      </w:pPr>
      <w:r>
        <w:t>2. 🔆  What does the Sun give us?</w:t>
      </w:r>
    </w:p>
    <w:p>
      <w:pPr>
        <w:spacing w:after="0"/>
        <w:ind w:left="454"/>
      </w:pPr>
      <w:r>
        <w:t>(   ) a) Water and food</w:t>
      </w:r>
    </w:p>
    <w:p>
      <w:pPr>
        <w:spacing w:after="0"/>
        <w:ind w:left="454"/>
      </w:pPr>
      <w:r>
        <w:t>(   ) b) Rain and snow</w:t>
      </w:r>
    </w:p>
    <w:p>
      <w:pPr>
        <w:spacing w:after="0"/>
        <w:ind w:left="454"/>
      </w:pPr>
      <w:r>
        <w:t>(   ) c) Light and heat</w:t>
      </w:r>
    </w:p>
    <w:p>
      <w:pPr>
        <w:keepNext/>
        <w:spacing w:before="120"/>
      </w:pPr>
      <w:r>
        <w:t>3. 🥶  What would happen without the Sun?</w:t>
      </w:r>
    </w:p>
    <w:p>
      <w:pPr>
        <w:spacing w:after="0"/>
        <w:ind w:left="454"/>
      </w:pPr>
      <w:r>
        <w:t>(   ) a) Earth would be very cold, and plants wouldn't grow.</w:t>
      </w:r>
    </w:p>
    <w:p>
      <w:pPr>
        <w:spacing w:after="0"/>
        <w:ind w:left="454"/>
      </w:pPr>
      <w:r>
        <w:t>(   ) b) Earth would be very hot.</w:t>
      </w:r>
    </w:p>
    <w:p>
      <w:pPr>
        <w:spacing w:after="0"/>
        <w:ind w:left="454"/>
      </w:pPr>
      <w:r>
        <w:t>(   ) c) Plants would grow faster.</w:t>
      </w:r>
    </w:p>
    <w:p>
      <w:pPr>
        <w:keepNext/>
        <w:spacing w:before="120"/>
      </w:pPr>
      <w:r>
        <w:t>4. 🌻  Who needs the Sun to survive?</w:t>
      </w:r>
    </w:p>
    <w:p>
      <w:pPr>
        <w:spacing w:after="0"/>
        <w:ind w:left="454"/>
      </w:pPr>
      <w:r>
        <w:t>(   ) a) Only plants</w:t>
      </w:r>
    </w:p>
    <w:p>
      <w:pPr>
        <w:spacing w:after="0"/>
        <w:ind w:left="454"/>
      </w:pPr>
      <w:r>
        <w:t>(   ) b) Only people</w:t>
      </w:r>
    </w:p>
    <w:p>
      <w:pPr>
        <w:spacing w:after="0"/>
        <w:ind w:left="454"/>
      </w:pPr>
      <w:r>
        <w:t>(   ) c) People, animals and plants</w:t>
      </w:r>
    </w:p>
    <w:p>
      <w:pPr>
        <w:pStyle w:val="Heading2"/>
      </w:pPr>
      <w:r>
        <w:t>3. True or false?</w:t>
      </w:r>
    </w:p>
    <w:p>
      <w:r>
        <w:rPr>
          <w:i/>
        </w:rPr>
        <w:t>Read and choose True or False.</w:t>
      </w:r>
    </w:p>
    <w:p>
      <w:pPr>
        <w:keepNext/>
        <w:spacing w:before="120"/>
      </w:pPr>
      <w:r>
        <w:t>1. Tom found Max on the same day.</w:t>
      </w:r>
    </w:p>
    <w:p>
      <w:pPr>
        <w:ind w:left="454"/>
      </w:pPr>
      <w:r>
        <w:t>(   ) True        (   ) False</w:t>
      </w:r>
    </w:p>
    <w:p>
      <w:pPr>
        <w:keepNext/>
        <w:spacing w:before="120"/>
      </w:pPr>
      <w:r>
        <w:t>2. Tom heard Max barking outside.</w:t>
      </w:r>
    </w:p>
    <w:p>
      <w:pPr>
        <w:ind w:left="454"/>
      </w:pPr>
      <w:r>
        <w:t>(   ) True        (   ) False</w:t>
      </w:r>
    </w:p>
    <w:p>
      <w:pPr>
        <w:keepNext/>
        <w:spacing w:before="120"/>
      </w:pPr>
      <w:r>
        <w:t>3. The Sun is important for life on Earth.</w:t>
      </w:r>
    </w:p>
    <w:p>
      <w:pPr>
        <w:ind w:left="454"/>
      </w:pPr>
      <w:r>
        <w:t>(   ) True        (   ) False</w:t>
      </w:r>
    </w:p>
    <w:p>
      <w:r>
        <w:br w:type="page"/>
      </w:r>
    </w:p>
    <w:p>
      <w:pPr>
        <w:pStyle w:val="Heading2"/>
      </w:pPr>
      <w:r>
        <w:t>Gabarito (Answer key)</w:t>
      </w:r>
    </w:p>
    <w:p>
      <w:r>
        <w:rPr>
          <w:b/>
        </w:rPr>
        <w:t>1. Short story</w:t>
      </w:r>
    </w:p>
    <w:p>
      <w:pPr>
        <w:spacing w:after="0"/>
      </w:pPr>
      <w:r>
        <w:t>1) b) Max</w:t>
      </w:r>
    </w:p>
    <w:p>
      <w:pPr>
        <w:spacing w:after="0"/>
      </w:pPr>
      <w:r>
        <w:t>2) a) He ran away from the house.</w:t>
      </w:r>
    </w:p>
    <w:p>
      <w:pPr>
        <w:spacing w:after="0"/>
      </w:pPr>
      <w:r>
        <w:t>3) c) Very sad</w:t>
      </w:r>
    </w:p>
    <w:p>
      <w:pPr>
        <w:spacing w:after="0"/>
      </w:pPr>
      <w:r>
        <w:t>4) a) A neighbor</w:t>
      </w:r>
    </w:p>
    <w:p>
      <w:pPr>
        <w:spacing w:after="0"/>
      </w:pPr>
      <w:r>
        <w:t>5) b) Very happy</w:t>
      </w:r>
    </w:p>
    <w:p>
      <w:r>
        <w:rPr>
          <w:b/>
        </w:rPr>
        <w:t>2. Informative text</w:t>
      </w:r>
    </w:p>
    <w:p>
      <w:pPr>
        <w:spacing w:after="0"/>
      </w:pPr>
      <w:r>
        <w:t>1) b) A big star</w:t>
      </w:r>
    </w:p>
    <w:p>
      <w:pPr>
        <w:spacing w:after="0"/>
      </w:pPr>
      <w:r>
        <w:t>2) c) Light and heat</w:t>
      </w:r>
    </w:p>
    <w:p>
      <w:pPr>
        <w:spacing w:after="0"/>
      </w:pPr>
      <w:r>
        <w:t>3) a) Earth would be very cold, and plants wouldn't grow.</w:t>
      </w:r>
    </w:p>
    <w:p>
      <w:pPr>
        <w:spacing w:after="0"/>
      </w:pPr>
      <w:r>
        <w:t>4) c) People, animals and plants</w:t>
      </w:r>
    </w:p>
    <w:p>
      <w:r>
        <w:rPr>
          <w:b/>
        </w:rPr>
        <w:t>3. True or false?</w:t>
      </w:r>
    </w:p>
    <w:p>
      <w:pPr>
        <w:spacing w:after="0"/>
      </w:pPr>
      <w:r>
        <w:t>1) False</w:t>
      </w:r>
    </w:p>
    <w:p>
      <w:pPr>
        <w:spacing w:after="0"/>
      </w:pPr>
      <w:r>
        <w:t>2) True</w:t>
      </w:r>
    </w:p>
    <w:p>
      <w:pPr>
        <w:spacing w:after="0"/>
      </w:pPr>
      <w:r>
        <w:t>3) True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2025-04-07T00:00:00Z</dcterms:created>
  <dcterms:modified xsi:type="dcterms:W3CDTF">2025-04-07T00:00:00Z</dcterms:modified>
  <cp:category/>
</cp:coreProperties>
</file>