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Reading: The Lost Pencil e The Elephant</w:t>
      </w:r>
    </w:p>
    <w:p>
      <w:r>
        <w:rPr>
          <w:color w:val="6B6B6B"/>
          <w:sz w:val="18"/>
        </w:rPr>
        <w:t>3º ano e 4º ano · Reading comprehension (interpretação)</w:t>
      </w:r>
    </w:p>
    <w:p>
      <w:pPr>
        <w:pStyle w:val="Heading2"/>
      </w:pPr>
      <w:r>
        <w:t>1. Short story</w:t>
      </w:r>
    </w:p>
    <w:p>
      <w:r>
        <w:rPr>
          <w:i/>
        </w:rPr>
        <w:t>Leia a história e escolha a resposta certa. (Read the story and choose the correct answer.)</w:t>
      </w:r>
    </w:p>
    <w:p>
      <w:r>
        <w:rPr>
          <w:b/>
        </w:rPr>
        <w:t>The Lost Pencil</w:t>
      </w:r>
    </w:p>
    <w:p>
      <w:pPr>
        <w:ind w:left="340"/>
      </w:pPr>
      <w:r>
        <w:t>Sofia was looking for her pencil. She checked her backpack, her desk, and even the floor, but she couldn't find it. Finally, her friend Lucas saw it under the chair and gave it back to her. Sofia was very happy and thanked him.</w:t>
      </w:r>
    </w:p>
    <w:p>
      <w:pPr>
        <w:keepNext/>
        <w:spacing w:before="120"/>
      </w:pPr>
      <w:r>
        <w:t>1. ✏️  What was Sofia looking for?</w:t>
      </w:r>
    </w:p>
    <w:p>
      <w:pPr>
        <w:spacing w:after="0"/>
        <w:ind w:left="454"/>
      </w:pPr>
      <w:r>
        <w:t>(   ) a) Her eraser</w:t>
      </w:r>
    </w:p>
    <w:p>
      <w:pPr>
        <w:spacing w:after="0"/>
        <w:ind w:left="454"/>
      </w:pPr>
      <w:r>
        <w:t>(   ) b) Her pencil</w:t>
      </w:r>
    </w:p>
    <w:p>
      <w:pPr>
        <w:spacing w:after="0"/>
        <w:ind w:left="454"/>
      </w:pPr>
      <w:r>
        <w:t>(   ) c) Her book</w:t>
      </w:r>
    </w:p>
    <w:p>
      <w:pPr>
        <w:keepNext/>
        <w:spacing w:before="120"/>
      </w:pPr>
      <w:r>
        <w:t>2. 🎒  Where did she check first?</w:t>
      </w:r>
    </w:p>
    <w:p>
      <w:pPr>
        <w:spacing w:after="0"/>
        <w:ind w:left="454"/>
      </w:pPr>
      <w:r>
        <w:t>(   ) a) In her backpack</w:t>
      </w:r>
    </w:p>
    <w:p>
      <w:pPr>
        <w:spacing w:after="0"/>
        <w:ind w:left="454"/>
      </w:pPr>
      <w:r>
        <w:t>(   ) b) On the floor</w:t>
      </w:r>
    </w:p>
    <w:p>
      <w:pPr>
        <w:spacing w:after="0"/>
        <w:ind w:left="454"/>
      </w:pPr>
      <w:r>
        <w:t>(   ) c) Under the chair</w:t>
      </w:r>
    </w:p>
    <w:p>
      <w:pPr>
        <w:keepNext/>
        <w:spacing w:before="120"/>
      </w:pPr>
      <w:r>
        <w:t>3. 👦  Who found the pencil?</w:t>
      </w:r>
    </w:p>
    <w:p>
      <w:pPr>
        <w:spacing w:after="0"/>
        <w:ind w:left="454"/>
      </w:pPr>
      <w:r>
        <w:t>(   ) a) The teacher</w:t>
      </w:r>
    </w:p>
    <w:p>
      <w:pPr>
        <w:spacing w:after="0"/>
        <w:ind w:left="454"/>
      </w:pPr>
      <w:r>
        <w:t>(   ) b) Sofia's mom</w:t>
      </w:r>
    </w:p>
    <w:p>
      <w:pPr>
        <w:spacing w:after="0"/>
        <w:ind w:left="454"/>
      </w:pPr>
      <w:r>
        <w:t>(   ) c) Lucas</w:t>
      </w:r>
    </w:p>
    <w:p>
      <w:pPr>
        <w:keepNext/>
        <w:spacing w:before="120"/>
      </w:pPr>
      <w:r>
        <w:t>4. 🪑  Where was the pencil?</w:t>
      </w:r>
    </w:p>
    <w:p>
      <w:pPr>
        <w:spacing w:after="0"/>
        <w:ind w:left="454"/>
      </w:pPr>
      <w:r>
        <w:t>(   ) a) On the desk</w:t>
      </w:r>
    </w:p>
    <w:p>
      <w:pPr>
        <w:spacing w:after="0"/>
        <w:ind w:left="454"/>
      </w:pPr>
      <w:r>
        <w:t>(   ) b) Under the chair</w:t>
      </w:r>
    </w:p>
    <w:p>
      <w:pPr>
        <w:spacing w:after="0"/>
        <w:ind w:left="454"/>
      </w:pPr>
      <w:r>
        <w:t>(   ) c) In the backpack</w:t>
      </w:r>
    </w:p>
    <w:p>
      <w:pPr>
        <w:keepNext/>
        <w:spacing w:before="120"/>
      </w:pPr>
      <w:r>
        <w:t>5. 😊  How did Sofia feel at the end?</w:t>
      </w:r>
    </w:p>
    <w:p>
      <w:pPr>
        <w:spacing w:after="0"/>
        <w:ind w:left="454"/>
      </w:pPr>
      <w:r>
        <w:t>(   ) a) Very happy</w:t>
      </w:r>
    </w:p>
    <w:p>
      <w:pPr>
        <w:spacing w:after="0"/>
        <w:ind w:left="454"/>
      </w:pPr>
      <w:r>
        <w:t>(   ) b) Sad</w:t>
      </w:r>
    </w:p>
    <w:p>
      <w:pPr>
        <w:spacing w:after="0"/>
        <w:ind w:left="454"/>
      </w:pPr>
      <w:r>
        <w:t>(   ) c) Angry</w:t>
      </w:r>
    </w:p>
    <w:p>
      <w:pPr>
        <w:pStyle w:val="Heading2"/>
      </w:pPr>
      <w:r>
        <w:t>2. Informative text</w:t>
      </w:r>
    </w:p>
    <w:p>
      <w:r>
        <w:rPr>
          <w:i/>
        </w:rPr>
        <w:t>Leia o texto e escolha a resposta certa. (Read the text and choose the correct answer.)</w:t>
      </w:r>
    </w:p>
    <w:p>
      <w:r>
        <w:rPr>
          <w:b/>
        </w:rPr>
        <w:t>The Elephant</w:t>
      </w:r>
    </w:p>
    <w:p>
      <w:pPr>
        <w:ind w:left="340"/>
      </w:pPr>
      <w:r>
        <w:t>Elephants are the largest land animals in the world. They have big ears and long trunks. Elephants live in Africa and Asia. They eat plants, leaves, and fruits. Elephants are very intelligent and social animals.</w:t>
      </w:r>
    </w:p>
    <w:p>
      <w:pPr>
        <w:keepNext/>
        <w:spacing w:before="120"/>
      </w:pPr>
      <w:r>
        <w:t>1. 🐘  What is the largest land animal in the world?</w:t>
      </w:r>
    </w:p>
    <w:p>
      <w:pPr>
        <w:spacing w:after="0"/>
        <w:ind w:left="454"/>
      </w:pPr>
      <w:r>
        <w:t>(   ) a) The giraffe</w:t>
      </w:r>
    </w:p>
    <w:p>
      <w:pPr>
        <w:spacing w:after="0"/>
        <w:ind w:left="454"/>
      </w:pPr>
      <w:r>
        <w:t>(   ) b) The lion</w:t>
      </w:r>
    </w:p>
    <w:p>
      <w:pPr>
        <w:spacing w:after="0"/>
        <w:ind w:left="454"/>
      </w:pPr>
      <w:r>
        <w:t>(   ) c) The elephant</w:t>
      </w:r>
    </w:p>
    <w:p>
      <w:pPr>
        <w:keepNext/>
        <w:spacing w:before="120"/>
      </w:pPr>
      <w:r>
        <w:t>2. 🌍  Where do elephants live?</w:t>
      </w:r>
    </w:p>
    <w:p>
      <w:pPr>
        <w:spacing w:after="0"/>
        <w:ind w:left="454"/>
      </w:pPr>
      <w:r>
        <w:t>(   ) a) In Africa and Asia</w:t>
      </w:r>
    </w:p>
    <w:p>
      <w:pPr>
        <w:spacing w:after="0"/>
        <w:ind w:left="454"/>
      </w:pPr>
      <w:r>
        <w:t>(   ) b) In Brazil and Argentina</w:t>
      </w:r>
    </w:p>
    <w:p>
      <w:pPr>
        <w:spacing w:after="0"/>
        <w:ind w:left="454"/>
      </w:pPr>
      <w:r>
        <w:t>(   ) c) In Europe</w:t>
      </w:r>
    </w:p>
    <w:p>
      <w:pPr>
        <w:keepNext/>
        <w:spacing w:before="120"/>
      </w:pPr>
      <w:r>
        <w:t>3. 🌿  What do elephants eat?</w:t>
      </w:r>
    </w:p>
    <w:p>
      <w:pPr>
        <w:spacing w:after="0"/>
        <w:ind w:left="454"/>
      </w:pPr>
      <w:r>
        <w:t>(   ) a) Meat and fish</w:t>
      </w:r>
    </w:p>
    <w:p>
      <w:pPr>
        <w:spacing w:after="0"/>
        <w:ind w:left="454"/>
      </w:pPr>
      <w:r>
        <w:t>(   ) b) Plants, leaves and fruits</w:t>
      </w:r>
    </w:p>
    <w:p>
      <w:pPr>
        <w:spacing w:after="0"/>
        <w:ind w:left="454"/>
      </w:pPr>
      <w:r>
        <w:t>(   ) c) Bread and cheese</w:t>
      </w:r>
    </w:p>
    <w:p>
      <w:pPr>
        <w:keepNext/>
        <w:spacing w:before="120"/>
      </w:pPr>
      <w:r>
        <w:t>4. 👂  Which part of the elephant's body is in the text?</w:t>
      </w:r>
    </w:p>
    <w:p>
      <w:pPr>
        <w:spacing w:after="0"/>
        <w:ind w:left="454"/>
      </w:pPr>
      <w:r>
        <w:t>(   ) a) Wings</w:t>
      </w:r>
    </w:p>
    <w:p>
      <w:pPr>
        <w:spacing w:after="0"/>
        <w:ind w:left="454"/>
      </w:pPr>
      <w:r>
        <w:t>(   ) b) A long tail</w:t>
      </w:r>
    </w:p>
    <w:p>
      <w:pPr>
        <w:spacing w:after="0"/>
        <w:ind w:left="454"/>
      </w:pPr>
      <w:r>
        <w:t>(   ) c) Big ears</w:t>
      </w:r>
    </w:p>
    <w:p>
      <w:pPr>
        <w:pStyle w:val="Heading2"/>
      </w:pPr>
      <w:r>
        <w:t>3. Yes or no?</w:t>
      </w:r>
    </w:p>
    <w:p>
      <w:r>
        <w:rPr>
          <w:i/>
        </w:rPr>
        <w:t>Está certo? (Yes or no?)</w:t>
      </w:r>
    </w:p>
    <w:p>
      <w:pPr>
        <w:keepNext/>
        <w:spacing w:before="120"/>
      </w:pPr>
      <w:r>
        <w:t>1. 🧠  Elephants are intelligent and social animals.</w:t>
      </w:r>
    </w:p>
    <w:p>
      <w:pPr>
        <w:ind w:left="454"/>
      </w:pPr>
      <w:r>
        <w:t>(   ) Yes        (   ) No</w:t>
      </w:r>
    </w:p>
    <w:p>
      <w:pPr>
        <w:keepNext/>
        <w:spacing w:before="120"/>
      </w:pPr>
      <w:r>
        <w:t>2. 🙏  Sofia thanked Lucas.</w:t>
      </w:r>
    </w:p>
    <w:p>
      <w:pPr>
        <w:ind w:left="454"/>
      </w:pPr>
      <w:r>
        <w:t>(   ) Yes        (   ) No</w:t>
      </w:r>
    </w:p>
    <w:p>
      <w:pPr>
        <w:keepNext/>
        <w:spacing w:before="120"/>
      </w:pPr>
      <w:r>
        <w:t>3. 🦒  Elephants have short trunks.</w:t>
      </w:r>
    </w:p>
    <w:p>
      <w:pPr>
        <w:ind w:left="454"/>
      </w:pPr>
      <w:r>
        <w:t>(   ) Yes        (   ) No</w:t>
      </w:r>
    </w:p>
    <w:p>
      <w:r>
        <w:br w:type="page"/>
      </w:r>
    </w:p>
    <w:p>
      <w:pPr>
        <w:pStyle w:val="Heading2"/>
      </w:pPr>
      <w:r>
        <w:t>Gabarito (Answer key)</w:t>
      </w:r>
    </w:p>
    <w:p>
      <w:r>
        <w:rPr>
          <w:b/>
        </w:rPr>
        <w:t>1. Short story</w:t>
      </w:r>
    </w:p>
    <w:p>
      <w:pPr>
        <w:spacing w:after="0"/>
      </w:pPr>
      <w:r>
        <w:t>1) b) Her pencil</w:t>
      </w:r>
    </w:p>
    <w:p>
      <w:pPr>
        <w:spacing w:after="0"/>
      </w:pPr>
      <w:r>
        <w:t>2) a) In her backpack</w:t>
      </w:r>
    </w:p>
    <w:p>
      <w:pPr>
        <w:spacing w:after="0"/>
      </w:pPr>
      <w:r>
        <w:t>3) c) Lucas</w:t>
      </w:r>
    </w:p>
    <w:p>
      <w:pPr>
        <w:spacing w:after="0"/>
      </w:pPr>
      <w:r>
        <w:t>4) b) Under the chair</w:t>
      </w:r>
    </w:p>
    <w:p>
      <w:pPr>
        <w:spacing w:after="0"/>
      </w:pPr>
      <w:r>
        <w:t>5) a) Very happy</w:t>
      </w:r>
    </w:p>
    <w:p>
      <w:r>
        <w:rPr>
          <w:b/>
        </w:rPr>
        <w:t>2. Informative text</w:t>
      </w:r>
    </w:p>
    <w:p>
      <w:pPr>
        <w:spacing w:after="0"/>
      </w:pPr>
      <w:r>
        <w:t>1) c) The elephant</w:t>
      </w:r>
    </w:p>
    <w:p>
      <w:pPr>
        <w:spacing w:after="0"/>
      </w:pPr>
      <w:r>
        <w:t>2) a) In Africa and Asia</w:t>
      </w:r>
    </w:p>
    <w:p>
      <w:pPr>
        <w:spacing w:after="0"/>
      </w:pPr>
      <w:r>
        <w:t>3) b) Plants, leaves and fruits</w:t>
      </w:r>
    </w:p>
    <w:p>
      <w:pPr>
        <w:spacing w:after="0"/>
      </w:pPr>
      <w:r>
        <w:t>4) c) Big ears</w:t>
      </w:r>
    </w:p>
    <w:p>
      <w:r>
        <w:rPr>
          <w:b/>
        </w:rPr>
        <w:t>3. Yes or no?</w:t>
      </w:r>
    </w:p>
    <w:p>
      <w:pPr>
        <w:spacing w:after="0"/>
      </w:pPr>
      <w:r>
        <w:t>1) Yes</w:t>
      </w:r>
    </w:p>
    <w:p>
      <w:pPr>
        <w:spacing w:after="0"/>
      </w:pPr>
      <w:r>
        <w:t>2) Yes</w:t>
      </w:r>
    </w:p>
    <w:p>
      <w:pPr>
        <w:spacing w:after="0"/>
      </w:pPr>
      <w:r>
        <w:t>3) No</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