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Amazon e Renascimento: leitura avançada</w:t>
      </w:r>
    </w:p>
    <w:p>
      <w:r>
        <w:rPr>
          <w:color w:val="6B6B6B"/>
          <w:sz w:val="18"/>
        </w:rPr>
        <w:t>2ª série e 3ª série · Reading comprehension (interpretação) · BNCC: EM13LGG103, EM13LGG403</w:t>
      </w:r>
    </w:p>
    <w:p>
      <w:pPr>
        <w:pStyle w:val="Heading2"/>
      </w:pPr>
      <w:r>
        <w:t>1. The Amazon rainforest</w:t>
      </w:r>
    </w:p>
    <w:p>
      <w:r>
        <w:rPr>
          <w:i/>
        </w:rPr>
        <w:t>Read the text and choose the correct answer.</w:t>
      </w:r>
    </w:p>
    <w:p>
      <w:r>
        <w:rPr>
          <w:b/>
        </w:rPr>
        <w:t>The Earth's lungs</w:t>
      </w:r>
    </w:p>
    <w:p>
      <w:pPr>
        <w:ind w:left="340"/>
      </w:pPr>
      <w:r>
        <w:t>In the heart of the Amazon rainforest, a unique ecosystem thrives. This rainforest, often referred to as the Earth's lungs, plays a crucial role in regulating the world's oxygen and carbon cycles. It is home to an unparalleled diversity of flora and fauna, some of which are found nowhere else on the planet.</w:t>
      </w:r>
    </w:p>
    <w:p>
      <w:pPr>
        <w:ind w:left="340"/>
      </w:pPr>
      <w:r>
        <w:t>However, this vital ecological treasure is under threat due to deforestation and climate change. The loss of this natural habitat not only endangers the species that inhabit it but also has far-reaching effects on global weather patterns and climate.</w:t>
      </w:r>
    </w:p>
    <w:p>
      <w:pPr>
        <w:keepNext/>
        <w:spacing w:before="120"/>
      </w:pPr>
      <w:r>
        <w:t>1. Why is the Amazon called "the Earth's lungs"?</w:t>
      </w:r>
    </w:p>
    <w:p>
      <w:pPr>
        <w:spacing w:after="0"/>
        <w:ind w:left="454"/>
      </w:pPr>
      <w:r>
        <w:t>(   ) a) Because it is the largest forest in Europe</w:t>
      </w:r>
    </w:p>
    <w:p>
      <w:pPr>
        <w:spacing w:after="0"/>
        <w:ind w:left="454"/>
      </w:pPr>
      <w:r>
        <w:t>(   ) b) Because it helps regulate the world's oxygen and carbon cycles</w:t>
      </w:r>
    </w:p>
    <w:p>
      <w:pPr>
        <w:spacing w:after="0"/>
        <w:ind w:left="454"/>
      </w:pPr>
      <w:r>
        <w:t>(   ) c) Because it has many rivers</w:t>
      </w:r>
    </w:p>
    <w:p>
      <w:pPr>
        <w:spacing w:after="0"/>
        <w:ind w:left="454"/>
      </w:pPr>
      <w:r>
        <w:t>(   ) d) Because people breathe better there</w:t>
      </w:r>
    </w:p>
    <w:p>
      <w:pPr>
        <w:keepNext/>
        <w:spacing w:before="120"/>
      </w:pPr>
      <w:r>
        <w:t>2. According to the text, the Amazon is home to…</w:t>
      </w:r>
    </w:p>
    <w:p>
      <w:pPr>
        <w:spacing w:after="0"/>
        <w:ind w:left="454"/>
      </w:pPr>
      <w:r>
        <w:t>(   ) a) very few species of plants and animals</w:t>
      </w:r>
    </w:p>
    <w:p>
      <w:pPr>
        <w:spacing w:after="0"/>
        <w:ind w:left="454"/>
      </w:pPr>
      <w:r>
        <w:t>(   ) b) species that can be found everywhere</w:t>
      </w:r>
    </w:p>
    <w:p>
      <w:pPr>
        <w:spacing w:after="0"/>
        <w:ind w:left="454"/>
      </w:pPr>
      <w:r>
        <w:t>(   ) c) a huge diversity of plants and animals, some found only there</w:t>
      </w:r>
    </w:p>
    <w:p>
      <w:pPr>
        <w:spacing w:after="0"/>
        <w:ind w:left="454"/>
      </w:pPr>
      <w:r>
        <w:t>(   ) d) only animals, not plants</w:t>
      </w:r>
    </w:p>
    <w:p>
      <w:pPr>
        <w:keepNext/>
        <w:spacing w:before="120"/>
      </w:pPr>
      <w:r>
        <w:t>3. What are the two threats mentioned in the text?</w:t>
      </w:r>
    </w:p>
    <w:p>
      <w:pPr>
        <w:spacing w:after="0"/>
        <w:ind w:left="454"/>
      </w:pPr>
      <w:r>
        <w:t>(   ) a) Deforestation and climate change</w:t>
      </w:r>
    </w:p>
    <w:p>
      <w:pPr>
        <w:spacing w:after="0"/>
        <w:ind w:left="454"/>
      </w:pPr>
      <w:r>
        <w:t>(   ) b) Tourism and fishing</w:t>
      </w:r>
    </w:p>
    <w:p>
      <w:pPr>
        <w:spacing w:after="0"/>
        <w:ind w:left="454"/>
      </w:pPr>
      <w:r>
        <w:t>(   ) c) Floods and earthquakes</w:t>
      </w:r>
    </w:p>
    <w:p>
      <w:pPr>
        <w:spacing w:after="0"/>
        <w:ind w:left="454"/>
      </w:pPr>
      <w:r>
        <w:t>(   ) d) Pollution and noise</w:t>
      </w:r>
    </w:p>
    <w:p>
      <w:pPr>
        <w:keepNext/>
        <w:spacing w:before="120"/>
      </w:pPr>
      <w:r>
        <w:t>4. What is a consequence of losing the rainforest, according to the text?</w:t>
      </w:r>
    </w:p>
    <w:p>
      <w:pPr>
        <w:spacing w:after="0"/>
        <w:ind w:left="454"/>
      </w:pPr>
      <w:r>
        <w:t>(   ) a) More oxygen in the air</w:t>
      </w:r>
    </w:p>
    <w:p>
      <w:pPr>
        <w:spacing w:after="0"/>
        <w:ind w:left="454"/>
      </w:pPr>
      <w:r>
        <w:t>(   ) b) Effects on global weather patterns and climate</w:t>
      </w:r>
    </w:p>
    <w:p>
      <w:pPr>
        <w:spacing w:after="0"/>
        <w:ind w:left="454"/>
      </w:pPr>
      <w:r>
        <w:t>(   ) c) More species in the region</w:t>
      </w:r>
    </w:p>
    <w:p>
      <w:pPr>
        <w:spacing w:after="0"/>
        <w:ind w:left="454"/>
      </w:pPr>
      <w:r>
        <w:t>(   ) d) Lower temperatures everywhere</w:t>
      </w:r>
    </w:p>
    <w:p>
      <w:pPr>
        <w:keepNext/>
        <w:spacing w:before="120"/>
      </w:pPr>
      <w:r>
        <w:t>5. In the text, "flora and fauna" means…</w:t>
      </w:r>
    </w:p>
    <w:p>
      <w:pPr>
        <w:spacing w:after="0"/>
        <w:ind w:left="454"/>
      </w:pPr>
      <w:r>
        <w:t>(   ) a) rivers and lakes</w:t>
      </w:r>
    </w:p>
    <w:p>
      <w:pPr>
        <w:spacing w:after="0"/>
        <w:ind w:left="454"/>
      </w:pPr>
      <w:r>
        <w:t>(   ) b) rain and wind</w:t>
      </w:r>
    </w:p>
    <w:p>
      <w:pPr>
        <w:spacing w:after="0"/>
        <w:ind w:left="454"/>
      </w:pPr>
      <w:r>
        <w:t>(   ) c) plants and animals</w:t>
      </w:r>
    </w:p>
    <w:p>
      <w:pPr>
        <w:spacing w:after="0"/>
        <w:ind w:left="454"/>
      </w:pPr>
      <w:r>
        <w:t>(   ) d) cities and towns</w:t>
      </w:r>
    </w:p>
    <w:p>
      <w:pPr>
        <w:pStyle w:val="Heading2"/>
      </w:pPr>
      <w:r>
        <w:t>2. The Renaissance</w:t>
      </w:r>
    </w:p>
    <w:p>
      <w:r>
        <w:rPr>
          <w:i/>
        </w:rPr>
        <w:t>Read the text and choose the correct answer.</w:t>
      </w:r>
    </w:p>
    <w:p>
      <w:r>
        <w:rPr>
          <w:b/>
        </w:rPr>
        <w:t>A period of rebirth</w:t>
      </w:r>
    </w:p>
    <w:p>
      <w:pPr>
        <w:ind w:left="340"/>
      </w:pPr>
      <w:r>
        <w:t>The Renaissance was a period of great cultural and intellectual rebirth in Europe, spanning from the 14th to the 17th century. It marked the transition from the Middle Ages to modernity and was characterized by a renewed interest in the classical art, literature, and learning of Ancient Greece and Rome.</w:t>
      </w:r>
    </w:p>
    <w:p>
      <w:pPr>
        <w:ind w:left="340"/>
      </w:pPr>
      <w:r>
        <w:t>This era saw the emergence of notable figures such as Leonardo da Vinci and Michelangelo, who not only revolutionized the world of art but also contributed significantly to scientific advancements. The Renaissance played a key role in shaping the course of Western civilization, influencing aspects of society that are still evident today.</w:t>
      </w:r>
    </w:p>
    <w:p>
      <w:pPr>
        <w:keepNext/>
        <w:spacing w:before="120"/>
      </w:pPr>
      <w:r>
        <w:t>1. When did the Renaissance happen?</w:t>
      </w:r>
    </w:p>
    <w:p>
      <w:pPr>
        <w:spacing w:after="0"/>
        <w:ind w:left="454"/>
      </w:pPr>
      <w:r>
        <w:t>(   ) a) From the 14th to the 17th century</w:t>
      </w:r>
    </w:p>
    <w:p>
      <w:pPr>
        <w:spacing w:after="0"/>
        <w:ind w:left="454"/>
      </w:pPr>
      <w:r>
        <w:t>(   ) b) In the 20th century</w:t>
      </w:r>
    </w:p>
    <w:p>
      <w:pPr>
        <w:spacing w:after="0"/>
        <w:ind w:left="454"/>
      </w:pPr>
      <w:r>
        <w:t>(   ) c) During Ancient Rome</w:t>
      </w:r>
    </w:p>
    <w:p>
      <w:pPr>
        <w:spacing w:after="0"/>
        <w:ind w:left="454"/>
      </w:pPr>
      <w:r>
        <w:t>(   ) d) From the 5th to the 10th century</w:t>
      </w:r>
    </w:p>
    <w:p>
      <w:pPr>
        <w:keepNext/>
        <w:spacing w:before="120"/>
      </w:pPr>
      <w:r>
        <w:t>2. What characterized the Renaissance?</w:t>
      </w:r>
    </w:p>
    <w:p>
      <w:pPr>
        <w:spacing w:after="0"/>
        <w:ind w:left="454"/>
      </w:pPr>
      <w:r>
        <w:t>(   ) a) A rejection of all classical ideas</w:t>
      </w:r>
    </w:p>
    <w:p>
      <w:pPr>
        <w:spacing w:after="0"/>
        <w:ind w:left="454"/>
      </w:pPr>
      <w:r>
        <w:t>(   ) b) A renewed interest in the art, literature and learning of Ancient Greece and Rome</w:t>
      </w:r>
    </w:p>
    <w:p>
      <w:pPr>
        <w:spacing w:after="0"/>
        <w:ind w:left="454"/>
      </w:pPr>
      <w:r>
        <w:t>(   ) c) The invention of the internet</w:t>
      </w:r>
    </w:p>
    <w:p>
      <w:pPr>
        <w:spacing w:after="0"/>
        <w:ind w:left="454"/>
      </w:pPr>
      <w:r>
        <w:t>(   ) d) The end of art in Europe</w:t>
      </w:r>
    </w:p>
    <w:p>
      <w:pPr>
        <w:keepNext/>
        <w:spacing w:before="120"/>
      </w:pPr>
      <w:r>
        <w:t>3. What did Leonardo da Vinci and Michelangelo contribute to, according to the text?</w:t>
      </w:r>
    </w:p>
    <w:p>
      <w:pPr>
        <w:spacing w:after="0"/>
        <w:ind w:left="454"/>
      </w:pPr>
      <w:r>
        <w:t>(   ) a) Only politics</w:t>
      </w:r>
    </w:p>
    <w:p>
      <w:pPr>
        <w:spacing w:after="0"/>
        <w:ind w:left="454"/>
      </w:pPr>
      <w:r>
        <w:t>(   ) b) Only music</w:t>
      </w:r>
    </w:p>
    <w:p>
      <w:pPr>
        <w:spacing w:after="0"/>
        <w:ind w:left="454"/>
      </w:pPr>
      <w:r>
        <w:t>(   ) c) Art and scientific advancements</w:t>
      </w:r>
    </w:p>
    <w:p>
      <w:pPr>
        <w:spacing w:after="0"/>
        <w:ind w:left="454"/>
      </w:pPr>
      <w:r>
        <w:t>(   ) d) Sports and games</w:t>
      </w:r>
    </w:p>
    <w:p>
      <w:pPr>
        <w:keepNext/>
        <w:spacing w:before="120"/>
      </w:pPr>
      <w:r>
        <w:t>4. The word "rebirth" in the text is closest in meaning to…</w:t>
      </w:r>
    </w:p>
    <w:p>
      <w:pPr>
        <w:spacing w:after="0"/>
        <w:ind w:left="454"/>
      </w:pPr>
      <w:r>
        <w:t>(   ) a) revival</w:t>
      </w:r>
    </w:p>
    <w:p>
      <w:pPr>
        <w:spacing w:after="0"/>
        <w:ind w:left="454"/>
      </w:pPr>
      <w:r>
        <w:t>(   ) b) decline</w:t>
      </w:r>
    </w:p>
    <w:p>
      <w:pPr>
        <w:spacing w:after="0"/>
        <w:ind w:left="454"/>
      </w:pPr>
      <w:r>
        <w:t>(   ) c) ending</w:t>
      </w:r>
    </w:p>
    <w:p>
      <w:pPr>
        <w:spacing w:after="0"/>
        <w:ind w:left="454"/>
      </w:pPr>
      <w:r>
        <w:t>(   ) d) war</w:t>
      </w:r>
    </w:p>
    <w:p>
      <w:pPr>
        <w:pStyle w:val="Heading2"/>
      </w:pPr>
      <w:r>
        <w:t>3. True or false?</w:t>
      </w:r>
    </w:p>
    <w:p>
      <w:r>
        <w:rPr>
          <w:i/>
        </w:rPr>
        <w:t>Read the statements about the two texts and decide if they are true or false.</w:t>
      </w:r>
    </w:p>
    <w:p>
      <w:pPr>
        <w:keepNext/>
        <w:spacing w:before="120"/>
      </w:pPr>
      <w:r>
        <w:t>1. The Renaissance marked the transition from the Middle Ages to modernity.</w:t>
      </w:r>
    </w:p>
    <w:p>
      <w:pPr>
        <w:ind w:left="454"/>
      </w:pPr>
      <w:r>
        <w:t>(   ) True        (   ) False</w:t>
      </w:r>
    </w:p>
    <w:p>
      <w:pPr>
        <w:keepNext/>
        <w:spacing w:before="120"/>
      </w:pPr>
      <w:r>
        <w:t>2. The Amazon rainforest is not under any threat.</w:t>
      </w:r>
    </w:p>
    <w:p>
      <w:pPr>
        <w:ind w:left="454"/>
      </w:pPr>
      <w:r>
        <w:t>(   ) True        (   ) False</w:t>
      </w:r>
    </w:p>
    <w:p>
      <w:pPr>
        <w:keepNext/>
        <w:spacing w:before="120"/>
      </w:pPr>
      <w:r>
        <w:t>3. According to the text, the influence of the Renaissance can still be seen today.</w:t>
      </w:r>
    </w:p>
    <w:p>
      <w:pPr>
        <w:ind w:left="454"/>
      </w:pPr>
      <w:r>
        <w:t>(   ) True        (   ) False</w:t>
      </w:r>
    </w:p>
    <w:p>
      <w:r>
        <w:br w:type="page"/>
      </w:r>
    </w:p>
    <w:p>
      <w:pPr>
        <w:pStyle w:val="Heading2"/>
      </w:pPr>
      <w:r>
        <w:t>Gabarito (Answer key)</w:t>
      </w:r>
    </w:p>
    <w:p>
      <w:r>
        <w:rPr>
          <w:b/>
        </w:rPr>
        <w:t>1. The Amazon rainforest</w:t>
      </w:r>
    </w:p>
    <w:p>
      <w:pPr>
        <w:spacing w:after="0"/>
      </w:pPr>
      <w:r>
        <w:t>1) b) Because it helps regulate the world's oxygen and carbon cycles</w:t>
      </w:r>
    </w:p>
    <w:p>
      <w:pPr>
        <w:spacing w:after="0"/>
      </w:pPr>
      <w:r>
        <w:t>2) c) a huge diversity of plants and animals, some found only there</w:t>
      </w:r>
    </w:p>
    <w:p>
      <w:pPr>
        <w:spacing w:after="0"/>
      </w:pPr>
      <w:r>
        <w:t>3) a) Deforestation and climate change</w:t>
      </w:r>
    </w:p>
    <w:p>
      <w:pPr>
        <w:spacing w:after="0"/>
      </w:pPr>
      <w:r>
        <w:t>4) b) Effects on global weather patterns and climate</w:t>
      </w:r>
    </w:p>
    <w:p>
      <w:pPr>
        <w:spacing w:after="0"/>
      </w:pPr>
      <w:r>
        <w:t>5) c) plants and animals</w:t>
      </w:r>
    </w:p>
    <w:p>
      <w:r>
        <w:rPr>
          <w:b/>
        </w:rPr>
        <w:t>2. The Renaissance</w:t>
      </w:r>
    </w:p>
    <w:p>
      <w:pPr>
        <w:spacing w:after="0"/>
      </w:pPr>
      <w:r>
        <w:t>1) a) From the 14th to the 17th century</w:t>
      </w:r>
    </w:p>
    <w:p>
      <w:pPr>
        <w:spacing w:after="0"/>
      </w:pPr>
      <w:r>
        <w:t>2) b) A renewed interest in the art, literature and learning of Ancient Greece and Rome</w:t>
      </w:r>
    </w:p>
    <w:p>
      <w:pPr>
        <w:spacing w:after="0"/>
      </w:pPr>
      <w:r>
        <w:t>3) c) Art and scientific advancements</w:t>
      </w:r>
    </w:p>
    <w:p>
      <w:pPr>
        <w:spacing w:after="0"/>
      </w:pPr>
      <w:r>
        <w:t>4) a) revival</w:t>
      </w:r>
    </w:p>
    <w:p>
      <w:r>
        <w:rPr>
          <w:b/>
        </w:rPr>
        <w:t>3. True or false?</w:t>
      </w:r>
    </w:p>
    <w:p>
      <w:pPr>
        <w:spacing w:after="0"/>
      </w:pPr>
      <w:r>
        <w:t>1) True</w:t>
      </w:r>
    </w:p>
    <w:p>
      <w:pPr>
        <w:spacing w:after="0"/>
      </w:pPr>
      <w:r>
        <w:t>2) False</w:t>
      </w:r>
    </w:p>
    <w:p>
      <w:pPr>
        <w:spacing w:after="0"/>
      </w:pPr>
      <w:r>
        <w:t>3) True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