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Reading: The Value of Failure</w:t>
      </w:r>
    </w:p>
    <w:p>
      <w:r>
        <w:rPr>
          <w:color w:val="6B6B6B"/>
          <w:sz w:val="18"/>
        </w:rPr>
        <w:t>2ª série e 3ª série · Reading comprehension (interpretação) · BNCC: EM13LGG302</w:t>
      </w:r>
    </w:p>
    <w:p>
      <w:pPr>
        <w:pStyle w:val="Heading2"/>
      </w:pPr>
      <w:r>
        <w:t>1. Reading comprehension</w:t>
      </w:r>
    </w:p>
    <w:p>
      <w:r>
        <w:rPr>
          <w:i/>
        </w:rPr>
        <w:t>Read the text and choose the correct answer.</w:t>
      </w:r>
    </w:p>
    <w:p>
      <w:r>
        <w:rPr>
          <w:b/>
        </w:rPr>
        <w:t>The Value of Failure</w:t>
      </w:r>
    </w:p>
    <w:p>
      <w:pPr>
        <w:ind w:left="340"/>
      </w:pPr>
      <w:r>
        <w:t>In our society, failure is often seen as something negative — a reason for shame or disappointment. Yet, some of the greatest minds in history, from Thomas Edison to Steve Jobs, have described failure as their most valuable teacher.</w:t>
      </w:r>
    </w:p>
    <w:p>
      <w:pPr>
        <w:ind w:left="340"/>
      </w:pPr>
      <w:r>
        <w:t>When we fail, we are forced to analyze, to question, and to learn. Success often hides our mistakes, while failure exposes them clearly. The difference between those who succeed and those who give up is not talent, but the ability to try again after failing.</w:t>
      </w:r>
    </w:p>
    <w:p>
      <w:pPr>
        <w:ind w:left="340"/>
      </w:pPr>
      <w:r>
        <w:t>In truth, failure is not the opposite of success — it is a part of it.</w:t>
      </w:r>
    </w:p>
    <w:p>
      <w:pPr>
        <w:keepNext/>
        <w:spacing w:before="120"/>
      </w:pPr>
      <w:r>
        <w:t>1. According to the text, how is failure described by great thinkers?</w:t>
      </w:r>
    </w:p>
    <w:p>
      <w:pPr>
        <w:spacing w:after="0"/>
        <w:ind w:left="454"/>
      </w:pPr>
      <w:r>
        <w:t>(   ) a) As something to be avoided at all costs.</w:t>
      </w:r>
    </w:p>
    <w:p>
      <w:pPr>
        <w:spacing w:after="0"/>
        <w:ind w:left="454"/>
      </w:pPr>
      <w:r>
        <w:t>(   ) b) As a necessary step toward learning and success.</w:t>
      </w:r>
    </w:p>
    <w:p>
      <w:pPr>
        <w:spacing w:after="0"/>
        <w:ind w:left="454"/>
      </w:pPr>
      <w:r>
        <w:t>(   ) c) As proof of weakness and lack of talent.</w:t>
      </w:r>
    </w:p>
    <w:p>
      <w:pPr>
        <w:spacing w:after="0"/>
        <w:ind w:left="454"/>
      </w:pPr>
      <w:r>
        <w:t>(   ) d) As a final result that cannot be changed.</w:t>
      </w:r>
    </w:p>
    <w:p>
      <w:pPr>
        <w:keepNext/>
        <w:spacing w:before="120"/>
      </w:pPr>
      <w:r>
        <w:t>2. The phrase "failure exposes them clearly" refers to:</w:t>
      </w:r>
    </w:p>
    <w:p>
      <w:pPr>
        <w:spacing w:after="0"/>
        <w:ind w:left="454"/>
      </w:pPr>
      <w:r>
        <w:t>(   ) a) how failure hides our mistakes.</w:t>
      </w:r>
    </w:p>
    <w:p>
      <w:pPr>
        <w:spacing w:after="0"/>
        <w:ind w:left="454"/>
      </w:pPr>
      <w:r>
        <w:t>(   ) b) how success covers our mistakes.</w:t>
      </w:r>
    </w:p>
    <w:p>
      <w:pPr>
        <w:spacing w:after="0"/>
        <w:ind w:left="454"/>
      </w:pPr>
      <w:r>
        <w:t>(   ) c) how others judge us when we fail.</w:t>
      </w:r>
    </w:p>
    <w:p>
      <w:pPr>
        <w:spacing w:after="0"/>
        <w:ind w:left="454"/>
      </w:pPr>
      <w:r>
        <w:t>(   ) d) how failure helps us see our mistakes.</w:t>
      </w:r>
    </w:p>
    <w:p>
      <w:pPr>
        <w:keepNext/>
        <w:spacing w:before="120"/>
      </w:pPr>
      <w:r>
        <w:t>3. What is the main idea of the text?</w:t>
      </w:r>
    </w:p>
    <w:p>
      <w:pPr>
        <w:spacing w:after="0"/>
        <w:ind w:left="454"/>
      </w:pPr>
      <w:r>
        <w:t>(   ) a) Failure can be a powerful learning experience.</w:t>
      </w:r>
    </w:p>
    <w:p>
      <w:pPr>
        <w:spacing w:after="0"/>
        <w:ind w:left="454"/>
      </w:pPr>
      <w:r>
        <w:t>(   ) b) Failure is dangerous and should be feared.</w:t>
      </w:r>
    </w:p>
    <w:p>
      <w:pPr>
        <w:spacing w:after="0"/>
        <w:ind w:left="454"/>
      </w:pPr>
      <w:r>
        <w:t>(   ) c) Only talented people can overcome failure.</w:t>
      </w:r>
    </w:p>
    <w:p>
      <w:pPr>
        <w:spacing w:after="0"/>
        <w:ind w:left="454"/>
      </w:pPr>
      <w:r>
        <w:t>(   ) d) Success and failure are completely opposite.</w:t>
      </w:r>
    </w:p>
    <w:p>
      <w:pPr>
        <w:keepNext/>
        <w:spacing w:before="120"/>
      </w:pPr>
      <w:r>
        <w:t>4. What does the author suggest is the real difference between people who succeed and people who give up?</w:t>
      </w:r>
    </w:p>
    <w:p>
      <w:pPr>
        <w:spacing w:after="0"/>
        <w:ind w:left="454"/>
      </w:pPr>
      <w:r>
        <w:t>(   ) a) Intelligence</w:t>
      </w:r>
    </w:p>
    <w:p>
      <w:pPr>
        <w:spacing w:after="0"/>
        <w:ind w:left="454"/>
      </w:pPr>
      <w:r>
        <w:t>(   ) b) Opportunity</w:t>
      </w:r>
    </w:p>
    <w:p>
      <w:pPr>
        <w:spacing w:after="0"/>
        <w:ind w:left="454"/>
      </w:pPr>
      <w:r>
        <w:t>(   ) c) Persistence</w:t>
      </w:r>
    </w:p>
    <w:p>
      <w:pPr>
        <w:spacing w:after="0"/>
        <w:ind w:left="454"/>
      </w:pPr>
      <w:r>
        <w:t>(   ) d) Luck</w:t>
      </w:r>
    </w:p>
    <w:p>
      <w:pPr>
        <w:pStyle w:val="Heading2"/>
      </w:pPr>
      <w:r>
        <w:t>2. True or false?</w:t>
      </w:r>
    </w:p>
    <w:p>
      <w:r>
        <w:rPr>
          <w:i/>
        </w:rPr>
        <w:t>Read the text again. Are the statements true or false?</w:t>
      </w:r>
    </w:p>
    <w:p>
      <w:pPr>
        <w:keepNext/>
        <w:spacing w:before="120"/>
      </w:pPr>
      <w:r>
        <w:t>1. In our society, failure is often seen as something positive.</w:t>
      </w:r>
    </w:p>
    <w:p>
      <w:pPr>
        <w:ind w:left="454"/>
      </w:pPr>
      <w:r>
        <w:t>(   ) True        (   ) False</w:t>
      </w:r>
    </w:p>
    <w:p>
      <w:pPr>
        <w:keepNext/>
        <w:spacing w:before="120"/>
      </w:pPr>
      <w:r>
        <w:t>2. Thomas Edison and Steve Jobs are mentioned as examples of great minds.</w:t>
      </w:r>
    </w:p>
    <w:p>
      <w:pPr>
        <w:ind w:left="454"/>
      </w:pPr>
      <w:r>
        <w:t>(   ) True        (   ) False</w:t>
      </w:r>
    </w:p>
    <w:p>
      <w:pPr>
        <w:keepNext/>
        <w:spacing w:before="120"/>
      </w:pPr>
      <w:r>
        <w:t>3. According to the author, success can hide our mistakes.</w:t>
      </w:r>
    </w:p>
    <w:p>
      <w:pPr>
        <w:ind w:left="454"/>
      </w:pPr>
      <w:r>
        <w:t>(   ) True        (   ) False</w:t>
      </w:r>
    </w:p>
    <w:p>
      <w:pPr>
        <w:keepNext/>
        <w:spacing w:before="120"/>
      </w:pPr>
      <w:r>
        <w:t>4. The author believes talent is the main reason people succeed.</w:t>
      </w:r>
    </w:p>
    <w:p>
      <w:pPr>
        <w:ind w:left="454"/>
      </w:pPr>
      <w:r>
        <w:t>(   ) True        (   ) False</w:t>
      </w:r>
    </w:p>
    <w:p>
      <w:pPr>
        <w:pStyle w:val="Heading2"/>
      </w:pPr>
      <w:r>
        <w:t>3. Vocabulary in context</w:t>
      </w:r>
    </w:p>
    <w:p>
      <w:r>
        <w:rPr>
          <w:i/>
        </w:rPr>
        <w:t>Choose the word or expression closest in meaning.</w:t>
      </w:r>
    </w:p>
    <w:p>
      <w:pPr>
        <w:keepNext/>
        <w:spacing w:before="120"/>
      </w:pPr>
      <w:r>
        <w:t>1. "a reason for shame" – shame means:</w:t>
      </w:r>
    </w:p>
    <w:p>
      <w:pPr>
        <w:spacing w:after="0"/>
        <w:ind w:left="454"/>
      </w:pPr>
      <w:r>
        <w:t>(   ) a) vergonha</w:t>
      </w:r>
    </w:p>
    <w:p>
      <w:pPr>
        <w:spacing w:after="0"/>
        <w:ind w:left="454"/>
      </w:pPr>
      <w:r>
        <w:t>(   ) b) alegria</w:t>
      </w:r>
    </w:p>
    <w:p>
      <w:pPr>
        <w:spacing w:after="0"/>
        <w:ind w:left="454"/>
      </w:pPr>
      <w:r>
        <w:t>(   ) c) sombra</w:t>
      </w:r>
    </w:p>
    <w:p>
      <w:pPr>
        <w:keepNext/>
        <w:spacing w:before="120"/>
      </w:pPr>
      <w:r>
        <w:t>2. "Yet, some of the greatest minds..." – Yet means:</w:t>
      </w:r>
    </w:p>
    <w:p>
      <w:pPr>
        <w:spacing w:after="0"/>
        <w:ind w:left="454"/>
      </w:pPr>
      <w:r>
        <w:t>(   ) a) Because</w:t>
      </w:r>
    </w:p>
    <w:p>
      <w:pPr>
        <w:spacing w:after="0"/>
        <w:ind w:left="454"/>
      </w:pPr>
      <w:r>
        <w:t>(   ) b) However</w:t>
      </w:r>
    </w:p>
    <w:p>
      <w:pPr>
        <w:spacing w:after="0"/>
        <w:ind w:left="454"/>
      </w:pPr>
      <w:r>
        <w:t>(   ) c) Therefore</w:t>
      </w:r>
    </w:p>
    <w:p>
      <w:pPr>
        <w:keepNext/>
        <w:spacing w:before="120"/>
      </w:pPr>
      <w:r>
        <w:t>3. "those who give up" – give up means:</w:t>
      </w:r>
    </w:p>
    <w:p>
      <w:pPr>
        <w:spacing w:after="0"/>
        <w:ind w:left="454"/>
      </w:pPr>
      <w:r>
        <w:t>(   ) a) try harder</w:t>
      </w:r>
    </w:p>
    <w:p>
      <w:pPr>
        <w:spacing w:after="0"/>
        <w:ind w:left="454"/>
      </w:pPr>
      <w:r>
        <w:t>(   ) b) start again</w:t>
      </w:r>
    </w:p>
    <w:p>
      <w:pPr>
        <w:spacing w:after="0"/>
        <w:ind w:left="454"/>
      </w:pPr>
      <w:r>
        <w:t>(   ) c) stop trying</w:t>
      </w:r>
    </w:p>
    <w:p>
      <w:r>
        <w:br w:type="page"/>
      </w:r>
    </w:p>
    <w:p>
      <w:pPr>
        <w:pStyle w:val="Heading2"/>
      </w:pPr>
      <w:r>
        <w:t>Gabarito (Answer key)</w:t>
      </w:r>
    </w:p>
    <w:p>
      <w:r>
        <w:rPr>
          <w:b/>
        </w:rPr>
        <w:t>1. Reading comprehension</w:t>
      </w:r>
    </w:p>
    <w:p>
      <w:pPr>
        <w:spacing w:after="0"/>
      </w:pPr>
      <w:r>
        <w:t>1) b) As a necessary step toward learning and success.</w:t>
      </w:r>
    </w:p>
    <w:p>
      <w:pPr>
        <w:spacing w:after="0"/>
      </w:pPr>
      <w:r>
        <w:t>2) d) how failure helps us see our mistakes.</w:t>
      </w:r>
    </w:p>
    <w:p>
      <w:pPr>
        <w:spacing w:after="0"/>
      </w:pPr>
      <w:r>
        <w:t>3) a) Failure can be a powerful learning experience.</w:t>
      </w:r>
    </w:p>
    <w:p>
      <w:pPr>
        <w:spacing w:after="0"/>
      </w:pPr>
      <w:r>
        <w:t>4) c) Persistence</w:t>
      </w:r>
    </w:p>
    <w:p>
      <w:r>
        <w:rPr>
          <w:b/>
        </w:rPr>
        <w:t>2. True or false?</w:t>
      </w:r>
    </w:p>
    <w:p>
      <w:pPr>
        <w:spacing w:after="0"/>
      </w:pPr>
      <w:r>
        <w:t>1) False</w:t>
      </w:r>
    </w:p>
    <w:p>
      <w:pPr>
        <w:spacing w:after="0"/>
      </w:pPr>
      <w:r>
        <w:t>2) True</w:t>
      </w:r>
    </w:p>
    <w:p>
      <w:pPr>
        <w:spacing w:after="0"/>
      </w:pPr>
      <w:r>
        <w:t>3) True</w:t>
      </w:r>
    </w:p>
    <w:p>
      <w:pPr>
        <w:spacing w:after="0"/>
      </w:pPr>
      <w:r>
        <w:t>4) False</w:t>
      </w:r>
    </w:p>
    <w:p>
      <w:r>
        <w:rPr>
          <w:b/>
        </w:rPr>
        <w:t>3. Vocabulary in context</w:t>
      </w:r>
    </w:p>
    <w:p>
      <w:pPr>
        <w:spacing w:after="0"/>
      </w:pPr>
      <w:r>
        <w:t>1) a) vergonha</w:t>
      </w:r>
    </w:p>
    <w:p>
      <w:pPr>
        <w:spacing w:after="0"/>
      </w:pPr>
      <w:r>
        <w:t>2) b) However</w:t>
      </w:r>
    </w:p>
    <w:p>
      <w:pPr>
        <w:spacing w:after="0"/>
      </w:pPr>
      <w:r>
        <w:t>3) c) stop trying</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2025-10-13T00:00:00Z</dcterms:created>
  <dcterms:modified xsi:type="dcterms:W3CDTF">2025-10-13T00:00:00Z</dcterms:modified>
  <cp:category/>
</cp:coreProperties>
</file>