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Reading: rotina, post e aviso escolar</w:t>
      </w:r>
    </w:p>
    <w:p>
      <w:r>
        <w:rPr>
          <w:color w:val="6B6B6B"/>
          <w:sz w:val="18"/>
        </w:rPr>
        <w:t>1ª série · Reading comprehension (interpretação) · BNCC: EM13LGG302, EM13LGG403</w:t>
      </w:r>
    </w:p>
    <w:p>
      <w:pPr>
        <w:pStyle w:val="Heading2"/>
      </w:pPr>
      <w:r>
        <w:t>1. Daily routine message</w:t>
      </w:r>
    </w:p>
    <w:p>
      <w:r>
        <w:rPr>
          <w:i/>
        </w:rPr>
        <w:t>Read Laura's message and choose the correct answer.</w:t>
      </w:r>
    </w:p>
    <w:p>
      <w:r>
        <w:rPr>
          <w:b/>
        </w:rPr>
        <w:t>Laura's routine</w:t>
      </w:r>
    </w:p>
    <w:p>
      <w:pPr>
        <w:ind w:left="340"/>
      </w:pPr>
      <w:r>
        <w:t>Hi! My name is Laura. I wake up at 6 a.m. every day. I go to school at 7:30 and come back home at 1 p.m. After lunch, I do my homework, and in the evening, I watch a TV show or read a book.</w:t>
      </w:r>
    </w:p>
    <w:p>
      <w:pPr>
        <w:keepNext/>
        <w:spacing w:before="120"/>
      </w:pPr>
      <w:r>
        <w:t>1. What time does Laura go to school?</w:t>
      </w:r>
    </w:p>
    <w:p>
      <w:pPr>
        <w:spacing w:after="0"/>
        <w:ind w:left="454"/>
      </w:pPr>
      <w:r>
        <w:t>(   ) a) At 6 a.m.</w:t>
      </w:r>
    </w:p>
    <w:p>
      <w:pPr>
        <w:spacing w:after="0"/>
        <w:ind w:left="454"/>
      </w:pPr>
      <w:r>
        <w:t>(   ) b) At 7:30 a.m.</w:t>
      </w:r>
    </w:p>
    <w:p>
      <w:pPr>
        <w:spacing w:after="0"/>
        <w:ind w:left="454"/>
      </w:pPr>
      <w:r>
        <w:t>(   ) c) At 1 p.m.</w:t>
      </w:r>
    </w:p>
    <w:p>
      <w:pPr>
        <w:keepNext/>
        <w:spacing w:before="120"/>
      </w:pPr>
      <w:r>
        <w:t>2. What does she do in the afternoon, after lunch?</w:t>
      </w:r>
    </w:p>
    <w:p>
      <w:pPr>
        <w:spacing w:after="0"/>
        <w:ind w:left="454"/>
      </w:pPr>
      <w:r>
        <w:t>(   ) a) She does her homework.</w:t>
      </w:r>
    </w:p>
    <w:p>
      <w:pPr>
        <w:spacing w:after="0"/>
        <w:ind w:left="454"/>
      </w:pPr>
      <w:r>
        <w:t>(   ) b) She watches TV.</w:t>
      </w:r>
    </w:p>
    <w:p>
      <w:pPr>
        <w:spacing w:after="0"/>
        <w:ind w:left="454"/>
      </w:pPr>
      <w:r>
        <w:t>(   ) c) She goes to school.</w:t>
      </w:r>
    </w:p>
    <w:p>
      <w:pPr>
        <w:keepNext/>
        <w:spacing w:before="120"/>
      </w:pPr>
      <w:r>
        <w:t>3. What does Laura do in the evening?</w:t>
      </w:r>
    </w:p>
    <w:p>
      <w:pPr>
        <w:spacing w:after="0"/>
        <w:ind w:left="454"/>
      </w:pPr>
      <w:r>
        <w:t>(   ) a) She studies at school.</w:t>
      </w:r>
    </w:p>
    <w:p>
      <w:pPr>
        <w:spacing w:after="0"/>
        <w:ind w:left="454"/>
      </w:pPr>
      <w:r>
        <w:t>(   ) b) She has lunch.</w:t>
      </w:r>
    </w:p>
    <w:p>
      <w:pPr>
        <w:spacing w:after="0"/>
        <w:ind w:left="454"/>
      </w:pPr>
      <w:r>
        <w:t>(   ) c) She watches a TV show or reads a book.</w:t>
      </w:r>
    </w:p>
    <w:p>
      <w:pPr>
        <w:pStyle w:val="Heading2"/>
      </w:pPr>
      <w:r>
        <w:t>2. Social media post</w:t>
      </w:r>
    </w:p>
    <w:p>
      <w:r>
        <w:rPr>
          <w:i/>
        </w:rPr>
        <w:t>Read the post and choose the correct answer.</w:t>
      </w:r>
    </w:p>
    <w:p>
      <w:r>
        <w:rPr>
          <w:b/>
        </w:rPr>
        <w:t>A post</w:t>
      </w:r>
    </w:p>
    <w:p>
      <w:pPr>
        <w:ind w:left="340"/>
      </w:pPr>
      <w:r>
        <w:t>Feeling grateful today 💙 I had a great walk in the park, saw beautiful flowers and listened to music. Sometimes, we need to slow down and enjoy the little things.</w:t>
      </w:r>
    </w:p>
    <w:p>
      <w:pPr>
        <w:keepNext/>
        <w:spacing w:before="120"/>
      </w:pPr>
      <w:r>
        <w:t>1. What did the person do in the park?</w:t>
      </w:r>
    </w:p>
    <w:p>
      <w:pPr>
        <w:spacing w:after="0"/>
        <w:ind w:left="454"/>
      </w:pPr>
      <w:r>
        <w:t>(   ) a) Played soccer and had a picnic.</w:t>
      </w:r>
    </w:p>
    <w:p>
      <w:pPr>
        <w:spacing w:after="0"/>
        <w:ind w:left="454"/>
      </w:pPr>
      <w:r>
        <w:t>(   ) b) Walked, saw flowers and listened to music.</w:t>
      </w:r>
    </w:p>
    <w:p>
      <w:pPr>
        <w:spacing w:after="0"/>
        <w:ind w:left="454"/>
      </w:pPr>
      <w:r>
        <w:t>(   ) c) Read a book and slept.</w:t>
      </w:r>
    </w:p>
    <w:p>
      <w:pPr>
        <w:keepNext/>
        <w:spacing w:before="120"/>
      </w:pPr>
      <w:r>
        <w:t>2. What feeling is expressed in the post?</w:t>
      </w:r>
    </w:p>
    <w:p>
      <w:pPr>
        <w:spacing w:after="0"/>
        <w:ind w:left="454"/>
      </w:pPr>
      <w:r>
        <w:t>(   ) a) Anger</w:t>
      </w:r>
    </w:p>
    <w:p>
      <w:pPr>
        <w:spacing w:after="0"/>
        <w:ind w:left="454"/>
      </w:pPr>
      <w:r>
        <w:t>(   ) b) Boredom</w:t>
      </w:r>
    </w:p>
    <w:p>
      <w:pPr>
        <w:spacing w:after="0"/>
        <w:ind w:left="454"/>
      </w:pPr>
      <w:r>
        <w:t>(   ) c) Fear</w:t>
      </w:r>
    </w:p>
    <w:p>
      <w:pPr>
        <w:spacing w:after="0"/>
        <w:ind w:left="454"/>
      </w:pPr>
      <w:r>
        <w:t>(   ) d) Gratitude</w:t>
      </w:r>
    </w:p>
    <w:p>
      <w:pPr>
        <w:keepNext/>
        <w:spacing w:before="120"/>
      </w:pPr>
      <w:r>
        <w:t>3. What is the main message of the post?</w:t>
      </w:r>
    </w:p>
    <w:p>
      <w:pPr>
        <w:spacing w:after="0"/>
        <w:ind w:left="454"/>
      </w:pPr>
      <w:r>
        <w:t>(   ) a) Slow down and enjoy the little things.</w:t>
      </w:r>
    </w:p>
    <w:p>
      <w:pPr>
        <w:spacing w:after="0"/>
        <w:ind w:left="454"/>
      </w:pPr>
      <w:r>
        <w:t>(   ) b) Go to the park every day.</w:t>
      </w:r>
    </w:p>
    <w:p>
      <w:pPr>
        <w:spacing w:after="0"/>
        <w:ind w:left="454"/>
      </w:pPr>
      <w:r>
        <w:t>(   ) c) Buy beautiful flowers.</w:t>
      </w:r>
    </w:p>
    <w:p>
      <w:pPr>
        <w:pStyle w:val="Heading2"/>
      </w:pPr>
      <w:r>
        <w:t>3. School announcement</w:t>
      </w:r>
    </w:p>
    <w:p>
      <w:r>
        <w:rPr>
          <w:i/>
        </w:rPr>
        <w:t>Read the announcement and decide: true or false?</w:t>
      </w:r>
    </w:p>
    <w:p>
      <w:r>
        <w:rPr>
          <w:b/>
        </w:rPr>
        <w:t>English Club</w:t>
      </w:r>
    </w:p>
    <w:p>
      <w:pPr>
        <w:ind w:left="340"/>
      </w:pPr>
      <w:r>
        <w:t>Attention students! The English Club will meet every Tuesday at 4 p.m. in Room 12. Join us to practice conversation, play games, and have fun in English!</w:t>
      </w:r>
    </w:p>
    <w:p>
      <w:pPr>
        <w:keepNext/>
        <w:spacing w:before="120"/>
      </w:pPr>
      <w:r>
        <w:t>1. The English Club meets every Thursday.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The meetings are in Room 12.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Students practice conversation and play games at the club.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4. The club meets in the morning.</w:t>
      </w:r>
    </w:p>
    <w:p>
      <w:pPr>
        <w:ind w:left="454"/>
      </w:pPr>
      <w:r>
        <w:t>(   ) True        (   ) False</w:t>
      </w:r>
    </w:p>
    <w:p>
      <w:pPr>
        <w:pStyle w:val="Heading2"/>
      </w:pPr>
      <w:r>
        <w:t>4. Simple present</w:t>
      </w:r>
    </w:p>
    <w:p>
      <w:r>
        <w:rPr>
          <w:i/>
        </w:rPr>
        <w:t>Complete with the simple present of the verbs in parentheses.</w:t>
      </w:r>
    </w:p>
    <w:p>
      <w:pPr>
        <w:keepNext/>
        <w:spacing w:before="120"/>
      </w:pPr>
      <w:r>
        <w:t>1. Laura ______________ (wake) up at 6 a.m. every day.</w:t>
      </w:r>
    </w:p>
    <w:p>
      <w:pPr>
        <w:keepNext/>
        <w:spacing w:before="120"/>
      </w:pPr>
      <w:r>
        <w:t>2. She ______________ (do) her homework after lunch.</w:t>
      </w:r>
    </w:p>
    <w:p>
      <w:pPr>
        <w:keepNext/>
        <w:spacing w:before="120"/>
      </w:pPr>
      <w:r>
        <w:t>3. The English Club ______________ (meet) on Tuesdays.</w:t>
      </w:r>
    </w:p>
    <w:p>
      <w:pPr>
        <w:keepNext/>
        <w:spacing w:before="120"/>
      </w:pPr>
      <w:r>
        <w:t>4. Laura ______________ (not / go) to school in the afternoon.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Daily routine message</w:t>
      </w:r>
    </w:p>
    <w:p>
      <w:pPr>
        <w:spacing w:after="0"/>
      </w:pPr>
      <w:r>
        <w:t>1) b) At 7:30 a.m.</w:t>
      </w:r>
    </w:p>
    <w:p>
      <w:pPr>
        <w:spacing w:after="0"/>
      </w:pPr>
      <w:r>
        <w:t>2) a) She does her homework.</w:t>
      </w:r>
    </w:p>
    <w:p>
      <w:pPr>
        <w:spacing w:after="0"/>
      </w:pPr>
      <w:r>
        <w:t>3) c) She watches a TV show or reads a book.</w:t>
      </w:r>
    </w:p>
    <w:p>
      <w:r>
        <w:rPr>
          <w:b/>
        </w:rPr>
        <w:t>2. Social media post</w:t>
      </w:r>
    </w:p>
    <w:p>
      <w:pPr>
        <w:spacing w:after="0"/>
      </w:pPr>
      <w:r>
        <w:t>1) b) Walked, saw flowers and listened to music.</w:t>
      </w:r>
    </w:p>
    <w:p>
      <w:pPr>
        <w:spacing w:after="0"/>
      </w:pPr>
      <w:r>
        <w:t>2) d) Gratitude</w:t>
      </w:r>
    </w:p>
    <w:p>
      <w:pPr>
        <w:spacing w:after="0"/>
      </w:pPr>
      <w:r>
        <w:t>3) a) Slow down and enjoy the little things.</w:t>
      </w:r>
    </w:p>
    <w:p>
      <w:r>
        <w:rPr>
          <w:b/>
        </w:rPr>
        <w:t>3. School announcement</w:t>
      </w:r>
    </w:p>
    <w:p>
      <w:pPr>
        <w:spacing w:after="0"/>
      </w:pPr>
      <w:r>
        <w:t>1) False</w:t>
      </w:r>
    </w:p>
    <w:p>
      <w:pPr>
        <w:spacing w:after="0"/>
      </w:pPr>
      <w:r>
        <w:t>2) True</w:t>
      </w:r>
    </w:p>
    <w:p>
      <w:pPr>
        <w:spacing w:after="0"/>
      </w:pPr>
      <w:r>
        <w:t>3) True</w:t>
      </w:r>
    </w:p>
    <w:p>
      <w:pPr>
        <w:spacing w:after="0"/>
      </w:pPr>
      <w:r>
        <w:t>4) False</w:t>
      </w:r>
    </w:p>
    <w:p>
      <w:r>
        <w:rPr>
          <w:b/>
        </w:rPr>
        <w:t>4. Simple present</w:t>
      </w:r>
    </w:p>
    <w:p>
      <w:pPr>
        <w:spacing w:after="0"/>
      </w:pPr>
      <w:r>
        <w:t>1) wakes</w:t>
      </w:r>
    </w:p>
    <w:p>
      <w:pPr>
        <w:spacing w:after="0"/>
      </w:pPr>
      <w:r>
        <w:t>2) does</w:t>
      </w:r>
    </w:p>
    <w:p>
      <w:pPr>
        <w:spacing w:after="0"/>
      </w:pPr>
      <w:r>
        <w:t>3) meets</w:t>
      </w:r>
    </w:p>
    <w:p>
      <w:pPr>
        <w:spacing w:after="0"/>
      </w:pPr>
      <w:r>
        <w:t>4) doesn't go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2025-12-22T00:00:00Z</dcterms:created>
  <dcterms:modified xsi:type="dcterms:W3CDTF">2025-12-22T00:00:00Z</dcterms:modified>
  <cp:category/>
</cp:coreProperties>
</file>