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Perguntas e substantivos próprios</w:t>
      </w:r>
    </w:p>
    <w:p>
      <w:r>
        <w:rPr>
          <w:color w:val="6B6B6B"/>
          <w:sz w:val="18"/>
        </w:rPr>
        <w:t>6º ano e 7º ano · Wh- questions · BNCC: EF07LI18, EF07LI20</w:t>
      </w:r>
    </w:p>
    <w:p>
      <w:pPr>
        <w:pStyle w:val="Heading2"/>
      </w:pPr>
      <w:r>
        <w:t>1. Make questions</w:t>
      </w:r>
    </w:p>
    <w:p>
      <w:r>
        <w:rPr>
          <w:i/>
        </w:rPr>
        <w:t>Choose the correct question for each statement.</w:t>
      </w:r>
    </w:p>
    <w:p>
      <w:pPr>
        <w:keepNext/>
        <w:spacing w:before="120"/>
      </w:pPr>
      <w:r>
        <w:t>1. She can play the piano.</w:t>
      </w:r>
    </w:p>
    <w:p>
      <w:pPr>
        <w:spacing w:after="0"/>
        <w:ind w:left="454"/>
      </w:pPr>
      <w:r>
        <w:t>(   ) a) Does she can play the piano?</w:t>
      </w:r>
    </w:p>
    <w:p>
      <w:pPr>
        <w:spacing w:after="0"/>
        <w:ind w:left="454"/>
      </w:pPr>
      <w:r>
        <w:t>(   ) b) Can she play the piano?</w:t>
      </w:r>
    </w:p>
    <w:p>
      <w:pPr>
        <w:spacing w:after="0"/>
        <w:ind w:left="454"/>
      </w:pPr>
      <w:r>
        <w:t>(   ) c) She can play the piano?</w:t>
      </w:r>
    </w:p>
    <w:p>
      <w:pPr>
        <w:keepNext/>
        <w:spacing w:before="120"/>
      </w:pPr>
      <w:r>
        <w:t>2. They went to the store yesterday.</w:t>
      </w:r>
    </w:p>
    <w:p>
      <w:pPr>
        <w:spacing w:after="0"/>
        <w:ind w:left="454"/>
      </w:pPr>
      <w:r>
        <w:t>(   ) a) Did they go to the store yesterday?</w:t>
      </w:r>
    </w:p>
    <w:p>
      <w:pPr>
        <w:spacing w:after="0"/>
        <w:ind w:left="454"/>
      </w:pPr>
      <w:r>
        <w:t>(   ) b) Did they went to the store yesterday?</w:t>
      </w:r>
    </w:p>
    <w:p>
      <w:pPr>
        <w:spacing w:after="0"/>
        <w:ind w:left="454"/>
      </w:pPr>
      <w:r>
        <w:t>(   ) c) Went they to the store yesterday?</w:t>
      </w:r>
    </w:p>
    <w:p>
      <w:pPr>
        <w:keepNext/>
        <w:spacing w:before="120"/>
      </w:pPr>
      <w:r>
        <w:t>3. He likes pizza.</w:t>
      </w:r>
    </w:p>
    <w:p>
      <w:pPr>
        <w:spacing w:after="0"/>
        <w:ind w:left="454"/>
      </w:pPr>
      <w:r>
        <w:t>(   ) a) Do he like pizza?</w:t>
      </w:r>
    </w:p>
    <w:p>
      <w:pPr>
        <w:spacing w:after="0"/>
        <w:ind w:left="454"/>
      </w:pPr>
      <w:r>
        <w:t>(   ) b) Does he likes pizza?</w:t>
      </w:r>
    </w:p>
    <w:p>
      <w:pPr>
        <w:spacing w:after="0"/>
        <w:ind w:left="454"/>
      </w:pPr>
      <w:r>
        <w:t>(   ) c) Does he like pizza?</w:t>
      </w:r>
    </w:p>
    <w:p>
      <w:pPr>
        <w:keepNext/>
        <w:spacing w:before="120"/>
      </w:pPr>
      <w:r>
        <w:t>4. You are tired.</w:t>
      </w:r>
    </w:p>
    <w:p>
      <w:pPr>
        <w:spacing w:after="0"/>
        <w:ind w:left="454"/>
      </w:pPr>
      <w:r>
        <w:t>(   ) a) Are you tired?</w:t>
      </w:r>
    </w:p>
    <w:p>
      <w:pPr>
        <w:spacing w:after="0"/>
        <w:ind w:left="454"/>
      </w:pPr>
      <w:r>
        <w:t>(   ) b) Do you are tired?</w:t>
      </w:r>
    </w:p>
    <w:p>
      <w:pPr>
        <w:spacing w:after="0"/>
        <w:ind w:left="454"/>
      </w:pPr>
      <w:r>
        <w:t>(   ) c) Is you tired?</w:t>
      </w:r>
    </w:p>
    <w:p>
      <w:pPr>
        <w:pStyle w:val="Heading2"/>
      </w:pPr>
      <w:r>
        <w:t>2. Complete the questions</w:t>
      </w:r>
    </w:p>
    <w:p>
      <w:r>
        <w:rPr>
          <w:i/>
        </w:rPr>
        <w:t>Complete each question with the correct word.</w:t>
      </w:r>
    </w:p>
    <w:p>
      <w:r>
        <w:rPr>
          <w:b/>
        </w:rPr>
        <w:t>Word bank:  Do  |  Did  |  Can  |  Is</w:t>
      </w:r>
    </w:p>
    <w:p>
      <w:pPr>
        <w:keepNext/>
        <w:spacing w:before="120"/>
      </w:pPr>
      <w:r>
        <w:t>1. ______________ you speak English? — Yes, I do.</w:t>
      </w:r>
    </w:p>
    <w:p>
      <w:pPr>
        <w:keepNext/>
        <w:spacing w:before="120"/>
      </w:pPr>
      <w:r>
        <w:t>2. ______________ she visit her grandma last weekend? — Yes, she did.</w:t>
      </w:r>
    </w:p>
    <w:p>
      <w:pPr>
        <w:keepNext/>
        <w:spacing w:before="120"/>
      </w:pPr>
      <w:r>
        <w:t>3. ______________ your brother ride a bike? — No, he can't.</w:t>
      </w:r>
    </w:p>
    <w:p>
      <w:pPr>
        <w:keepNext/>
        <w:spacing w:before="120"/>
      </w:pPr>
      <w:r>
        <w:t>4. ______________ it raining now? — Yes, it is.</w:t>
      </w:r>
    </w:p>
    <w:p>
      <w:pPr>
        <w:pStyle w:val="Heading2"/>
      </w:pPr>
      <w:r>
        <w:t>3. Proper or common noun?</w:t>
      </w:r>
    </w:p>
    <w:p>
      <w:r>
        <w:rPr>
          <w:i/>
        </w:rPr>
        <w:t>Is the noun proper or common?</w:t>
      </w:r>
    </w:p>
    <w:p>
      <w:pPr>
        <w:keepNext/>
        <w:spacing w:before="120"/>
      </w:pPr>
      <w:r>
        <w:t>1. river</w:t>
      </w:r>
    </w:p>
    <w:p>
      <w:pPr>
        <w:spacing w:after="0"/>
        <w:ind w:left="454"/>
      </w:pPr>
      <w:r>
        <w:t>(   ) a) common noun</w:t>
      </w:r>
    </w:p>
    <w:p>
      <w:pPr>
        <w:spacing w:after="0"/>
        <w:ind w:left="454"/>
      </w:pPr>
      <w:r>
        <w:t>(   ) b) proper noun</w:t>
      </w:r>
    </w:p>
    <w:p>
      <w:pPr>
        <w:keepNext/>
        <w:spacing w:before="120"/>
      </w:pPr>
      <w:r>
        <w:t>2. Amazon River</w:t>
      </w:r>
    </w:p>
    <w:p>
      <w:pPr>
        <w:spacing w:after="0"/>
        <w:ind w:left="454"/>
      </w:pPr>
      <w:r>
        <w:t>(   ) a) common noun</w:t>
      </w:r>
    </w:p>
    <w:p>
      <w:pPr>
        <w:spacing w:after="0"/>
        <w:ind w:left="454"/>
      </w:pPr>
      <w:r>
        <w:t>(   ) b) proper noun</w:t>
      </w:r>
    </w:p>
    <w:p>
      <w:pPr>
        <w:keepNext/>
        <w:spacing w:before="120"/>
      </w:pPr>
      <w:r>
        <w:t>3. city</w:t>
      </w:r>
    </w:p>
    <w:p>
      <w:pPr>
        <w:spacing w:after="0"/>
        <w:ind w:left="454"/>
      </w:pPr>
      <w:r>
        <w:t>(   ) a) common noun</w:t>
      </w:r>
    </w:p>
    <w:p>
      <w:pPr>
        <w:spacing w:after="0"/>
        <w:ind w:left="454"/>
      </w:pPr>
      <w:r>
        <w:t>(   ) b) proper noun</w:t>
      </w:r>
    </w:p>
    <w:p>
      <w:pPr>
        <w:keepNext/>
        <w:spacing w:before="120"/>
      </w:pPr>
      <w:r>
        <w:t>4. Brazil</w:t>
      </w:r>
    </w:p>
    <w:p>
      <w:pPr>
        <w:spacing w:after="0"/>
        <w:ind w:left="454"/>
      </w:pPr>
      <w:r>
        <w:t>(   ) a) common noun</w:t>
      </w:r>
    </w:p>
    <w:p>
      <w:pPr>
        <w:spacing w:after="0"/>
        <w:ind w:left="454"/>
      </w:pPr>
      <w:r>
        <w:t>(   ) b) proper noun</w:t>
      </w:r>
    </w:p>
    <w:p>
      <w:pPr>
        <w:keepNext/>
        <w:spacing w:before="120"/>
      </w:pPr>
      <w:r>
        <w:t>5. Monday</w:t>
      </w:r>
    </w:p>
    <w:p>
      <w:pPr>
        <w:spacing w:after="0"/>
        <w:ind w:left="454"/>
      </w:pPr>
      <w:r>
        <w:t>(   ) a) proper noun</w:t>
      </w:r>
    </w:p>
    <w:p>
      <w:pPr>
        <w:spacing w:after="0"/>
        <w:ind w:left="454"/>
      </w:pPr>
      <w:r>
        <w:t>(   ) b) common noun</w:t>
      </w:r>
    </w:p>
    <w:p>
      <w:pPr>
        <w:keepNext/>
        <w:spacing w:before="120"/>
      </w:pPr>
      <w:r>
        <w:t>6. teacher</w:t>
      </w:r>
    </w:p>
    <w:p>
      <w:pPr>
        <w:spacing w:after="0"/>
        <w:ind w:left="454"/>
      </w:pPr>
      <w:r>
        <w:t>(   ) a) proper noun</w:t>
      </w:r>
    </w:p>
    <w:p>
      <w:pPr>
        <w:spacing w:after="0"/>
        <w:ind w:left="454"/>
      </w:pPr>
      <w:r>
        <w:t>(   ) b) common noun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Make questions</w:t>
      </w:r>
    </w:p>
    <w:p>
      <w:pPr>
        <w:spacing w:after="0"/>
      </w:pPr>
      <w:r>
        <w:t>1) b) Can she play the piano?</w:t>
      </w:r>
    </w:p>
    <w:p>
      <w:pPr>
        <w:spacing w:after="0"/>
      </w:pPr>
      <w:r>
        <w:t>2) a) Did they go to the store yesterday?</w:t>
      </w:r>
    </w:p>
    <w:p>
      <w:pPr>
        <w:spacing w:after="0"/>
      </w:pPr>
      <w:r>
        <w:t>3) c) Does he like pizza?</w:t>
      </w:r>
    </w:p>
    <w:p>
      <w:pPr>
        <w:spacing w:after="0"/>
      </w:pPr>
      <w:r>
        <w:t>4) a) Are you tired?</w:t>
      </w:r>
    </w:p>
    <w:p>
      <w:r>
        <w:rPr>
          <w:b/>
        </w:rPr>
        <w:t>2. Complete the questions</w:t>
      </w:r>
    </w:p>
    <w:p>
      <w:pPr>
        <w:spacing w:after="0"/>
      </w:pPr>
      <w:r>
        <w:t>1) Do</w:t>
      </w:r>
    </w:p>
    <w:p>
      <w:pPr>
        <w:spacing w:after="0"/>
      </w:pPr>
      <w:r>
        <w:t>2) Did</w:t>
      </w:r>
    </w:p>
    <w:p>
      <w:pPr>
        <w:spacing w:after="0"/>
      </w:pPr>
      <w:r>
        <w:t>3) Can</w:t>
      </w:r>
    </w:p>
    <w:p>
      <w:pPr>
        <w:spacing w:after="0"/>
      </w:pPr>
      <w:r>
        <w:t>4) Is</w:t>
      </w:r>
    </w:p>
    <w:p>
      <w:r>
        <w:rPr>
          <w:b/>
        </w:rPr>
        <w:t>3. Proper or common noun?</w:t>
      </w:r>
    </w:p>
    <w:p>
      <w:pPr>
        <w:spacing w:after="0"/>
      </w:pPr>
      <w:r>
        <w:t>1) a) common noun</w:t>
      </w:r>
    </w:p>
    <w:p>
      <w:pPr>
        <w:spacing w:after="0"/>
      </w:pPr>
      <w:r>
        <w:t>2) b) proper noun</w:t>
      </w:r>
    </w:p>
    <w:p>
      <w:pPr>
        <w:spacing w:after="0"/>
      </w:pPr>
      <w:r>
        <w:t>3) a) common noun</w:t>
      </w:r>
    </w:p>
    <w:p>
      <w:pPr>
        <w:spacing w:after="0"/>
      </w:pPr>
      <w:r>
        <w:t>4) b) proper noun</w:t>
      </w:r>
    </w:p>
    <w:p>
      <w:pPr>
        <w:spacing w:after="0"/>
      </w:pPr>
      <w:r>
        <w:t>5) a) proper noun</w:t>
      </w:r>
    </w:p>
    <w:p>
      <w:pPr>
        <w:spacing w:after="0"/>
      </w:pPr>
      <w:r>
        <w:t>6) b) common noun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