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Present perfect: introdução</w:t>
      </w:r>
    </w:p>
    <w:p>
      <w:r>
        <w:rPr>
          <w:color w:val="6B6B6B"/>
          <w:sz w:val="18"/>
        </w:rPr>
        <w:t>9º ano · Present perfect · BNCC: EF09LI07, EF09LI08</w:t>
      </w:r>
    </w:p>
    <w:p>
      <w:pPr>
        <w:pStyle w:val="Heading2"/>
      </w:pPr>
      <w:r>
        <w:t>1. Reading</w:t>
      </w:r>
    </w:p>
    <w:p>
      <w:r>
        <w:rPr>
          <w:i/>
        </w:rPr>
        <w:t>Read the forum and choose the correct answer.</w:t>
      </w:r>
    </w:p>
    <w:p>
      <w:r>
        <w:rPr>
          <w:b/>
        </w:rPr>
        <w:t>Forum: Has the internet helped you learn English?</w:t>
      </w:r>
    </w:p>
    <w:p>
      <w:pPr>
        <w:ind w:left="340"/>
      </w:pPr>
      <w:r>
        <w:t>Tati_15: Yes! I have watched hundreds of videos in English, and my listening has improved a lot. I have also made friends from Canada in an online game.</w:t>
      </w:r>
    </w:p>
    <w:p>
      <w:pPr>
        <w:ind w:left="340"/>
      </w:pPr>
      <w:r>
        <w:t>BrunoSP: I'm not so sure. I have used apps for two years, but I haven't learned to speak well yet. I think we need real conversations.</w:t>
      </w:r>
    </w:p>
    <w:p>
      <w:pPr>
        <w:ind w:left="340"/>
      </w:pPr>
      <w:r>
        <w:t>Mila.rj: For me, the internet has been great. I have never taken a private class, but I have read many fan fiction stories in English. Last month I wrote my first story!</w:t>
      </w:r>
    </w:p>
    <w:p>
      <w:pPr>
        <w:keepNext/>
        <w:spacing w:before="120"/>
      </w:pPr>
      <w:r>
        <w:t>1. Who thinks the internet is NOT enough to learn English?</w:t>
      </w:r>
    </w:p>
    <w:p>
      <w:pPr>
        <w:spacing w:after="0"/>
        <w:ind w:left="454"/>
      </w:pPr>
      <w:r>
        <w:t>(   ) a) Tati_15</w:t>
      </w:r>
    </w:p>
    <w:p>
      <w:pPr>
        <w:spacing w:after="0"/>
        <w:ind w:left="454"/>
      </w:pPr>
      <w:r>
        <w:t>(   ) b) BrunoSP</w:t>
      </w:r>
    </w:p>
    <w:p>
      <w:pPr>
        <w:spacing w:after="0"/>
        <w:ind w:left="454"/>
      </w:pPr>
      <w:r>
        <w:t>(   ) c) Mila.rj</w:t>
      </w:r>
    </w:p>
    <w:p>
      <w:pPr>
        <w:keepNext/>
        <w:spacing w:before="120"/>
      </w:pPr>
      <w:r>
        <w:t>2. What evidence does Tati give to support her opinion?</w:t>
      </w:r>
    </w:p>
    <w:p>
      <w:pPr>
        <w:spacing w:after="0"/>
        <w:ind w:left="454"/>
      </w:pPr>
      <w:r>
        <w:t>(   ) a) She has watched many videos, and her listening has improved.</w:t>
      </w:r>
    </w:p>
    <w:p>
      <w:pPr>
        <w:spacing w:after="0"/>
        <w:ind w:left="454"/>
      </w:pPr>
      <w:r>
        <w:t>(   ) b) She has taken private classes.</w:t>
      </w:r>
    </w:p>
    <w:p>
      <w:pPr>
        <w:spacing w:after="0"/>
        <w:ind w:left="454"/>
      </w:pPr>
      <w:r>
        <w:t>(   ) c) She wrote a story last month.</w:t>
      </w:r>
    </w:p>
    <w:p>
      <w:pPr>
        <w:keepNext/>
        <w:spacing w:before="120"/>
      </w:pPr>
      <w:r>
        <w:t>3. Which sentence is TRUE about Mila?</w:t>
      </w:r>
    </w:p>
    <w:p>
      <w:pPr>
        <w:spacing w:after="0"/>
        <w:ind w:left="454"/>
      </w:pPr>
      <w:r>
        <w:t>(   ) a) She has taken many private classes.</w:t>
      </w:r>
    </w:p>
    <w:p>
      <w:pPr>
        <w:spacing w:after="0"/>
        <w:ind w:left="454"/>
      </w:pPr>
      <w:r>
        <w:t>(   ) b) She has never written a story.</w:t>
      </w:r>
    </w:p>
    <w:p>
      <w:pPr>
        <w:spacing w:after="0"/>
        <w:ind w:left="454"/>
      </w:pPr>
      <w:r>
        <w:t>(   ) c) She has read many stories in English.</w:t>
      </w:r>
    </w:p>
    <w:p>
      <w:pPr>
        <w:keepNext/>
        <w:spacing w:before="120"/>
      </w:pPr>
      <w:r>
        <w:t>4. For how long has Bruno used apps to study English?</w:t>
      </w:r>
    </w:p>
    <w:p>
      <w:pPr>
        <w:spacing w:after="0"/>
        <w:ind w:left="454"/>
      </w:pPr>
      <w:r>
        <w:t>(   ) a) For two years</w:t>
      </w:r>
    </w:p>
    <w:p>
      <w:pPr>
        <w:spacing w:after="0"/>
        <w:ind w:left="454"/>
      </w:pPr>
      <w:r>
        <w:t>(   ) b) For two weeks</w:t>
      </w:r>
    </w:p>
    <w:p>
      <w:pPr>
        <w:spacing w:after="0"/>
        <w:ind w:left="454"/>
      </w:pPr>
      <w:r>
        <w:t>(   ) c) For two months</w:t>
      </w:r>
    </w:p>
    <w:p>
      <w:pPr>
        <w:pStyle w:val="Heading2"/>
      </w:pPr>
      <w:r>
        <w:t>2. Grammar</w:t>
      </w:r>
    </w:p>
    <w:p>
      <w:r>
        <w:rPr>
          <w:i/>
        </w:rPr>
        <w:t>Complete with the present perfect of the verbs in parentheses.</w:t>
      </w:r>
    </w:p>
    <w:p>
      <w:pPr>
        <w:keepNext/>
        <w:spacing w:before="120"/>
      </w:pPr>
      <w:r>
        <w:t>1. I ______________ (finish) my homework.</w:t>
      </w:r>
    </w:p>
    <w:p>
      <w:pPr>
        <w:keepNext/>
        <w:spacing w:before="120"/>
      </w:pPr>
      <w:r>
        <w:t>2. She ______________ (visit) Salvador twice.</w:t>
      </w:r>
    </w:p>
    <w:p>
      <w:pPr>
        <w:keepNext/>
        <w:spacing w:before="120"/>
      </w:pPr>
      <w:r>
        <w:t>3. We ______________ (see) this movie before.</w:t>
      </w:r>
    </w:p>
    <w:p>
      <w:pPr>
        <w:keepNext/>
        <w:spacing w:before="120"/>
      </w:pPr>
      <w:r>
        <w:t>4. My brother ______________ (break) his phone again!</w:t>
      </w:r>
    </w:p>
    <w:p>
      <w:pPr>
        <w:keepNext/>
        <w:spacing w:before="120"/>
      </w:pPr>
      <w:r>
        <w:t>5. They ______________ (not / eat) lunch yet.</w:t>
      </w:r>
    </w:p>
    <w:p>
      <w:pPr>
        <w:keepNext/>
        <w:spacing w:before="120"/>
      </w:pPr>
      <w:r>
        <w:t>6. He ______________ (not / call) me today.</w:t>
      </w:r>
    </w:p>
    <w:p>
      <w:pPr>
        <w:pStyle w:val="Heading2"/>
      </w:pPr>
      <w:r>
        <w:t>3. Choose the correct option</w:t>
      </w:r>
    </w:p>
    <w:p>
      <w:r>
        <w:rPr>
          <w:i/>
        </w:rPr>
        <w:t>Choose the correct answer.</w:t>
      </w:r>
    </w:p>
    <w:p>
      <w:pPr>
        <w:keepNext/>
        <w:spacing w:before="120"/>
      </w:pPr>
      <w:r>
        <w:t>1. What is the past participle of "write"?</w:t>
      </w:r>
    </w:p>
    <w:p>
      <w:pPr>
        <w:spacing w:after="0"/>
        <w:ind w:left="454"/>
      </w:pPr>
      <w:r>
        <w:t>(   ) a) wrote</w:t>
      </w:r>
    </w:p>
    <w:p>
      <w:pPr>
        <w:spacing w:after="0"/>
        <w:ind w:left="454"/>
      </w:pPr>
      <w:r>
        <w:t>(   ) b) written</w:t>
      </w:r>
    </w:p>
    <w:p>
      <w:pPr>
        <w:spacing w:after="0"/>
        <w:ind w:left="454"/>
      </w:pPr>
      <w:r>
        <w:t>(   ) c) writed</w:t>
      </w:r>
    </w:p>
    <w:p>
      <w:pPr>
        <w:keepNext/>
        <w:spacing w:before="120"/>
      </w:pPr>
      <w:r>
        <w:t>2. ___ she ever played volleyball?</w:t>
      </w:r>
    </w:p>
    <w:p>
      <w:pPr>
        <w:spacing w:after="0"/>
        <w:ind w:left="454"/>
      </w:pPr>
      <w:r>
        <w:t>(   ) a) Has</w:t>
      </w:r>
    </w:p>
    <w:p>
      <w:pPr>
        <w:spacing w:after="0"/>
        <w:ind w:left="454"/>
      </w:pPr>
      <w:r>
        <w:t>(   ) b) Have</w:t>
      </w:r>
    </w:p>
    <w:p>
      <w:pPr>
        <w:spacing w:after="0"/>
        <w:ind w:left="454"/>
      </w:pPr>
      <w:r>
        <w:t>(   ) c) Did</w:t>
      </w:r>
    </w:p>
    <w:p>
      <w:pPr>
        <w:keepNext/>
        <w:spacing w:before="120"/>
      </w:pPr>
      <w:r>
        <w:t>3. Which sentence is correct?</w:t>
      </w:r>
    </w:p>
    <w:p>
      <w:pPr>
        <w:spacing w:after="0"/>
        <w:ind w:left="454"/>
      </w:pPr>
      <w:r>
        <w:t>(   ) a) I have go to Bahia.</w:t>
      </w:r>
    </w:p>
    <w:p>
      <w:pPr>
        <w:spacing w:after="0"/>
        <w:ind w:left="454"/>
      </w:pPr>
      <w:r>
        <w:t>(   ) b) I has been to Bahia.</w:t>
      </w:r>
    </w:p>
    <w:p>
      <w:pPr>
        <w:spacing w:after="0"/>
        <w:ind w:left="454"/>
      </w:pPr>
      <w:r>
        <w:t>(   ) c) I have been to Bahia.</w:t>
      </w:r>
    </w:p>
    <w:p>
      <w:pPr>
        <w:keepNext/>
        <w:spacing w:before="120"/>
      </w:pPr>
      <w:r>
        <w:t>4. I ___ my keys. I can't find them anywhere!</w:t>
      </w:r>
    </w:p>
    <w:p>
      <w:pPr>
        <w:spacing w:after="0"/>
        <w:ind w:left="454"/>
      </w:pPr>
      <w:r>
        <w:t>(   ) a) am losing</w:t>
      </w:r>
    </w:p>
    <w:p>
      <w:pPr>
        <w:spacing w:after="0"/>
        <w:ind w:left="454"/>
      </w:pPr>
      <w:r>
        <w:t>(   ) b) have lost</w:t>
      </w:r>
    </w:p>
    <w:p>
      <w:pPr>
        <w:spacing w:after="0"/>
        <w:ind w:left="454"/>
      </w:pPr>
      <w:r>
        <w:t>(   ) c) losing</w:t>
      </w:r>
    </w:p>
    <w:p>
      <w:pPr>
        <w:pStyle w:val="Heading2"/>
      </w:pPr>
      <w:r>
        <w:t>4. True or false?</w:t>
      </w:r>
    </w:p>
    <w:p>
      <w:r>
        <w:rPr>
          <w:i/>
        </w:rPr>
        <w:t>Mark T (true) or F (false) about the grammar.</w:t>
      </w:r>
    </w:p>
    <w:p>
      <w:pPr>
        <w:keepNext/>
        <w:spacing w:before="120"/>
      </w:pPr>
      <w:r>
        <w:t>1. The present perfect is formed with have/has + past participle.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We use "have" with he, she and it.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We can use "ever" in questions about life experiences.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BrunoSP</w:t>
      </w:r>
    </w:p>
    <w:p>
      <w:pPr>
        <w:spacing w:after="0"/>
      </w:pPr>
      <w:r>
        <w:t>2) a) She has watched many videos, and her listening has improved.</w:t>
      </w:r>
    </w:p>
    <w:p>
      <w:pPr>
        <w:spacing w:after="0"/>
      </w:pPr>
      <w:r>
        <w:t>3) c) She has read many stories in English.</w:t>
      </w:r>
    </w:p>
    <w:p>
      <w:pPr>
        <w:spacing w:after="0"/>
      </w:pPr>
      <w:r>
        <w:t>4) a) For two years</w:t>
      </w:r>
    </w:p>
    <w:p>
      <w:r>
        <w:rPr>
          <w:b/>
        </w:rPr>
        <w:t>2. Grammar</w:t>
      </w:r>
    </w:p>
    <w:p>
      <w:pPr>
        <w:spacing w:after="0"/>
      </w:pPr>
      <w:r>
        <w:t>1) have finished</w:t>
      </w:r>
    </w:p>
    <w:p>
      <w:pPr>
        <w:spacing w:after="0"/>
      </w:pPr>
      <w:r>
        <w:t>2) has visited</w:t>
      </w:r>
    </w:p>
    <w:p>
      <w:pPr>
        <w:spacing w:after="0"/>
      </w:pPr>
      <w:r>
        <w:t>3) have seen</w:t>
      </w:r>
    </w:p>
    <w:p>
      <w:pPr>
        <w:spacing w:after="0"/>
      </w:pPr>
      <w:r>
        <w:t>4) has broken</w:t>
      </w:r>
    </w:p>
    <w:p>
      <w:pPr>
        <w:spacing w:after="0"/>
      </w:pPr>
      <w:r>
        <w:t>5) haven't eaten</w:t>
      </w:r>
    </w:p>
    <w:p>
      <w:pPr>
        <w:spacing w:after="0"/>
      </w:pPr>
      <w:r>
        <w:t>6) hasn't called</w:t>
      </w:r>
    </w:p>
    <w:p>
      <w:r>
        <w:rPr>
          <w:b/>
        </w:rPr>
        <w:t>3. Choose the correct option</w:t>
      </w:r>
    </w:p>
    <w:p>
      <w:pPr>
        <w:spacing w:after="0"/>
      </w:pPr>
      <w:r>
        <w:t>1) b) written</w:t>
      </w:r>
    </w:p>
    <w:p>
      <w:pPr>
        <w:spacing w:after="0"/>
      </w:pPr>
      <w:r>
        <w:t>2) a) Has</w:t>
      </w:r>
    </w:p>
    <w:p>
      <w:pPr>
        <w:spacing w:after="0"/>
      </w:pPr>
      <w:r>
        <w:t>3) c) I have been to Bahia.</w:t>
      </w:r>
    </w:p>
    <w:p>
      <w:pPr>
        <w:spacing w:after="0"/>
      </w:pPr>
      <w:r>
        <w:t>4) b) have lost</w:t>
      </w:r>
    </w:p>
    <w:p>
      <w:r>
        <w:rPr>
          <w:b/>
        </w:rPr>
        <w:t>4.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