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Present Perfect com ever, never, already e yet</w:t>
      </w:r>
    </w:p>
    <w:p>
      <w:r>
        <w:rPr>
          <w:color w:val="6B6B6B"/>
          <w:sz w:val="18"/>
        </w:rPr>
        <w:t>1ª série e 2ª série · Present perfect · BNCC: EM13LGG403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My first year in Canada</w:t>
      </w:r>
    </w:p>
    <w:p>
      <w:pPr>
        <w:ind w:left="340"/>
      </w:pPr>
      <w:r>
        <w:t>I moved to Toronto last January. Since then, I have learned a lot. I have made new friends at school and I have visited Niagara Falls twice. I have never seen so much snow in my life! I haven't tried skiing yet, but my host family has already invited me to go next winter. Have you ever lived in another country?</w:t>
      </w:r>
    </w:p>
    <w:p>
      <w:pPr>
        <w:keepNext/>
        <w:spacing w:before="120"/>
      </w:pPr>
      <w:r>
        <w:t>1. When did the writer move to Toronto?</w:t>
      </w:r>
    </w:p>
    <w:p>
      <w:pPr>
        <w:spacing w:after="0"/>
        <w:ind w:left="454"/>
      </w:pPr>
      <w:r>
        <w:t>(   ) a) Last January</w:t>
      </w:r>
    </w:p>
    <w:p>
      <w:pPr>
        <w:spacing w:after="0"/>
        <w:ind w:left="454"/>
      </w:pPr>
      <w:r>
        <w:t>(   ) b) Next winter</w:t>
      </w:r>
    </w:p>
    <w:p>
      <w:pPr>
        <w:spacing w:after="0"/>
        <w:ind w:left="454"/>
      </w:pPr>
      <w:r>
        <w:t>(   ) c) Two years ago</w:t>
      </w:r>
    </w:p>
    <w:p>
      <w:pPr>
        <w:spacing w:after="0"/>
        <w:ind w:left="454"/>
      </w:pPr>
      <w:r>
        <w:t>(   ) d) Last summer</w:t>
      </w:r>
    </w:p>
    <w:p>
      <w:pPr>
        <w:keepNext/>
        <w:spacing w:before="120"/>
      </w:pPr>
      <w:r>
        <w:t>2. How many times has the writer visited Niagara Falls?</w:t>
      </w:r>
    </w:p>
    <w:p>
      <w:pPr>
        <w:spacing w:after="0"/>
        <w:ind w:left="454"/>
      </w:pPr>
      <w:r>
        <w:t>(   ) a) Never</w:t>
      </w:r>
    </w:p>
    <w:p>
      <w:pPr>
        <w:spacing w:after="0"/>
        <w:ind w:left="454"/>
      </w:pPr>
      <w:r>
        <w:t>(   ) b) Once</w:t>
      </w:r>
    </w:p>
    <w:p>
      <w:pPr>
        <w:spacing w:after="0"/>
        <w:ind w:left="454"/>
      </w:pPr>
      <w:r>
        <w:t>(   ) c) Twice</w:t>
      </w:r>
    </w:p>
    <w:p>
      <w:pPr>
        <w:spacing w:after="0"/>
        <w:ind w:left="454"/>
      </w:pPr>
      <w:r>
        <w:t>(   ) d) Three times</w:t>
      </w:r>
    </w:p>
    <w:p>
      <w:pPr>
        <w:keepNext/>
        <w:spacing w:before="120"/>
      </w:pPr>
      <w:r>
        <w:t>3. Which sentence is TRUE?</w:t>
      </w:r>
    </w:p>
    <w:p>
      <w:pPr>
        <w:spacing w:after="0"/>
        <w:ind w:left="454"/>
      </w:pPr>
      <w:r>
        <w:t>(   ) a) The writer has already gone skiing.</w:t>
      </w:r>
    </w:p>
    <w:p>
      <w:pPr>
        <w:spacing w:after="0"/>
        <w:ind w:left="454"/>
      </w:pPr>
      <w:r>
        <w:t>(   ) b) The writer hasn't tried skiing yet.</w:t>
      </w:r>
    </w:p>
    <w:p>
      <w:pPr>
        <w:spacing w:after="0"/>
        <w:ind w:left="454"/>
      </w:pPr>
      <w:r>
        <w:t>(   ) c) The host family has never invited the writer.</w:t>
      </w:r>
    </w:p>
    <w:p>
      <w:pPr>
        <w:spacing w:after="0"/>
        <w:ind w:left="454"/>
      </w:pPr>
      <w:r>
        <w:t>(   ) d) The writer has visited Niagara Falls only once.</w:t>
      </w:r>
    </w:p>
    <w:p>
      <w:pPr>
        <w:pStyle w:val="Heading2"/>
      </w:pPr>
      <w:r>
        <w:t>2. Grammar</w:t>
      </w:r>
    </w:p>
    <w:p>
      <w:r>
        <w:rPr>
          <w:i/>
        </w:rPr>
        <w:t>Complete with the present perfect of the verbs in parentheses.</w:t>
      </w:r>
    </w:p>
    <w:p>
      <w:pPr>
        <w:keepNext/>
        <w:spacing w:before="120"/>
      </w:pPr>
      <w:r>
        <w:t>1. She ______________ (visit) London three times.</w:t>
      </w:r>
    </w:p>
    <w:p>
      <w:pPr>
        <w:keepNext/>
        <w:spacing w:before="120"/>
      </w:pPr>
      <w:r>
        <w:t>2. We ______________ (not / finish) the project yet.</w:t>
      </w:r>
    </w:p>
    <w:p>
      <w:pPr>
        <w:keepNext/>
        <w:spacing w:before="120"/>
      </w:pPr>
      <w:r>
        <w:t>3. ______________ you ever eaten sushi? (have)</w:t>
      </w:r>
    </w:p>
    <w:p>
      <w:pPr>
        <w:keepNext/>
        <w:spacing w:before="120"/>
      </w:pPr>
      <w:r>
        <w:t>4. My parents ______________ (buy) a new car.</w:t>
      </w:r>
    </w:p>
    <w:p>
      <w:pPr>
        <w:keepNext/>
        <w:spacing w:before="120"/>
      </w:pPr>
      <w:r>
        <w:t>5. I ______________ (lose) my keys again!</w:t>
      </w:r>
    </w:p>
    <w:p>
      <w:pPr>
        <w:pStyle w:val="Heading2"/>
      </w:pPr>
      <w:r>
        <w:t>3. Ever, never, already or yet?</w:t>
      </w:r>
    </w:p>
    <w:p>
      <w:r>
        <w:rPr>
          <w:i/>
        </w:rPr>
        <w:t>Choose the best word for each sentence.</w:t>
      </w:r>
    </w:p>
    <w:p>
      <w:r>
        <w:rPr>
          <w:b/>
        </w:rPr>
        <w:t>Word bank:  ever  |  never  |  already  |  yet</w:t>
      </w:r>
    </w:p>
    <w:p>
      <w:pPr>
        <w:keepNext/>
        <w:spacing w:before="120"/>
      </w:pPr>
      <w:r>
        <w:t>1. Have you ______________ been to Bahia?</w:t>
      </w:r>
    </w:p>
    <w:p>
      <w:pPr>
        <w:keepNext/>
        <w:spacing w:before="120"/>
      </w:pPr>
      <w:r>
        <w:t>2. I have ______________ seen a whale. I would love to!</w:t>
      </w:r>
    </w:p>
    <w:p>
      <w:pPr>
        <w:keepNext/>
        <w:spacing w:before="120"/>
      </w:pPr>
      <w:r>
        <w:t>3. Don't worry, I have ______________ done my homework.</w:t>
      </w:r>
    </w:p>
    <w:p>
      <w:pPr>
        <w:keepNext/>
        <w:spacing w:before="120"/>
      </w:pPr>
      <w:r>
        <w:t>4. Has the bus arrived ______________?</w:t>
      </w:r>
    </w:p>
    <w:p>
      <w:pPr>
        <w:pStyle w:val="Heading2"/>
      </w:pPr>
      <w:r>
        <w:t>4. True or false?</w:t>
      </w:r>
    </w:p>
    <w:p>
      <w:r>
        <w:rPr>
          <w:i/>
        </w:rPr>
        <w:t>Read the sentences and mark T (true) or F (false) about the grammar.</w:t>
      </w:r>
    </w:p>
    <w:p>
      <w:pPr>
        <w:keepNext/>
        <w:spacing w:before="120"/>
      </w:pPr>
      <w:r>
        <w:t>1. We use "has" with he, she and it.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"Yet" is usually used in affirmative sentences.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The past participle of "go" is "gone".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a) Last January</w:t>
      </w:r>
    </w:p>
    <w:p>
      <w:pPr>
        <w:spacing w:after="0"/>
      </w:pPr>
      <w:r>
        <w:t>2) c) Twice</w:t>
      </w:r>
    </w:p>
    <w:p>
      <w:pPr>
        <w:spacing w:after="0"/>
      </w:pPr>
      <w:r>
        <w:t>3) b) The writer hasn't tried skiing yet.</w:t>
      </w:r>
    </w:p>
    <w:p>
      <w:r>
        <w:rPr>
          <w:b/>
        </w:rPr>
        <w:t>2. Grammar</w:t>
      </w:r>
    </w:p>
    <w:p>
      <w:pPr>
        <w:spacing w:after="0"/>
      </w:pPr>
      <w:r>
        <w:t>1) has visited</w:t>
      </w:r>
    </w:p>
    <w:p>
      <w:pPr>
        <w:spacing w:after="0"/>
      </w:pPr>
      <w:r>
        <w:t>2) have not finished</w:t>
      </w:r>
    </w:p>
    <w:p>
      <w:pPr>
        <w:spacing w:after="0"/>
      </w:pPr>
      <w:r>
        <w:t>3) Have</w:t>
      </w:r>
    </w:p>
    <w:p>
      <w:pPr>
        <w:spacing w:after="0"/>
      </w:pPr>
      <w:r>
        <w:t>4) have bought</w:t>
      </w:r>
    </w:p>
    <w:p>
      <w:pPr>
        <w:spacing w:after="0"/>
      </w:pPr>
      <w:r>
        <w:t>5) have lost</w:t>
      </w:r>
    </w:p>
    <w:p>
      <w:r>
        <w:rPr>
          <w:b/>
        </w:rPr>
        <w:t>3. Ever, never, already or yet?</w:t>
      </w:r>
    </w:p>
    <w:p>
      <w:pPr>
        <w:spacing w:after="0"/>
      </w:pPr>
      <w:r>
        <w:t>1) ever</w:t>
      </w:r>
    </w:p>
    <w:p>
      <w:pPr>
        <w:spacing w:after="0"/>
      </w:pPr>
      <w:r>
        <w:t>2) never</w:t>
      </w:r>
    </w:p>
    <w:p>
      <w:pPr>
        <w:spacing w:after="0"/>
      </w:pPr>
      <w:r>
        <w:t>3) already</w:t>
      </w:r>
    </w:p>
    <w:p>
      <w:pPr>
        <w:spacing w:after="0"/>
      </w:pPr>
      <w:r>
        <w:t>4) yet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