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Present Perfect: a viajante Camila</w:t>
      </w:r>
    </w:p>
    <w:p>
      <w:r>
        <w:rPr>
          <w:color w:val="6B6B6B"/>
          <w:sz w:val="18"/>
        </w:rPr>
        <w:t>8º ano e 9º ano · Present perfect · BNCC: EF08LI05</w:t>
      </w:r>
    </w:p>
    <w:p>
      <w:pPr>
        <w:pStyle w:val="Heading2"/>
      </w:pPr>
      <w:r>
        <w:t>1. Reading</w:t>
      </w:r>
    </w:p>
    <w:p>
      <w:r>
        <w:rPr>
          <w:i/>
        </w:rPr>
        <w:t>Read the text and choose the correct answer.</w:t>
      </w:r>
    </w:p>
    <w:p>
      <w:r>
        <w:rPr>
          <w:b/>
        </w:rPr>
        <w:t>A Traveler's Journey</w:t>
      </w:r>
    </w:p>
    <w:p>
      <w:pPr>
        <w:ind w:left="340"/>
      </w:pPr>
      <w:r>
        <w:t>Camila has always loved traveling. She has visited more than fifteen countries so far, and she has never stopped dreaming about new destinations. Last year, she finally achieved one of her biggest goals: she climbed Mount Kilimanjaro! She hasn't visited Asia yet, but she has already started planning a trip to Japan for next year. For Camila, every journey has taught her something new about the world and about herself.</w:t>
      </w:r>
    </w:p>
    <w:p>
      <w:pPr>
        <w:keepNext/>
        <w:spacing w:before="120"/>
      </w:pPr>
      <w:r>
        <w:t>1. How many countries has Camila visited so far?</w:t>
      </w:r>
    </w:p>
    <w:p>
      <w:pPr>
        <w:spacing w:after="0"/>
        <w:ind w:left="454"/>
      </w:pPr>
      <w:r>
        <w:t>(   ) a) Exactly fifteen</w:t>
      </w:r>
    </w:p>
    <w:p>
      <w:pPr>
        <w:spacing w:after="0"/>
        <w:ind w:left="454"/>
      </w:pPr>
      <w:r>
        <w:t>(   ) b) More than fifteen</w:t>
      </w:r>
    </w:p>
    <w:p>
      <w:pPr>
        <w:spacing w:after="0"/>
        <w:ind w:left="454"/>
      </w:pPr>
      <w:r>
        <w:t>(   ) c) Less than ten</w:t>
      </w:r>
    </w:p>
    <w:p>
      <w:pPr>
        <w:keepNext/>
        <w:spacing w:before="120"/>
      </w:pPr>
      <w:r>
        <w:t>2. What did she achieve last year?</w:t>
      </w:r>
    </w:p>
    <w:p>
      <w:pPr>
        <w:spacing w:after="0"/>
        <w:ind w:left="454"/>
      </w:pPr>
      <w:r>
        <w:t>(   ) a) She climbed Mount Kilimanjaro.</w:t>
      </w:r>
    </w:p>
    <w:p>
      <w:pPr>
        <w:spacing w:after="0"/>
        <w:ind w:left="454"/>
      </w:pPr>
      <w:r>
        <w:t>(   ) b) She visited Japan.</w:t>
      </w:r>
    </w:p>
    <w:p>
      <w:pPr>
        <w:spacing w:after="0"/>
        <w:ind w:left="454"/>
      </w:pPr>
      <w:r>
        <w:t>(   ) c) She started a new job.</w:t>
      </w:r>
    </w:p>
    <w:p>
      <w:pPr>
        <w:keepNext/>
        <w:spacing w:before="120"/>
      </w:pPr>
      <w:r>
        <w:t>3. Has she visited Asia yet?</w:t>
      </w:r>
    </w:p>
    <w:p>
      <w:pPr>
        <w:spacing w:after="0"/>
        <w:ind w:left="454"/>
      </w:pPr>
      <w:r>
        <w:t>(   ) a) Yes, she has.</w:t>
      </w:r>
    </w:p>
    <w:p>
      <w:pPr>
        <w:spacing w:after="0"/>
        <w:ind w:left="454"/>
      </w:pPr>
      <w:r>
        <w:t>(   ) b) Yes, she did.</w:t>
      </w:r>
    </w:p>
    <w:p>
      <w:pPr>
        <w:spacing w:after="0"/>
        <w:ind w:left="454"/>
      </w:pPr>
      <w:r>
        <w:t>(   ) c) No, she hasn't.</w:t>
      </w:r>
    </w:p>
    <w:p>
      <w:pPr>
        <w:keepNext/>
        <w:spacing w:before="120"/>
      </w:pPr>
      <w:r>
        <w:t>4. What is she planning for next year?</w:t>
      </w:r>
    </w:p>
    <w:p>
      <w:pPr>
        <w:spacing w:after="0"/>
        <w:ind w:left="454"/>
      </w:pPr>
      <w:r>
        <w:t>(   ) a) A trip to Africa</w:t>
      </w:r>
    </w:p>
    <w:p>
      <w:pPr>
        <w:spacing w:after="0"/>
        <w:ind w:left="454"/>
      </w:pPr>
      <w:r>
        <w:t>(   ) b) A trip to Japan</w:t>
      </w:r>
    </w:p>
    <w:p>
      <w:pPr>
        <w:spacing w:after="0"/>
        <w:ind w:left="454"/>
      </w:pPr>
      <w:r>
        <w:t>(   ) c) A trip around Brazil</w:t>
      </w:r>
    </w:p>
    <w:p>
      <w:pPr>
        <w:keepNext/>
        <w:spacing w:before="120"/>
      </w:pPr>
      <w:r>
        <w:t>5. What is the main idea of the text?</w:t>
      </w:r>
    </w:p>
    <w:p>
      <w:pPr>
        <w:spacing w:after="0"/>
        <w:ind w:left="454"/>
      </w:pPr>
      <w:r>
        <w:t>(   ) a) Camila's love for traveling and her achievements as a traveler</w:t>
      </w:r>
    </w:p>
    <w:p>
      <w:pPr>
        <w:spacing w:after="0"/>
        <w:ind w:left="454"/>
      </w:pPr>
      <w:r>
        <w:t>(   ) b) The best mountains to climb in Africa</w:t>
      </w:r>
    </w:p>
    <w:p>
      <w:pPr>
        <w:spacing w:after="0"/>
        <w:ind w:left="454"/>
      </w:pPr>
      <w:r>
        <w:t>(   ) c) How to plan a cheap trip to Japan</w:t>
      </w:r>
    </w:p>
    <w:p>
      <w:pPr>
        <w:pStyle w:val="Heading2"/>
      </w:pPr>
      <w:r>
        <w:t>2. Present perfect</w:t>
      </w:r>
    </w:p>
    <w:p>
      <w:r>
        <w:rPr>
          <w:i/>
        </w:rPr>
        <w:t>Complete the sentences with the present perfect form of the verbs.</w:t>
      </w:r>
    </w:p>
    <w:p>
      <w:pPr>
        <w:keepNext/>
        <w:spacing w:before="120"/>
      </w:pPr>
      <w:r>
        <w:t>1. Camila ______________ (visit) more than fifteen countries.</w:t>
      </w:r>
    </w:p>
    <w:p>
      <w:pPr>
        <w:keepNext/>
        <w:spacing w:before="120"/>
      </w:pPr>
      <w:r>
        <w:t>2. She ______________ (never / stop) dreaming about new places.</w:t>
      </w:r>
    </w:p>
    <w:p>
      <w:pPr>
        <w:keepNext/>
        <w:spacing w:before="120"/>
      </w:pPr>
      <w:r>
        <w:t>3. ______________ (she / climb) a mountain before?</w:t>
      </w:r>
    </w:p>
    <w:p>
      <w:pPr>
        <w:keepNext/>
        <w:spacing w:before="120"/>
      </w:pPr>
      <w:r>
        <w:t>4. They ______________ (not / travel) to Europe yet.</w:t>
      </w:r>
    </w:p>
    <w:p>
      <w:pPr>
        <w:keepNext/>
        <w:spacing w:before="120"/>
      </w:pPr>
      <w:r>
        <w:t>5. We ______________ (already / plan) our next trip.</w:t>
      </w:r>
    </w:p>
    <w:p>
      <w:pPr>
        <w:pStyle w:val="Heading2"/>
      </w:pPr>
      <w:r>
        <w:t>3. Vocabulary in context</w:t>
      </w:r>
    </w:p>
    <w:p>
      <w:r>
        <w:rPr>
          <w:i/>
        </w:rPr>
        <w:t>Choose the correct option.</w:t>
      </w:r>
    </w:p>
    <w:p>
      <w:pPr>
        <w:keepNext/>
        <w:spacing w:before="120"/>
      </w:pPr>
      <w:r>
        <w:t>1. A synonym for "achieved" is:</w:t>
      </w:r>
    </w:p>
    <w:p>
      <w:pPr>
        <w:spacing w:after="0"/>
        <w:ind w:left="454"/>
      </w:pPr>
      <w:r>
        <w:t>(   ) a) failed</w:t>
      </w:r>
    </w:p>
    <w:p>
      <w:pPr>
        <w:spacing w:after="0"/>
        <w:ind w:left="454"/>
      </w:pPr>
      <w:r>
        <w:t>(   ) b) forgot</w:t>
      </w:r>
    </w:p>
    <w:p>
      <w:pPr>
        <w:spacing w:after="0"/>
        <w:ind w:left="454"/>
      </w:pPr>
      <w:r>
        <w:t>(   ) c) accomplished</w:t>
      </w:r>
    </w:p>
    <w:p>
      <w:pPr>
        <w:keepNext/>
        <w:spacing w:before="120"/>
      </w:pPr>
      <w:r>
        <w:t>2. The opposite of "already" is:</w:t>
      </w:r>
    </w:p>
    <w:p>
      <w:pPr>
        <w:spacing w:after="0"/>
        <w:ind w:left="454"/>
      </w:pPr>
      <w:r>
        <w:t>(   ) a) not yet</w:t>
      </w:r>
    </w:p>
    <w:p>
      <w:pPr>
        <w:spacing w:after="0"/>
        <w:ind w:left="454"/>
      </w:pPr>
      <w:r>
        <w:t>(   ) b) always</w:t>
      </w:r>
    </w:p>
    <w:p>
      <w:pPr>
        <w:spacing w:after="0"/>
        <w:ind w:left="454"/>
      </w:pPr>
      <w:r>
        <w:t>(   ) c) ever</w:t>
      </w:r>
    </w:p>
    <w:p>
      <w:pPr>
        <w:keepNext/>
        <w:spacing w:before="120"/>
      </w:pPr>
      <w:r>
        <w:t>3. "Destinations" refers to:</w:t>
      </w:r>
    </w:p>
    <w:p>
      <w:pPr>
        <w:spacing w:after="0"/>
        <w:ind w:left="454"/>
      </w:pPr>
      <w:r>
        <w:t>(   ) a) types of luggage</w:t>
      </w:r>
    </w:p>
    <w:p>
      <w:pPr>
        <w:spacing w:after="0"/>
        <w:ind w:left="454"/>
      </w:pPr>
      <w:r>
        <w:t>(   ) b) places people travel to</w:t>
      </w:r>
    </w:p>
    <w:p>
      <w:pPr>
        <w:spacing w:after="0"/>
        <w:ind w:left="454"/>
      </w:pPr>
      <w:r>
        <w:t>(   ) c) airline tickets</w:t>
      </w:r>
    </w:p>
    <w:p>
      <w:pPr>
        <w:keepNext/>
        <w:spacing w:before="120"/>
      </w:pPr>
      <w:r>
        <w:t>4. "Journey" means:</w:t>
      </w:r>
    </w:p>
    <w:p>
      <w:pPr>
        <w:spacing w:after="0"/>
        <w:ind w:left="454"/>
      </w:pPr>
      <w:r>
        <w:t>(   ) a) a job</w:t>
      </w:r>
    </w:p>
    <w:p>
      <w:pPr>
        <w:spacing w:after="0"/>
        <w:ind w:left="454"/>
      </w:pPr>
      <w:r>
        <w:t>(   ) b) a trip</w:t>
      </w:r>
    </w:p>
    <w:p>
      <w:pPr>
        <w:spacing w:after="0"/>
        <w:ind w:left="454"/>
      </w:pPr>
      <w:r>
        <w:t>(   ) c) a hotel</w:t>
      </w:r>
    </w:p>
    <w:p>
      <w:r>
        <w:br w:type="page"/>
      </w:r>
    </w:p>
    <w:p>
      <w:pPr>
        <w:pStyle w:val="Heading2"/>
      </w:pPr>
      <w:r>
        <w:t>Gabarito (Answer key)</w:t>
      </w:r>
    </w:p>
    <w:p>
      <w:r>
        <w:rPr>
          <w:b/>
        </w:rPr>
        <w:t>1. Reading</w:t>
      </w:r>
    </w:p>
    <w:p>
      <w:pPr>
        <w:spacing w:after="0"/>
      </w:pPr>
      <w:r>
        <w:t>1) b) More than fifteen</w:t>
      </w:r>
    </w:p>
    <w:p>
      <w:pPr>
        <w:spacing w:after="0"/>
      </w:pPr>
      <w:r>
        <w:t>2) a) She climbed Mount Kilimanjaro.</w:t>
      </w:r>
    </w:p>
    <w:p>
      <w:pPr>
        <w:spacing w:after="0"/>
      </w:pPr>
      <w:r>
        <w:t>3) c) No, she hasn't.</w:t>
      </w:r>
    </w:p>
    <w:p>
      <w:pPr>
        <w:spacing w:after="0"/>
      </w:pPr>
      <w:r>
        <w:t>4) b) A trip to Japan</w:t>
      </w:r>
    </w:p>
    <w:p>
      <w:pPr>
        <w:spacing w:after="0"/>
      </w:pPr>
      <w:r>
        <w:t>5) a) Camila's love for traveling and her achievements as a traveler</w:t>
      </w:r>
    </w:p>
    <w:p>
      <w:r>
        <w:rPr>
          <w:b/>
        </w:rPr>
        <w:t>2. Present perfect</w:t>
      </w:r>
    </w:p>
    <w:p>
      <w:pPr>
        <w:spacing w:after="0"/>
      </w:pPr>
      <w:r>
        <w:t>1) has visited</w:t>
      </w:r>
    </w:p>
    <w:p>
      <w:pPr>
        <w:spacing w:after="0"/>
      </w:pPr>
      <w:r>
        <w:t>2) has never stopped</w:t>
      </w:r>
    </w:p>
    <w:p>
      <w:pPr>
        <w:spacing w:after="0"/>
      </w:pPr>
      <w:r>
        <w:t>3) Has she climbed</w:t>
      </w:r>
    </w:p>
    <w:p>
      <w:pPr>
        <w:spacing w:after="0"/>
      </w:pPr>
      <w:r>
        <w:t>4) haven't traveled</w:t>
      </w:r>
    </w:p>
    <w:p>
      <w:pPr>
        <w:spacing w:after="0"/>
      </w:pPr>
      <w:r>
        <w:t>5) have already planned</w:t>
      </w:r>
    </w:p>
    <w:p>
      <w:r>
        <w:rPr>
          <w:b/>
        </w:rPr>
        <w:t>3. Vocabulary in context</w:t>
      </w:r>
    </w:p>
    <w:p>
      <w:pPr>
        <w:spacing w:after="0"/>
      </w:pPr>
      <w:r>
        <w:t>1) c) accomplished</w:t>
      </w:r>
    </w:p>
    <w:p>
      <w:pPr>
        <w:spacing w:after="0"/>
      </w:pPr>
      <w:r>
        <w:t>2) a) not yet</w:t>
      </w:r>
    </w:p>
    <w:p>
      <w:pPr>
        <w:spacing w:after="0"/>
      </w:pPr>
      <w:r>
        <w:t>3) b) places people travel to</w:t>
      </w:r>
    </w:p>
    <w:p>
      <w:pPr>
        <w:spacing w:after="0"/>
      </w:pPr>
      <w:r>
        <w:t>4) b) a trip</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2026-10-07T00:00:00Z</dcterms:created>
  <dcterms:modified xsi:type="dcterms:W3CDTF">2026-10-07T00:00:00Z</dcterms:modified>
  <cp:category/>
</cp:coreProperties>
</file>