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Present perfect, modais e first conditional</w:t>
      </w:r>
    </w:p>
    <w:p>
      <w:r>
        <w:rPr>
          <w:color w:val="6B6B6B"/>
          <w:sz w:val="18"/>
        </w:rPr>
        <w:t>1ª série · Present perfect · BNCC: EM13LGG103</w:t>
      </w:r>
    </w:p>
    <w:p>
      <w:pPr>
        <w:pStyle w:val="Heading2"/>
      </w:pPr>
      <w:r>
        <w:t>1. Present perfect</w:t>
      </w:r>
    </w:p>
    <w:p>
      <w:r>
        <w:rPr>
          <w:i/>
        </w:rPr>
        <w:t>Complete the sentences using the correct form of the verbs in parentheses.</w:t>
      </w:r>
    </w:p>
    <w:p>
      <w:pPr>
        <w:keepNext/>
        <w:spacing w:before="120"/>
      </w:pPr>
      <w:r>
        <w:t>1. I ______________ (finish) my homework already.</w:t>
      </w:r>
    </w:p>
    <w:p>
      <w:pPr>
        <w:keepNext/>
        <w:spacing w:before="120"/>
      </w:pPr>
      <w:r>
        <w:t>2. She ______________ (never / travel) abroad.</w:t>
      </w:r>
    </w:p>
    <w:p>
      <w:pPr>
        <w:keepNext/>
        <w:spacing w:before="120"/>
      </w:pPr>
      <w:r>
        <w:t>3. They ______________ (study) English for three years.</w:t>
      </w:r>
    </w:p>
    <w:p>
      <w:pPr>
        <w:keepNext/>
        <w:spacing w:before="120"/>
      </w:pPr>
      <w:r>
        <w:t>4. We ______________ (not see) that movie yet.</w:t>
      </w:r>
    </w:p>
    <w:p>
      <w:pPr>
        <w:keepNext/>
        <w:spacing w:before="120"/>
      </w:pPr>
      <w:r>
        <w:t>5. He ______________ (just / arrive) home.</w:t>
      </w:r>
    </w:p>
    <w:p>
      <w:pPr>
        <w:pStyle w:val="Heading2"/>
      </w:pPr>
      <w:r>
        <w:t>2. Modal verbs</w:t>
      </w:r>
    </w:p>
    <w:p>
      <w:r>
        <w:rPr>
          <w:i/>
        </w:rPr>
        <w:t>Complete with must, should, might or must not.</w:t>
      </w:r>
    </w:p>
    <w:p>
      <w:r>
        <w:rPr>
          <w:b/>
        </w:rPr>
        <w:t>Word bank:  must  |  should  |  might  |  must not</w:t>
      </w:r>
    </w:p>
    <w:p>
      <w:pPr>
        <w:keepNext/>
        <w:spacing w:before="120"/>
      </w:pPr>
      <w:r>
        <w:t>1. It's a school rule: students ______________ wear a uniform.</w:t>
      </w:r>
    </w:p>
    <w:p>
      <w:pPr>
        <w:keepNext/>
        <w:spacing w:before="120"/>
      </w:pPr>
      <w:r>
        <w:t>2. Take an umbrella, just in case. It ______________ rain later.</w:t>
      </w:r>
    </w:p>
    <w:p>
      <w:pPr>
        <w:keepNext/>
        <w:spacing w:before="120"/>
      </w:pPr>
      <w:r>
        <w:t>3. You ______________ cheat during a test.</w:t>
      </w:r>
    </w:p>
    <w:p>
      <w:pPr>
        <w:keepNext/>
        <w:spacing w:before="120"/>
      </w:pPr>
      <w:r>
        <w:t>4. If you want better grades, you ______________ study more.</w:t>
      </w:r>
    </w:p>
    <w:p>
      <w:pPr>
        <w:keepNext/>
        <w:spacing w:before="120"/>
      </w:pPr>
      <w:r>
        <w:t>5. I'm not sure, but she ______________ come to the party.</w:t>
      </w:r>
    </w:p>
    <w:p>
      <w:pPr>
        <w:pStyle w:val="Heading2"/>
      </w:pPr>
      <w:r>
        <w:t>3. First conditional</w:t>
      </w:r>
    </w:p>
    <w:p>
      <w:r>
        <w:rPr>
          <w:i/>
        </w:rPr>
        <w:t>Choose the correct option to complete each first conditional sentence.</w:t>
      </w:r>
    </w:p>
    <w:p>
      <w:pPr>
        <w:keepNext/>
        <w:spacing w:before="120"/>
      </w:pPr>
      <w:r>
        <w:t>1. If it ___, we will stay at home.</w:t>
      </w:r>
    </w:p>
    <w:p>
      <w:pPr>
        <w:spacing w:after="0"/>
        <w:ind w:left="454"/>
      </w:pPr>
      <w:r>
        <w:t>(   ) a) will rain</w:t>
      </w:r>
    </w:p>
    <w:p>
      <w:pPr>
        <w:spacing w:after="0"/>
        <w:ind w:left="454"/>
      </w:pPr>
      <w:r>
        <w:t>(   ) b) rains</w:t>
      </w:r>
    </w:p>
    <w:p>
      <w:pPr>
        <w:spacing w:after="0"/>
        <w:ind w:left="454"/>
      </w:pPr>
      <w:r>
        <w:t>(   ) c) rained</w:t>
      </w:r>
    </w:p>
    <w:p>
      <w:pPr>
        <w:keepNext/>
        <w:spacing w:before="120"/>
      </w:pPr>
      <w:r>
        <w:t>2. If she studies hard, she ___ the exam.</w:t>
      </w:r>
    </w:p>
    <w:p>
      <w:pPr>
        <w:spacing w:after="0"/>
        <w:ind w:left="454"/>
      </w:pPr>
      <w:r>
        <w:t>(   ) a) will pass</w:t>
      </w:r>
    </w:p>
    <w:p>
      <w:pPr>
        <w:spacing w:after="0"/>
        <w:ind w:left="454"/>
      </w:pPr>
      <w:r>
        <w:t>(   ) b) passed</w:t>
      </w:r>
    </w:p>
    <w:p>
      <w:pPr>
        <w:spacing w:after="0"/>
        <w:ind w:left="454"/>
      </w:pPr>
      <w:r>
        <w:t>(   ) c) would pass</w:t>
      </w:r>
    </w:p>
    <w:p>
      <w:pPr>
        <w:keepNext/>
        <w:spacing w:before="120"/>
      </w:pPr>
      <w:r>
        <w:t>3. If they ___, they will miss the bus.</w:t>
      </w:r>
    </w:p>
    <w:p>
      <w:pPr>
        <w:spacing w:after="0"/>
        <w:ind w:left="454"/>
      </w:pPr>
      <w:r>
        <w:t>(   ) a) won't hurry</w:t>
      </w:r>
    </w:p>
    <w:p>
      <w:pPr>
        <w:spacing w:after="0"/>
        <w:ind w:left="454"/>
      </w:pPr>
      <w:r>
        <w:t>(   ) b) didn't hurry</w:t>
      </w:r>
    </w:p>
    <w:p>
      <w:pPr>
        <w:spacing w:after="0"/>
        <w:ind w:left="454"/>
      </w:pPr>
      <w:r>
        <w:t>(   ) c) don't hurry</w:t>
      </w:r>
    </w:p>
    <w:p>
      <w:pPr>
        <w:keepNext/>
        <w:spacing w:before="120"/>
      </w:pPr>
      <w:r>
        <w:t>4. If I have time, I ___ you.</w:t>
      </w:r>
    </w:p>
    <w:p>
      <w:pPr>
        <w:spacing w:after="0"/>
        <w:ind w:left="454"/>
      </w:pPr>
      <w:r>
        <w:t>(   ) a) helped</w:t>
      </w:r>
    </w:p>
    <w:p>
      <w:pPr>
        <w:spacing w:after="0"/>
        <w:ind w:left="454"/>
      </w:pPr>
      <w:r>
        <w:t>(   ) b) will help</w:t>
      </w:r>
    </w:p>
    <w:p>
      <w:pPr>
        <w:spacing w:after="0"/>
        <w:ind w:left="454"/>
      </w:pPr>
      <w:r>
        <w:t>(   ) c) would help</w:t>
      </w:r>
    </w:p>
    <w:p>
      <w:pPr>
        <w:keepNext/>
        <w:spacing w:before="120"/>
      </w:pPr>
      <w:r>
        <w:t>5. If we practice more, we ___ our English.</w:t>
      </w:r>
    </w:p>
    <w:p>
      <w:pPr>
        <w:spacing w:after="0"/>
        <w:ind w:left="454"/>
      </w:pPr>
      <w:r>
        <w:t>(   ) a) will improve</w:t>
      </w:r>
    </w:p>
    <w:p>
      <w:pPr>
        <w:spacing w:after="0"/>
        <w:ind w:left="454"/>
      </w:pPr>
      <w:r>
        <w:t>(   ) b) improved</w:t>
      </w:r>
    </w:p>
    <w:p>
      <w:pPr>
        <w:spacing w:after="0"/>
        <w:ind w:left="454"/>
      </w:pPr>
      <w:r>
        <w:t>(   ) c) would improve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Present perfect</w:t>
      </w:r>
    </w:p>
    <w:p>
      <w:pPr>
        <w:spacing w:after="0"/>
      </w:pPr>
      <w:r>
        <w:t>1) have finished</w:t>
      </w:r>
    </w:p>
    <w:p>
      <w:pPr>
        <w:spacing w:after="0"/>
      </w:pPr>
      <w:r>
        <w:t>2) has never traveled</w:t>
      </w:r>
    </w:p>
    <w:p>
      <w:pPr>
        <w:spacing w:after="0"/>
      </w:pPr>
      <w:r>
        <w:t>3) have studied</w:t>
      </w:r>
    </w:p>
    <w:p>
      <w:pPr>
        <w:spacing w:after="0"/>
      </w:pPr>
      <w:r>
        <w:t>4) haven't seen</w:t>
      </w:r>
    </w:p>
    <w:p>
      <w:pPr>
        <w:spacing w:after="0"/>
      </w:pPr>
      <w:r>
        <w:t>5) has just arrived</w:t>
      </w:r>
    </w:p>
    <w:p>
      <w:r>
        <w:rPr>
          <w:b/>
        </w:rPr>
        <w:t>2. Modal verbs</w:t>
      </w:r>
    </w:p>
    <w:p>
      <w:pPr>
        <w:spacing w:after="0"/>
      </w:pPr>
      <w:r>
        <w:t>1) must</w:t>
      </w:r>
    </w:p>
    <w:p>
      <w:pPr>
        <w:spacing w:after="0"/>
      </w:pPr>
      <w:r>
        <w:t>2) might</w:t>
      </w:r>
    </w:p>
    <w:p>
      <w:pPr>
        <w:spacing w:after="0"/>
      </w:pPr>
      <w:r>
        <w:t>3) must not</w:t>
      </w:r>
    </w:p>
    <w:p>
      <w:pPr>
        <w:spacing w:after="0"/>
      </w:pPr>
      <w:r>
        <w:t>4) should</w:t>
      </w:r>
    </w:p>
    <w:p>
      <w:pPr>
        <w:spacing w:after="0"/>
      </w:pPr>
      <w:r>
        <w:t>5) might</w:t>
      </w:r>
    </w:p>
    <w:p>
      <w:r>
        <w:rPr>
          <w:b/>
        </w:rPr>
        <w:t>3. First conditional</w:t>
      </w:r>
    </w:p>
    <w:p>
      <w:pPr>
        <w:spacing w:after="0"/>
      </w:pPr>
      <w:r>
        <w:t>1) b) rains</w:t>
      </w:r>
    </w:p>
    <w:p>
      <w:pPr>
        <w:spacing w:after="0"/>
      </w:pPr>
      <w:r>
        <w:t>2) a) will pass</w:t>
      </w:r>
    </w:p>
    <w:p>
      <w:pPr>
        <w:spacing w:after="0"/>
      </w:pPr>
      <w:r>
        <w:t>3) c) don't hurry</w:t>
      </w:r>
    </w:p>
    <w:p>
      <w:pPr>
        <w:spacing w:after="0"/>
      </w:pPr>
      <w:r>
        <w:t>4) b) will help</w:t>
      </w:r>
    </w:p>
    <w:p>
      <w:pPr>
        <w:spacing w:after="0"/>
      </w:pPr>
      <w:r>
        <w:t>5) a) will improve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2026-06-12T00:00:00Z</dcterms:created>
  <dcterms:modified xsi:type="dcterms:W3CDTF">2026-06-12T00:00:00Z</dcterms:modified>
  <cp:category/>
</cp:coreProperties>
</file>