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In the Kitchen Right Now</w:t>
      </w:r>
    </w:p>
    <w:p>
      <w:r>
        <w:rPr>
          <w:color w:val="6B6B6B"/>
          <w:sz w:val="18"/>
        </w:rPr>
        <w:t>9º ano · Present continuous</w:t>
      </w:r>
    </w:p>
    <w:p>
      <w:pPr>
        <w:pStyle w:val="Heading2"/>
      </w:pPr>
      <w:r>
        <w:t>1. Kitchen Morning</w:t>
      </w:r>
    </w:p>
    <w:p>
      <w:r>
        <w:rPr>
          <w:i/>
        </w:rPr>
        <w:t>Read the text and choose the correct option.</w:t>
      </w:r>
    </w:p>
    <w:p>
      <w:r>
        <w:rPr>
          <w:b/>
        </w:rPr>
        <w:t>Saturday Lunch</w:t>
      </w:r>
    </w:p>
    <w:p>
      <w:pPr>
        <w:ind w:left="340"/>
      </w:pPr>
      <w:r>
        <w:t>It is Saturday morning, and the Silva family is in the kitchen. Marina is cutting tomatoes for the salad. Her brother Caio is washing the rice. Their dad is making beans in a big pot, and he is listening to the radio. Their mom isn't cooking now. She is setting the table. The dog is sleeping under the chair.</w:t>
      </w:r>
    </w:p>
    <w:p>
      <w:pPr>
        <w:keepNext/>
        <w:spacing w:before="120"/>
      </w:pPr>
      <w:r>
        <w:t>1. What is Marina doing?</w:t>
      </w:r>
    </w:p>
    <w:p>
      <w:pPr>
        <w:spacing w:after="0"/>
        <w:ind w:left="454"/>
      </w:pPr>
      <w:r>
        <w:t>(   ) a) She is washing the rice.</w:t>
      </w:r>
    </w:p>
    <w:p>
      <w:pPr>
        <w:spacing w:after="0"/>
        <w:ind w:left="454"/>
      </w:pPr>
      <w:r>
        <w:t>(   ) b) She is cutting tomatoes.</w:t>
      </w:r>
    </w:p>
    <w:p>
      <w:pPr>
        <w:spacing w:after="0"/>
        <w:ind w:left="454"/>
      </w:pPr>
      <w:r>
        <w:t>(   ) c) She is setting the table.</w:t>
      </w:r>
    </w:p>
    <w:p>
      <w:pPr>
        <w:keepNext/>
        <w:spacing w:before="120"/>
      </w:pPr>
      <w:r>
        <w:t>2. Who is washing the rice?</w:t>
      </w:r>
    </w:p>
    <w:p>
      <w:pPr>
        <w:spacing w:after="0"/>
        <w:ind w:left="454"/>
      </w:pPr>
      <w:r>
        <w:t>(   ) a) Dad</w:t>
      </w:r>
    </w:p>
    <w:p>
      <w:pPr>
        <w:spacing w:after="0"/>
        <w:ind w:left="454"/>
      </w:pPr>
      <w:r>
        <w:t>(   ) b) Mom</w:t>
      </w:r>
    </w:p>
    <w:p>
      <w:pPr>
        <w:spacing w:after="0"/>
        <w:ind w:left="454"/>
      </w:pPr>
      <w:r>
        <w:t>(   ) c) Caio</w:t>
      </w:r>
    </w:p>
    <w:p>
      <w:pPr>
        <w:spacing w:after="0"/>
        <w:ind w:left="454"/>
      </w:pPr>
      <w:r>
        <w:t>(   ) d) Marina</w:t>
      </w:r>
    </w:p>
    <w:p>
      <w:pPr>
        <w:keepNext/>
        <w:spacing w:before="120"/>
      </w:pPr>
      <w:r>
        <w:t>3. What is Dad listening to?</w:t>
      </w:r>
    </w:p>
    <w:p>
      <w:pPr>
        <w:spacing w:after="0"/>
        <w:ind w:left="454"/>
      </w:pPr>
      <w:r>
        <w:t>(   ) a) The radio</w:t>
      </w:r>
    </w:p>
    <w:p>
      <w:pPr>
        <w:spacing w:after="0"/>
        <w:ind w:left="454"/>
      </w:pPr>
      <w:r>
        <w:t>(   ) b) The TV</w:t>
      </w:r>
    </w:p>
    <w:p>
      <w:pPr>
        <w:spacing w:after="0"/>
        <w:ind w:left="454"/>
      </w:pPr>
      <w:r>
        <w:t>(   ) c) A podcast</w:t>
      </w:r>
    </w:p>
    <w:p>
      <w:pPr>
        <w:keepNext/>
        <w:spacing w:before="120"/>
      </w:pPr>
      <w:r>
        <w:t>4. Which sentence about Dad is grammatically correct?</w:t>
      </w:r>
    </w:p>
    <w:p>
      <w:pPr>
        <w:spacing w:after="0"/>
        <w:ind w:left="454"/>
      </w:pPr>
      <w:r>
        <w:t>(   ) a) Dad are making beans.</w:t>
      </w:r>
    </w:p>
    <w:p>
      <w:pPr>
        <w:spacing w:after="0"/>
        <w:ind w:left="454"/>
      </w:pPr>
      <w:r>
        <w:t>(   ) b) Dad is making beans.</w:t>
      </w:r>
    </w:p>
    <w:p>
      <w:pPr>
        <w:spacing w:after="0"/>
        <w:ind w:left="454"/>
      </w:pPr>
      <w:r>
        <w:t>(   ) c) Dad making beans.</w:t>
      </w:r>
    </w:p>
    <w:p>
      <w:pPr>
        <w:keepNext/>
        <w:spacing w:before="120"/>
      </w:pPr>
      <w:r>
        <w:t>5. Where is the dog sleeping?</w:t>
      </w:r>
    </w:p>
    <w:p>
      <w:pPr>
        <w:spacing w:after="0"/>
        <w:ind w:left="454"/>
      </w:pPr>
      <w:r>
        <w:t>(   ) a) On the table</w:t>
      </w:r>
    </w:p>
    <w:p>
      <w:pPr>
        <w:spacing w:after="0"/>
        <w:ind w:left="454"/>
      </w:pPr>
      <w:r>
        <w:t>(   ) b) Next to the stove</w:t>
      </w:r>
    </w:p>
    <w:p>
      <w:pPr>
        <w:spacing w:after="0"/>
        <w:ind w:left="454"/>
      </w:pPr>
      <w:r>
        <w:t>(   ) c) Under the chair</w:t>
      </w:r>
    </w:p>
    <w:p>
      <w:pPr>
        <w:pStyle w:val="Heading2"/>
      </w:pPr>
      <w:r>
        <w:t>2. Complete the Sentences</w:t>
      </w:r>
    </w:p>
    <w:p>
      <w:r>
        <w:rPr>
          <w:i/>
        </w:rPr>
        <w:t>Complete with the Present Continuous of the verb in parentheses.</w:t>
      </w:r>
    </w:p>
    <w:p>
      <w:pPr>
        <w:keepNext/>
        <w:spacing w:before="120"/>
      </w:pPr>
      <w:r>
        <w:t>1. Look! The milk ______________ (boil).</w:t>
      </w:r>
    </w:p>
    <w:p>
      <w:pPr>
        <w:keepNext/>
        <w:spacing w:before="120"/>
      </w:pPr>
      <w:r>
        <w:t>2. I ______________ (not / use) the oven now.</w:t>
      </w:r>
    </w:p>
    <w:p>
      <w:pPr>
        <w:keepNext/>
        <w:spacing w:before="120"/>
      </w:pPr>
      <w:r>
        <w:t>3. They ______________ (bake) a chocolate cake at the moment.</w:t>
      </w:r>
    </w:p>
    <w:p>
      <w:pPr>
        <w:keepNext/>
        <w:spacing w:before="120"/>
      </w:pPr>
      <w:r>
        <w:t>4. My sister ______________ (make) coffee right now.</w:t>
      </w:r>
    </w:p>
    <w:p>
      <w:pPr>
        <w:keepNext/>
        <w:spacing w:before="120"/>
      </w:pPr>
      <w:r>
        <w:t>5. We ______________ (not / wash) the dishes now.</w:t>
      </w:r>
    </w:p>
    <w:p>
      <w:pPr>
        <w:pStyle w:val="Heading2"/>
      </w:pPr>
      <w:r>
        <w:t>3. True or False</w:t>
      </w:r>
    </w:p>
    <w:p>
      <w:r>
        <w:rPr>
          <w:i/>
        </w:rPr>
        <w:t>Imagine this scene: a boy is frying eggs, a girl is drinking juice, and nobody is eating yet. Read each statement and mark True or False.</w:t>
      </w:r>
    </w:p>
    <w:p>
      <w:pPr>
        <w:keepNext/>
        <w:spacing w:before="120"/>
      </w:pPr>
      <w:r>
        <w:t>1. "He is frying eggs" is a correct Present Continuous sentence.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"She is drinking juice" describes an action in the past.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"They are eat lunch" is a correct sentence.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We use the Present Continuous to talk about actions happening now.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Kitchen Morning</w:t>
      </w:r>
    </w:p>
    <w:p>
      <w:pPr>
        <w:spacing w:after="0"/>
      </w:pPr>
      <w:r>
        <w:t>1) b) She is cutting tomatoes.</w:t>
      </w:r>
    </w:p>
    <w:p>
      <w:pPr>
        <w:spacing w:after="0"/>
      </w:pPr>
      <w:r>
        <w:t>2) c) Caio</w:t>
      </w:r>
    </w:p>
    <w:p>
      <w:pPr>
        <w:spacing w:after="0"/>
      </w:pPr>
      <w:r>
        <w:t>3) a) The radio</w:t>
      </w:r>
    </w:p>
    <w:p>
      <w:pPr>
        <w:spacing w:after="0"/>
      </w:pPr>
      <w:r>
        <w:t>4) b) Dad is making beans.</w:t>
      </w:r>
    </w:p>
    <w:p>
      <w:pPr>
        <w:spacing w:after="0"/>
      </w:pPr>
      <w:r>
        <w:t>5) c) Under the chair</w:t>
      </w:r>
    </w:p>
    <w:p>
      <w:r>
        <w:rPr>
          <w:b/>
        </w:rPr>
        <w:t>2. Complete the Sentences</w:t>
      </w:r>
    </w:p>
    <w:p>
      <w:pPr>
        <w:spacing w:after="0"/>
      </w:pPr>
      <w:r>
        <w:t>1) is boiling</w:t>
      </w:r>
    </w:p>
    <w:p>
      <w:pPr>
        <w:spacing w:after="0"/>
      </w:pPr>
      <w:r>
        <w:t>2) am not using</w:t>
      </w:r>
    </w:p>
    <w:p>
      <w:pPr>
        <w:spacing w:after="0"/>
      </w:pPr>
      <w:r>
        <w:t>3) are baking</w:t>
      </w:r>
    </w:p>
    <w:p>
      <w:pPr>
        <w:spacing w:after="0"/>
      </w:pPr>
      <w:r>
        <w:t>4) is making</w:t>
      </w:r>
    </w:p>
    <w:p>
      <w:pPr>
        <w:spacing w:after="0"/>
      </w:pPr>
      <w:r>
        <w:t>5) are not washing</w:t>
      </w:r>
    </w:p>
    <w:p>
      <w:r>
        <w:rPr>
          <w:b/>
        </w:rPr>
        <w:t>3. True or False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False</w:t>
      </w:r>
    </w:p>
    <w:p>
      <w:pPr>
        <w:spacing w:after="0"/>
      </w:pPr>
      <w:r>
        <w:t>4)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