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Simple present x present continuous, comparativos e can</w:t>
      </w:r>
    </w:p>
    <w:p>
      <w:r>
        <w:rPr>
          <w:color w:val="6B6B6B"/>
          <w:sz w:val="18"/>
        </w:rPr>
        <w:t>7º ano · Present continuous · BNCC: EF06LI20, EF07LI09, EF07LI20</w:t>
      </w:r>
    </w:p>
    <w:p>
      <w:pPr>
        <w:pStyle w:val="Heading2"/>
      </w:pPr>
      <w:r>
        <w:t>1. Simple present or present continuous?</w:t>
      </w:r>
    </w:p>
    <w:p>
      <w:r>
        <w:rPr>
          <w:i/>
        </w:rPr>
        <w:t>Choose the correct form of the verb.</w:t>
      </w:r>
    </w:p>
    <w:p>
      <w:pPr>
        <w:keepNext/>
        <w:spacing w:before="120"/>
      </w:pPr>
      <w:r>
        <w:t>1. She ___ English every day.</w:t>
      </w:r>
    </w:p>
    <w:p>
      <w:pPr>
        <w:spacing w:after="0"/>
        <w:ind w:left="454"/>
      </w:pPr>
      <w:r>
        <w:t>(   ) a) studies</w:t>
      </w:r>
    </w:p>
    <w:p>
      <w:pPr>
        <w:spacing w:after="0"/>
        <w:ind w:left="454"/>
      </w:pPr>
      <w:r>
        <w:t>(   ) b) studying</w:t>
      </w:r>
    </w:p>
    <w:p>
      <w:pPr>
        <w:spacing w:after="0"/>
        <w:ind w:left="454"/>
      </w:pPr>
      <w:r>
        <w:t>(   ) c) study</w:t>
      </w:r>
    </w:p>
    <w:p>
      <w:pPr>
        <w:keepNext/>
        <w:spacing w:before="120"/>
      </w:pPr>
      <w:r>
        <w:t>2. They ___ soccer right now.</w:t>
      </w:r>
    </w:p>
    <w:p>
      <w:pPr>
        <w:spacing w:after="0"/>
        <w:ind w:left="454"/>
      </w:pPr>
      <w:r>
        <w:t>(   ) a) play</w:t>
      </w:r>
    </w:p>
    <w:p>
      <w:pPr>
        <w:spacing w:after="0"/>
        <w:ind w:left="454"/>
      </w:pPr>
      <w:r>
        <w:t>(   ) b) are playing</w:t>
      </w:r>
    </w:p>
    <w:p>
      <w:pPr>
        <w:spacing w:after="0"/>
        <w:ind w:left="454"/>
      </w:pPr>
      <w:r>
        <w:t>(   ) c) plays</w:t>
      </w:r>
    </w:p>
    <w:p>
      <w:pPr>
        <w:keepNext/>
        <w:spacing w:before="120"/>
      </w:pPr>
      <w:r>
        <w:t>3. I usually ___ my homework in the evening.</w:t>
      </w:r>
    </w:p>
    <w:p>
      <w:pPr>
        <w:spacing w:after="0"/>
        <w:ind w:left="454"/>
      </w:pPr>
      <w:r>
        <w:t>(   ) a) am doing</w:t>
      </w:r>
    </w:p>
    <w:p>
      <w:pPr>
        <w:spacing w:after="0"/>
        <w:ind w:left="454"/>
      </w:pPr>
      <w:r>
        <w:t>(   ) b) does</w:t>
      </w:r>
    </w:p>
    <w:p>
      <w:pPr>
        <w:spacing w:after="0"/>
        <w:ind w:left="454"/>
      </w:pPr>
      <w:r>
        <w:t>(   ) c) do</w:t>
      </w:r>
    </w:p>
    <w:p>
      <w:pPr>
        <w:keepNext/>
        <w:spacing w:before="120"/>
      </w:pPr>
      <w:r>
        <w:t>4. We ___ a movie at the moment.</w:t>
      </w:r>
    </w:p>
    <w:p>
      <w:pPr>
        <w:spacing w:after="0"/>
        <w:ind w:left="454"/>
      </w:pPr>
      <w:r>
        <w:t>(   ) a) watch</w:t>
      </w:r>
    </w:p>
    <w:p>
      <w:pPr>
        <w:spacing w:after="0"/>
        <w:ind w:left="454"/>
      </w:pPr>
      <w:r>
        <w:t>(   ) b) watches</w:t>
      </w:r>
    </w:p>
    <w:p>
      <w:pPr>
        <w:spacing w:after="0"/>
        <w:ind w:left="454"/>
      </w:pPr>
      <w:r>
        <w:t>(   ) c) are watching</w:t>
      </w:r>
    </w:p>
    <w:p>
      <w:pPr>
        <w:keepNext/>
        <w:spacing w:before="120"/>
      </w:pPr>
      <w:r>
        <w:t>5. He usually ___ breakfast at 7 a.m.</w:t>
      </w:r>
    </w:p>
    <w:p>
      <w:pPr>
        <w:spacing w:after="0"/>
        <w:ind w:left="454"/>
      </w:pPr>
      <w:r>
        <w:t>(   ) a) eats</w:t>
      </w:r>
    </w:p>
    <w:p>
      <w:pPr>
        <w:spacing w:after="0"/>
        <w:ind w:left="454"/>
      </w:pPr>
      <w:r>
        <w:t>(   ) b) eat</w:t>
      </w:r>
    </w:p>
    <w:p>
      <w:pPr>
        <w:spacing w:after="0"/>
        <w:ind w:left="454"/>
      </w:pPr>
      <w:r>
        <w:t>(   ) c) eating</w:t>
      </w:r>
    </w:p>
    <w:p>
      <w:pPr>
        <w:pStyle w:val="Heading2"/>
      </w:pPr>
      <w:r>
        <w:t>2. Comparative adjectives</w:t>
      </w:r>
    </w:p>
    <w:p>
      <w:r>
        <w:rPr>
          <w:i/>
        </w:rPr>
        <w:t>Complete with the comparative form of the adjective in parentheses.</w:t>
      </w:r>
    </w:p>
    <w:p>
      <w:pPr>
        <w:keepNext/>
        <w:spacing w:before="120"/>
      </w:pPr>
      <w:r>
        <w:t>1. A cheetah is ______________ than a dog. (fast)</w:t>
      </w:r>
    </w:p>
    <w:p>
      <w:pPr>
        <w:keepNext/>
        <w:spacing w:before="120"/>
      </w:pPr>
      <w:r>
        <w:t>2. This book is ______________ than the other one. (interesting)</w:t>
      </w:r>
    </w:p>
    <w:p>
      <w:pPr>
        <w:keepNext/>
        <w:spacing w:before="120"/>
      </w:pPr>
      <w:r>
        <w:t>3. My house is ______________ than yours. (big)</w:t>
      </w:r>
    </w:p>
    <w:p>
      <w:pPr>
        <w:keepNext/>
        <w:spacing w:before="120"/>
      </w:pPr>
      <w:r>
        <w:t>4. Math is ______________ than History for me. (difficult)</w:t>
      </w:r>
    </w:p>
    <w:p>
      <w:pPr>
        <w:keepNext/>
        <w:spacing w:before="120"/>
      </w:pPr>
      <w:r>
        <w:t>5. Today is ______________ than yesterday. (hot)</w:t>
      </w:r>
    </w:p>
    <w:p>
      <w:pPr>
        <w:pStyle w:val="Heading2"/>
      </w:pPr>
      <w:r>
        <w:t>3. Reading</w:t>
      </w:r>
    </w:p>
    <w:p>
      <w:r>
        <w:rPr>
          <w:i/>
        </w:rPr>
        <w:t>Read the text and choose the correct answer.</w:t>
      </w:r>
    </w:p>
    <w:p>
      <w:r>
        <w:rPr>
          <w:b/>
        </w:rPr>
        <w:t>Lucas and technology</w:t>
      </w:r>
    </w:p>
    <w:p>
      <w:pPr>
        <w:ind w:left="340"/>
      </w:pPr>
      <w:r>
        <w:t>Lucas enjoys technology. In his free time, he likes playing video games and watching tutorials online. Recently, he started learning how to create simple computer programs. Lucas believes technology can help people learn faster and solve many problems.</w:t>
      </w:r>
    </w:p>
    <w:p>
      <w:pPr>
        <w:keepNext/>
        <w:spacing w:before="120"/>
      </w:pPr>
      <w:r>
        <w:t>1. What does Lucas enjoy?</w:t>
      </w:r>
    </w:p>
    <w:p>
      <w:pPr>
        <w:spacing w:after="0"/>
        <w:ind w:left="454"/>
      </w:pPr>
      <w:r>
        <w:t>(   ) a) Sports</w:t>
      </w:r>
    </w:p>
    <w:p>
      <w:pPr>
        <w:spacing w:after="0"/>
        <w:ind w:left="454"/>
      </w:pPr>
      <w:r>
        <w:t>(   ) b) Technology</w:t>
      </w:r>
    </w:p>
    <w:p>
      <w:pPr>
        <w:spacing w:after="0"/>
        <w:ind w:left="454"/>
      </w:pPr>
      <w:r>
        <w:t>(   ) c) Music</w:t>
      </w:r>
    </w:p>
    <w:p>
      <w:pPr>
        <w:keepNext/>
        <w:spacing w:before="120"/>
      </w:pPr>
      <w:r>
        <w:t>2. What does he do in his free time?</w:t>
      </w:r>
    </w:p>
    <w:p>
      <w:pPr>
        <w:spacing w:after="0"/>
        <w:ind w:left="454"/>
      </w:pPr>
      <w:r>
        <w:t>(   ) a) He plays video games and watches tutorials online.</w:t>
      </w:r>
    </w:p>
    <w:p>
      <w:pPr>
        <w:spacing w:after="0"/>
        <w:ind w:left="454"/>
      </w:pPr>
      <w:r>
        <w:t>(   ) b) He reads books and plays soccer.</w:t>
      </w:r>
    </w:p>
    <w:p>
      <w:pPr>
        <w:spacing w:after="0"/>
        <w:ind w:left="454"/>
      </w:pPr>
      <w:r>
        <w:t>(   ) c) He fixes computers for his friends.</w:t>
      </w:r>
    </w:p>
    <w:p>
      <w:pPr>
        <w:keepNext/>
        <w:spacing w:before="120"/>
      </w:pPr>
      <w:r>
        <w:t>3. What new skill is Lucas learning?</w:t>
      </w:r>
    </w:p>
    <w:p>
      <w:pPr>
        <w:spacing w:after="0"/>
        <w:ind w:left="454"/>
      </w:pPr>
      <w:r>
        <w:t>(   ) a) How to edit videos</w:t>
      </w:r>
    </w:p>
    <w:p>
      <w:pPr>
        <w:spacing w:after="0"/>
        <w:ind w:left="454"/>
      </w:pPr>
      <w:r>
        <w:t>(   ) b) How to speak Spanish</w:t>
      </w:r>
    </w:p>
    <w:p>
      <w:pPr>
        <w:spacing w:after="0"/>
        <w:ind w:left="454"/>
      </w:pPr>
      <w:r>
        <w:t>(   ) c) How to create simple computer programs</w:t>
      </w:r>
    </w:p>
    <w:p>
      <w:pPr>
        <w:keepNext/>
        <w:spacing w:before="120"/>
      </w:pPr>
      <w:r>
        <w:t>4. What does Lucas think about technology?</w:t>
      </w:r>
    </w:p>
    <w:p>
      <w:pPr>
        <w:spacing w:after="0"/>
        <w:ind w:left="454"/>
      </w:pPr>
      <w:r>
        <w:t>(   ) a) It is a waste of time.</w:t>
      </w:r>
    </w:p>
    <w:p>
      <w:pPr>
        <w:spacing w:after="0"/>
        <w:ind w:left="454"/>
      </w:pPr>
      <w:r>
        <w:t>(   ) b) It can help people learn faster and solve problems.</w:t>
      </w:r>
    </w:p>
    <w:p>
      <w:pPr>
        <w:spacing w:after="0"/>
        <w:ind w:left="454"/>
      </w:pPr>
      <w:r>
        <w:t>(   ) c) It is only good for games.</w:t>
      </w:r>
    </w:p>
    <w:p>
      <w:pPr>
        <w:pStyle w:val="Heading2"/>
      </w:pPr>
      <w:r>
        <w:t>4. Can or can't?</w:t>
      </w:r>
    </w:p>
    <w:p>
      <w:r>
        <w:rPr>
          <w:i/>
        </w:rPr>
        <w:t>Complete with can or can't.</w:t>
      </w:r>
    </w:p>
    <w:p>
      <w:r>
        <w:rPr>
          <w:b/>
        </w:rPr>
        <w:t>Word bank:  can  |  can't</w:t>
      </w:r>
    </w:p>
    <w:p>
      <w:pPr>
        <w:keepNext/>
        <w:spacing w:before="120"/>
      </w:pPr>
      <w:r>
        <w:t>1. Birds ______________ fly.</w:t>
      </w:r>
    </w:p>
    <w:p>
      <w:pPr>
        <w:keepNext/>
        <w:spacing w:before="120"/>
      </w:pPr>
      <w:r>
        <w:t>2. Fish ______________ live out of water.</w:t>
      </w:r>
    </w:p>
    <w:p>
      <w:pPr>
        <w:keepNext/>
        <w:spacing w:before="120"/>
      </w:pPr>
      <w:r>
        <w:t>3. Penguins ______________ fly, but they can swim very well.</w:t>
      </w:r>
    </w:p>
    <w:p>
      <w:pPr>
        <w:keepNext/>
        <w:spacing w:before="120"/>
      </w:pPr>
      <w:r>
        <w:t>4. Students ______________ learn many things at school.</w:t>
      </w:r>
    </w:p>
    <w:p>
      <w:r>
        <w:br w:type="page"/>
      </w:r>
    </w:p>
    <w:p>
      <w:pPr>
        <w:pStyle w:val="Heading2"/>
      </w:pPr>
      <w:r>
        <w:t>Gabarito (Answer key)</w:t>
      </w:r>
    </w:p>
    <w:p>
      <w:r>
        <w:rPr>
          <w:b/>
        </w:rPr>
        <w:t>1. Simple present or present continuous?</w:t>
      </w:r>
    </w:p>
    <w:p>
      <w:pPr>
        <w:spacing w:after="0"/>
      </w:pPr>
      <w:r>
        <w:t>1) a) studies</w:t>
      </w:r>
    </w:p>
    <w:p>
      <w:pPr>
        <w:spacing w:after="0"/>
      </w:pPr>
      <w:r>
        <w:t>2) b) are playing</w:t>
      </w:r>
    </w:p>
    <w:p>
      <w:pPr>
        <w:spacing w:after="0"/>
      </w:pPr>
      <w:r>
        <w:t>3) c) do</w:t>
      </w:r>
    </w:p>
    <w:p>
      <w:pPr>
        <w:spacing w:after="0"/>
      </w:pPr>
      <w:r>
        <w:t>4) c) are watching</w:t>
      </w:r>
    </w:p>
    <w:p>
      <w:pPr>
        <w:spacing w:after="0"/>
      </w:pPr>
      <w:r>
        <w:t>5) a) eats</w:t>
      </w:r>
    </w:p>
    <w:p>
      <w:r>
        <w:rPr>
          <w:b/>
        </w:rPr>
        <w:t>2. Comparative adjectives</w:t>
      </w:r>
    </w:p>
    <w:p>
      <w:pPr>
        <w:spacing w:after="0"/>
      </w:pPr>
      <w:r>
        <w:t>1) faster</w:t>
      </w:r>
    </w:p>
    <w:p>
      <w:pPr>
        <w:spacing w:after="0"/>
      </w:pPr>
      <w:r>
        <w:t>2) more interesting</w:t>
      </w:r>
    </w:p>
    <w:p>
      <w:pPr>
        <w:spacing w:after="0"/>
      </w:pPr>
      <w:r>
        <w:t>3) bigger</w:t>
      </w:r>
    </w:p>
    <w:p>
      <w:pPr>
        <w:spacing w:after="0"/>
      </w:pPr>
      <w:r>
        <w:t>4) more difficult</w:t>
      </w:r>
    </w:p>
    <w:p>
      <w:pPr>
        <w:spacing w:after="0"/>
      </w:pPr>
      <w:r>
        <w:t>5) hotter</w:t>
      </w:r>
    </w:p>
    <w:p>
      <w:r>
        <w:rPr>
          <w:b/>
        </w:rPr>
        <w:t>3. Reading</w:t>
      </w:r>
    </w:p>
    <w:p>
      <w:pPr>
        <w:spacing w:after="0"/>
      </w:pPr>
      <w:r>
        <w:t>1) b) Technology</w:t>
      </w:r>
    </w:p>
    <w:p>
      <w:pPr>
        <w:spacing w:after="0"/>
      </w:pPr>
      <w:r>
        <w:t>2) a) He plays video games and watches tutorials online.</w:t>
      </w:r>
    </w:p>
    <w:p>
      <w:pPr>
        <w:spacing w:after="0"/>
      </w:pPr>
      <w:r>
        <w:t>3) c) How to create simple computer programs</w:t>
      </w:r>
    </w:p>
    <w:p>
      <w:pPr>
        <w:spacing w:after="0"/>
      </w:pPr>
      <w:r>
        <w:t>4) b) It can help people learn faster and solve problems.</w:t>
      </w:r>
    </w:p>
    <w:p>
      <w:r>
        <w:rPr>
          <w:b/>
        </w:rPr>
        <w:t>4. Can or can't?</w:t>
      </w:r>
    </w:p>
    <w:p>
      <w:pPr>
        <w:spacing w:after="0"/>
      </w:pPr>
      <w:r>
        <w:t>1) can</w:t>
      </w:r>
    </w:p>
    <w:p>
      <w:pPr>
        <w:spacing w:after="0"/>
      </w:pPr>
      <w:r>
        <w:t>2) can't</w:t>
      </w:r>
    </w:p>
    <w:p>
      <w:pPr>
        <w:spacing w:after="0"/>
      </w:pPr>
      <w:r>
        <w:t>3) can't</w:t>
      </w:r>
    </w:p>
    <w:p>
      <w:pPr>
        <w:spacing w:after="0"/>
      </w:pPr>
      <w:r>
        <w:t>4) can</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2026-03-13T00:00:00Z</dcterms:created>
  <dcterms:modified xsi:type="dcterms:W3CDTF">2026-03-13T00:00:00Z</dcterms:modified>
  <cp:category/>
</cp:coreProperties>
</file>