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Present Continuous: ações acontecendo agora</w:t>
      </w:r>
    </w:p>
    <w:p>
      <w:r>
        <w:rPr>
          <w:color w:val="6B6B6B"/>
          <w:sz w:val="18"/>
        </w:rPr>
        <w:t>6º ano · Present continuous · BNCC: EF06LI20, EF06LI09</w:t>
      </w:r>
    </w:p>
    <w:p>
      <w:pPr>
        <w:pStyle w:val="Heading2"/>
      </w:pPr>
      <w:r>
        <w:t>1. Reading</w:t>
      </w:r>
    </w:p>
    <w:p>
      <w:r>
        <w:rPr>
          <w:i/>
        </w:rPr>
        <w:t>Read Clara's message and choose the correct answer.</w:t>
      </w:r>
    </w:p>
    <w:p>
      <w:r>
        <w:rPr>
          <w:b/>
        </w:rPr>
        <w:t>A message from the park</w:t>
      </w:r>
    </w:p>
    <w:p>
      <w:pPr>
        <w:ind w:left="340"/>
      </w:pPr>
      <w:r>
        <w:t>Hi, Grandma! I'm at Ibirapuera Park with my family right now. It's sunny and hot.</w:t>
      </w:r>
    </w:p>
    <w:p>
      <w:pPr>
        <w:ind w:left="340"/>
      </w:pPr>
      <w:r>
        <w:t>Dad is taking pictures of the lake. Mom is reading a book under a tree. My little brother Davi is riding his bike, and some kids are playing soccer near us.</w:t>
      </w:r>
    </w:p>
    <w:p>
      <w:pPr>
        <w:ind w:left="340"/>
      </w:pPr>
      <w:r>
        <w:t>I'm not playing with them because I'm eating an ice cream!</w:t>
      </w:r>
    </w:p>
    <w:p>
      <w:pPr>
        <w:ind w:left="340"/>
      </w:pPr>
      <w:r>
        <w:t>Love, Clara</w:t>
      </w:r>
    </w:p>
    <w:p>
      <w:pPr>
        <w:keepNext/>
        <w:spacing w:before="120"/>
      </w:pPr>
      <w:r>
        <w:t>1. Where is Clara now?</w:t>
      </w:r>
    </w:p>
    <w:p>
      <w:pPr>
        <w:spacing w:after="0"/>
        <w:ind w:left="454"/>
      </w:pPr>
      <w:r>
        <w:t>(   ) a) At school</w:t>
      </w:r>
    </w:p>
    <w:p>
      <w:pPr>
        <w:spacing w:after="0"/>
        <w:ind w:left="454"/>
      </w:pPr>
      <w:r>
        <w:t>(   ) b) At the park</w:t>
      </w:r>
    </w:p>
    <w:p>
      <w:pPr>
        <w:spacing w:after="0"/>
        <w:ind w:left="454"/>
      </w:pPr>
      <w:r>
        <w:t>(   ) c) At the beach</w:t>
      </w:r>
    </w:p>
    <w:p>
      <w:pPr>
        <w:keepNext/>
        <w:spacing w:before="120"/>
      </w:pPr>
      <w:r>
        <w:t>2. What is Clara's mom doing?</w:t>
      </w:r>
    </w:p>
    <w:p>
      <w:pPr>
        <w:spacing w:after="0"/>
        <w:ind w:left="454"/>
      </w:pPr>
      <w:r>
        <w:t>(   ) a) Taking pictures</w:t>
      </w:r>
    </w:p>
    <w:p>
      <w:pPr>
        <w:spacing w:after="0"/>
        <w:ind w:left="454"/>
      </w:pPr>
      <w:r>
        <w:t>(   ) b) Riding a bike</w:t>
      </w:r>
    </w:p>
    <w:p>
      <w:pPr>
        <w:spacing w:after="0"/>
        <w:ind w:left="454"/>
      </w:pPr>
      <w:r>
        <w:t>(   ) c) Reading a book</w:t>
      </w:r>
    </w:p>
    <w:p>
      <w:pPr>
        <w:spacing w:after="0"/>
        <w:ind w:left="454"/>
      </w:pPr>
      <w:r>
        <w:t>(   ) d) Playing soccer</w:t>
      </w:r>
    </w:p>
    <w:p>
      <w:pPr>
        <w:keepNext/>
        <w:spacing w:before="120"/>
      </w:pPr>
      <w:r>
        <w:t>3. Why isn't Clara playing soccer?</w:t>
      </w:r>
    </w:p>
    <w:p>
      <w:pPr>
        <w:spacing w:after="0"/>
        <w:ind w:left="454"/>
      </w:pPr>
      <w:r>
        <w:t>(   ) a) Because she's eating an ice cream.</w:t>
      </w:r>
    </w:p>
    <w:p>
      <w:pPr>
        <w:spacing w:after="0"/>
        <w:ind w:left="454"/>
      </w:pPr>
      <w:r>
        <w:t>(   ) b) Because it's raining.</w:t>
      </w:r>
    </w:p>
    <w:p>
      <w:pPr>
        <w:spacing w:after="0"/>
        <w:ind w:left="454"/>
      </w:pPr>
      <w:r>
        <w:t>(   ) c) Because she's tired.</w:t>
      </w:r>
    </w:p>
    <w:p>
      <w:pPr>
        <w:keepNext/>
        <w:spacing w:before="120"/>
      </w:pPr>
      <w:r>
        <w:t>4. Who is riding a bike?</w:t>
      </w:r>
    </w:p>
    <w:p>
      <w:pPr>
        <w:spacing w:after="0"/>
        <w:ind w:left="454"/>
      </w:pPr>
      <w:r>
        <w:t>(   ) a) Dad</w:t>
      </w:r>
    </w:p>
    <w:p>
      <w:pPr>
        <w:spacing w:after="0"/>
        <w:ind w:left="454"/>
      </w:pPr>
      <w:r>
        <w:t>(   ) b) Clara</w:t>
      </w:r>
    </w:p>
    <w:p>
      <w:pPr>
        <w:spacing w:after="0"/>
        <w:ind w:left="454"/>
      </w:pPr>
      <w:r>
        <w:t>(   ) c) Some kids</w:t>
      </w:r>
    </w:p>
    <w:p>
      <w:pPr>
        <w:spacing w:after="0"/>
        <w:ind w:left="454"/>
      </w:pPr>
      <w:r>
        <w:t>(   ) d) Davi</w:t>
      </w:r>
    </w:p>
    <w:p>
      <w:pPr>
        <w:pStyle w:val="Heading2"/>
      </w:pPr>
      <w:r>
        <w:t>2. What's happening?</w:t>
      </w:r>
    </w:p>
    <w:p>
      <w:r>
        <w:rPr>
          <w:i/>
        </w:rPr>
        <w:t>Complete with the present continuous of the verbs in parentheses.</w:t>
      </w:r>
    </w:p>
    <w:p>
      <w:pPr>
        <w:keepNext/>
        <w:spacing w:before="120"/>
      </w:pPr>
      <w:r>
        <w:t>1. Look! It ______________ (rain).</w:t>
      </w:r>
    </w:p>
    <w:p>
      <w:pPr>
        <w:keepNext/>
        <w:spacing w:before="120"/>
      </w:pPr>
      <w:r>
        <w:t>2. I ______________ (do) my homework now.</w:t>
      </w:r>
    </w:p>
    <w:p>
      <w:pPr>
        <w:keepNext/>
        <w:spacing w:before="120"/>
      </w:pPr>
      <w:r>
        <w:t>3. The students ______________ (listen) to the teacher.</w:t>
      </w:r>
    </w:p>
    <w:p>
      <w:pPr>
        <w:keepNext/>
        <w:spacing w:before="120"/>
      </w:pPr>
      <w:r>
        <w:t>4. My mom ______________ (cook) dinner at the moment.</w:t>
      </w:r>
    </w:p>
    <w:p>
      <w:pPr>
        <w:keepNext/>
        <w:spacing w:before="120"/>
      </w:pPr>
      <w:r>
        <w:t>5. We ______________ (swim) in the pool right now.</w:t>
      </w:r>
    </w:p>
    <w:p>
      <w:pPr>
        <w:pStyle w:val="Heading2"/>
      </w:pPr>
      <w:r>
        <w:t>3. Choose the correct option</w:t>
      </w:r>
    </w:p>
    <w:p>
      <w:r>
        <w:rPr>
          <w:i/>
        </w:rPr>
        <w:t>Choose the correct answer.</w:t>
      </w:r>
    </w:p>
    <w:p>
      <w:pPr>
        <w:keepNext/>
        <w:spacing w:before="120"/>
      </w:pPr>
      <w:r>
        <w:t>1. Choose the correct sentence.</w:t>
      </w:r>
    </w:p>
    <w:p>
      <w:pPr>
        <w:spacing w:after="0"/>
        <w:ind w:left="454"/>
      </w:pPr>
      <w:r>
        <w:t>(   ) a) She are watching TV.</w:t>
      </w:r>
    </w:p>
    <w:p>
      <w:pPr>
        <w:spacing w:after="0"/>
        <w:ind w:left="454"/>
      </w:pPr>
      <w:r>
        <w:t>(   ) b) She is watch TV.</w:t>
      </w:r>
    </w:p>
    <w:p>
      <w:pPr>
        <w:spacing w:after="0"/>
        <w:ind w:left="454"/>
      </w:pPr>
      <w:r>
        <w:t>(   ) c) She is watching TV.</w:t>
      </w:r>
    </w:p>
    <w:p>
      <w:pPr>
        <w:keepNext/>
        <w:spacing w:before="120"/>
      </w:pPr>
      <w:r>
        <w:t>2. ___ you listening to music now?</w:t>
      </w:r>
    </w:p>
    <w:p>
      <w:pPr>
        <w:spacing w:after="0"/>
        <w:ind w:left="454"/>
      </w:pPr>
      <w:r>
        <w:t>(   ) a) Is</w:t>
      </w:r>
    </w:p>
    <w:p>
      <w:pPr>
        <w:spacing w:after="0"/>
        <w:ind w:left="454"/>
      </w:pPr>
      <w:r>
        <w:t>(   ) b) Are</w:t>
      </w:r>
    </w:p>
    <w:p>
      <w:pPr>
        <w:spacing w:after="0"/>
        <w:ind w:left="454"/>
      </w:pPr>
      <w:r>
        <w:t>(   ) c) Am</w:t>
      </w:r>
    </w:p>
    <w:p>
      <w:pPr>
        <w:keepNext/>
        <w:spacing w:before="120"/>
      </w:pPr>
      <w:r>
        <w:t>3. Leo ___ sleeping. He's playing video games.</w:t>
      </w:r>
    </w:p>
    <w:p>
      <w:pPr>
        <w:spacing w:after="0"/>
        <w:ind w:left="454"/>
      </w:pPr>
      <w:r>
        <w:t>(   ) a) isn't</w:t>
      </w:r>
    </w:p>
    <w:p>
      <w:pPr>
        <w:spacing w:after="0"/>
        <w:ind w:left="454"/>
      </w:pPr>
      <w:r>
        <w:t>(   ) b) aren't</w:t>
      </w:r>
    </w:p>
    <w:p>
      <w:pPr>
        <w:spacing w:after="0"/>
        <w:ind w:left="454"/>
      </w:pPr>
      <w:r>
        <w:t>(   ) c) not</w:t>
      </w:r>
    </w:p>
    <w:p>
      <w:pPr>
        <w:keepNext/>
        <w:spacing w:before="120"/>
      </w:pPr>
      <w:r>
        <w:t>4. What is the -ing form of "run"?</w:t>
      </w:r>
    </w:p>
    <w:p>
      <w:pPr>
        <w:spacing w:after="0"/>
        <w:ind w:left="454"/>
      </w:pPr>
      <w:r>
        <w:t>(   ) a) runing</w:t>
      </w:r>
    </w:p>
    <w:p>
      <w:pPr>
        <w:spacing w:after="0"/>
        <w:ind w:left="454"/>
      </w:pPr>
      <w:r>
        <w:t>(   ) b) running</w:t>
      </w:r>
    </w:p>
    <w:p>
      <w:pPr>
        <w:spacing w:after="0"/>
        <w:ind w:left="454"/>
      </w:pPr>
      <w:r>
        <w:t>(   ) c) runeing</w:t>
      </w:r>
    </w:p>
    <w:p>
      <w:pPr>
        <w:pStyle w:val="Heading2"/>
      </w:pPr>
      <w:r>
        <w:t>4. True or false?</w:t>
      </w:r>
    </w:p>
    <w:p>
      <w:r>
        <w:rPr>
          <w:i/>
        </w:rPr>
        <w:t>Read the sentences about the grammar and mark T (true) or F (false).</w:t>
      </w:r>
    </w:p>
    <w:p>
      <w:pPr>
        <w:keepNext/>
        <w:spacing w:before="120"/>
      </w:pPr>
      <w:r>
        <w:t>1. We form the present continuous with am, is or are + verb with -ing.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We use the present continuous for actions that are happening now.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"They is dancing" is a correct sentence.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At the park</w:t>
      </w:r>
    </w:p>
    <w:p>
      <w:pPr>
        <w:spacing w:after="0"/>
      </w:pPr>
      <w:r>
        <w:t>2) c) Reading a book</w:t>
      </w:r>
    </w:p>
    <w:p>
      <w:pPr>
        <w:spacing w:after="0"/>
      </w:pPr>
      <w:r>
        <w:t>3) a) Because she's eating an ice cream.</w:t>
      </w:r>
    </w:p>
    <w:p>
      <w:pPr>
        <w:spacing w:after="0"/>
      </w:pPr>
      <w:r>
        <w:t>4) d) Davi</w:t>
      </w:r>
    </w:p>
    <w:p>
      <w:r>
        <w:rPr>
          <w:b/>
        </w:rPr>
        <w:t>2. What's happening?</w:t>
      </w:r>
    </w:p>
    <w:p>
      <w:pPr>
        <w:spacing w:after="0"/>
      </w:pPr>
      <w:r>
        <w:t>1) is raining</w:t>
      </w:r>
    </w:p>
    <w:p>
      <w:pPr>
        <w:spacing w:after="0"/>
      </w:pPr>
      <w:r>
        <w:t>2) am doing</w:t>
      </w:r>
    </w:p>
    <w:p>
      <w:pPr>
        <w:spacing w:after="0"/>
      </w:pPr>
      <w:r>
        <w:t>3) are listening</w:t>
      </w:r>
    </w:p>
    <w:p>
      <w:pPr>
        <w:spacing w:after="0"/>
      </w:pPr>
      <w:r>
        <w:t>4) is cooking</w:t>
      </w:r>
    </w:p>
    <w:p>
      <w:pPr>
        <w:spacing w:after="0"/>
      </w:pPr>
      <w:r>
        <w:t>5) are swimming</w:t>
      </w:r>
    </w:p>
    <w:p>
      <w:r>
        <w:rPr>
          <w:b/>
        </w:rPr>
        <w:t>3. Choose the correct option</w:t>
      </w:r>
    </w:p>
    <w:p>
      <w:pPr>
        <w:spacing w:after="0"/>
      </w:pPr>
      <w:r>
        <w:t>1) c) She is watching TV.</w:t>
      </w:r>
    </w:p>
    <w:p>
      <w:pPr>
        <w:spacing w:after="0"/>
      </w:pPr>
      <w:r>
        <w:t>2) b) Are</w:t>
      </w:r>
    </w:p>
    <w:p>
      <w:pPr>
        <w:spacing w:after="0"/>
      </w:pPr>
      <w:r>
        <w:t>3) a) isn't</w:t>
      </w:r>
    </w:p>
    <w:p>
      <w:pPr>
        <w:spacing w:after="0"/>
      </w:pPr>
      <w:r>
        <w:t>4) b) running</w:t>
      </w:r>
    </w:p>
    <w:p>
      <w:r>
        <w:rPr>
          <w:b/>
        </w:rPr>
        <w:t>4.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True</w:t>
      </w:r>
    </w:p>
    <w:p>
      <w:pPr>
        <w:spacing w:after="0"/>
      </w:pPr>
      <w:r>
        <w:t>3) False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