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 x present continuous e artigos</w:t>
      </w:r>
    </w:p>
    <w:p>
      <w:r>
        <w:rPr>
          <w:color w:val="6B6B6B"/>
          <w:sz w:val="18"/>
        </w:rPr>
        <w:t>6º ano e 7º ano · Present continuous · BNCC: EF06LI19, EF06LI20</w:t>
      </w:r>
    </w:p>
    <w:p>
      <w:pPr>
        <w:pStyle w:val="Heading2"/>
      </w:pPr>
      <w:r>
        <w:t>1. Simple present or present continuous?</w:t>
      </w:r>
    </w:p>
    <w:p>
      <w:r>
        <w:rPr>
          <w:i/>
        </w:rPr>
        <w:t>Complete with the correct form of the verb in parentheses.</w:t>
      </w:r>
    </w:p>
    <w:p>
      <w:pPr>
        <w:keepNext/>
        <w:spacing w:before="120"/>
      </w:pPr>
      <w:r>
        <w:t>1. She ______________ (like) ice cream, but she is eating a cake now.</w:t>
      </w:r>
    </w:p>
    <w:p>
      <w:pPr>
        <w:keepNext/>
        <w:spacing w:before="120"/>
      </w:pPr>
      <w:r>
        <w:t>2. She likes ice cream, but she ______________ (eat) a cake now.</w:t>
      </w:r>
    </w:p>
    <w:p>
      <w:pPr>
        <w:keepNext/>
        <w:spacing w:before="120"/>
      </w:pPr>
      <w:r>
        <w:t>3. They ______________ (play) soccer every Saturday.</w:t>
      </w:r>
    </w:p>
    <w:p>
      <w:pPr>
        <w:keepNext/>
        <w:spacing w:before="120"/>
      </w:pPr>
      <w:r>
        <w:t>4. Look! The cat ______________ (sleep) on the sofa.</w:t>
      </w:r>
    </w:p>
    <w:p>
      <w:pPr>
        <w:keepNext/>
        <w:spacing w:before="120"/>
      </w:pPr>
      <w:r>
        <w:t>5. My brother ______________ (not / watch) TV right now.</w:t>
      </w:r>
    </w:p>
    <w:p>
      <w:pPr>
        <w:keepNext/>
        <w:spacing w:before="120"/>
      </w:pPr>
      <w:r>
        <w:t>6. We always ______________ (go) to school at 7 a.m.</w:t>
      </w:r>
    </w:p>
    <w:p>
      <w:pPr>
        <w:keepNext/>
        <w:spacing w:before="120"/>
      </w:pPr>
      <w:r>
        <w:t>7. Listen! The baby ______________ (cry).</w:t>
      </w:r>
    </w:p>
    <w:p>
      <w:pPr>
        <w:pStyle w:val="Heading2"/>
      </w:pPr>
      <w:r>
        <w:t>2. Articles</w:t>
      </w:r>
    </w:p>
    <w:p>
      <w:r>
        <w:rPr>
          <w:i/>
        </w:rPr>
        <w:t>Choose a, an, the or — (no article).</w:t>
      </w:r>
    </w:p>
    <w:p>
      <w:pPr>
        <w:keepNext/>
        <w:spacing w:before="120"/>
      </w:pPr>
      <w:r>
        <w:t>1. I saw ___ elephant at the zoo.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pPr>
        <w:keepNext/>
        <w:spacing w:before="120"/>
      </w:pPr>
      <w:r>
        <w:t>2. She has ___ apple in her bag.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pPr>
        <w:keepNext/>
        <w:spacing w:before="120"/>
      </w:pPr>
      <w:r>
        <w:t>3. We went to ___ park that is next to my school.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pPr>
        <w:keepNext/>
        <w:spacing w:before="120"/>
      </w:pPr>
      <w:r>
        <w:t>4. My mother is ___ doctor.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pPr>
        <w:keepNext/>
        <w:spacing w:before="120"/>
      </w:pPr>
      <w:r>
        <w:t>5. I love ___ pizza!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pPr>
        <w:keepNext/>
        <w:spacing w:before="120"/>
      </w:pPr>
      <w:r>
        <w:t>6. ___ sun is very hot today.</w:t>
      </w:r>
    </w:p>
    <w:p>
      <w:pPr>
        <w:spacing w:after="0"/>
        <w:ind w:left="454"/>
      </w:pPr>
      <w:r>
        <w:t>(   ) a) A</w:t>
      </w:r>
    </w:p>
    <w:p>
      <w:pPr>
        <w:spacing w:after="0"/>
        <w:ind w:left="454"/>
      </w:pPr>
      <w:r>
        <w:t>(   ) b) An</w:t>
      </w:r>
    </w:p>
    <w:p>
      <w:pPr>
        <w:spacing w:after="0"/>
        <w:ind w:left="454"/>
      </w:pPr>
      <w:r>
        <w:t>(   ) c) The</w:t>
      </w:r>
    </w:p>
    <w:p>
      <w:pPr>
        <w:spacing w:after="0"/>
        <w:ind w:left="454"/>
      </w:pPr>
      <w:r>
        <w:t>(   ) d) — (no article)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 or present continuous?</w:t>
      </w:r>
    </w:p>
    <w:p>
      <w:pPr>
        <w:spacing w:after="0"/>
      </w:pPr>
      <w:r>
        <w:t>1) likes</w:t>
      </w:r>
    </w:p>
    <w:p>
      <w:pPr>
        <w:spacing w:after="0"/>
      </w:pPr>
      <w:r>
        <w:t>2) is eating</w:t>
      </w:r>
    </w:p>
    <w:p>
      <w:pPr>
        <w:spacing w:after="0"/>
      </w:pPr>
      <w:r>
        <w:t>3) play</w:t>
      </w:r>
    </w:p>
    <w:p>
      <w:pPr>
        <w:spacing w:after="0"/>
      </w:pPr>
      <w:r>
        <w:t>4) is sleeping</w:t>
      </w:r>
    </w:p>
    <w:p>
      <w:pPr>
        <w:spacing w:after="0"/>
      </w:pPr>
      <w:r>
        <w:t>5) isn't watching</w:t>
      </w:r>
    </w:p>
    <w:p>
      <w:pPr>
        <w:spacing w:after="0"/>
      </w:pPr>
      <w:r>
        <w:t>6) go</w:t>
      </w:r>
    </w:p>
    <w:p>
      <w:pPr>
        <w:spacing w:after="0"/>
      </w:pPr>
      <w:r>
        <w:t>7) is crying</w:t>
      </w:r>
    </w:p>
    <w:p>
      <w:r>
        <w:rPr>
          <w:b/>
        </w:rPr>
        <w:t>2. Articles</w:t>
      </w:r>
    </w:p>
    <w:p>
      <w:pPr>
        <w:spacing w:after="0"/>
      </w:pPr>
      <w:r>
        <w:t>1) b) an</w:t>
      </w:r>
    </w:p>
    <w:p>
      <w:pPr>
        <w:spacing w:after="0"/>
      </w:pPr>
      <w:r>
        <w:t>2) b) an</w:t>
      </w:r>
    </w:p>
    <w:p>
      <w:pPr>
        <w:spacing w:after="0"/>
      </w:pPr>
      <w:r>
        <w:t>3) c) the</w:t>
      </w:r>
    </w:p>
    <w:p>
      <w:pPr>
        <w:spacing w:after="0"/>
      </w:pPr>
      <w:r>
        <w:t>4) a) a</w:t>
      </w:r>
    </w:p>
    <w:p>
      <w:pPr>
        <w:spacing w:after="0"/>
      </w:pPr>
      <w:r>
        <w:t>5) d) — (no article)</w:t>
      </w:r>
    </w:p>
    <w:p>
      <w:pPr>
        <w:spacing w:after="0"/>
      </w:pPr>
      <w:r>
        <w:t>6) c) The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