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Revisão: -ing, plural e How are you?</w:t>
      </w:r>
    </w:p>
    <w:p>
      <w:r>
        <w:rPr>
          <w:color w:val="6B6B6B"/>
          <w:sz w:val="18"/>
        </w:rPr>
        <w:t>3º ano e 4º ano · Present continuous</w:t>
      </w:r>
    </w:p>
    <w:p>
      <w:pPr>
        <w:pStyle w:val="Heading2"/>
      </w:pPr>
      <w:r>
        <w:t>1. What is happening?</w:t>
      </w:r>
    </w:p>
    <w:p>
      <w:r>
        <w:rPr>
          <w:i/>
        </w:rPr>
        <w:t>Escolha a palavra certa para completar a frase. (Choose the correct word.)</w:t>
      </w:r>
    </w:p>
    <w:p>
      <w:pPr>
        <w:keepNext/>
        <w:spacing w:before="120"/>
      </w:pPr>
      <w:r>
        <w:t>1. 🐱  The cat is ___ on the chair.</w:t>
      </w:r>
    </w:p>
    <w:p>
      <w:pPr>
        <w:spacing w:after="0"/>
        <w:ind w:left="454"/>
      </w:pPr>
      <w:r>
        <w:t>(   ) a) sleep</w:t>
      </w:r>
    </w:p>
    <w:p>
      <w:pPr>
        <w:spacing w:after="0"/>
        <w:ind w:left="454"/>
      </w:pPr>
      <w:r>
        <w:t>(   ) b) sleeping</w:t>
      </w:r>
    </w:p>
    <w:p>
      <w:pPr>
        <w:keepNext/>
        <w:spacing w:before="120"/>
      </w:pPr>
      <w:r>
        <w:t>2. 🐶  The dog is ___ a bone.</w:t>
      </w:r>
    </w:p>
    <w:p>
      <w:pPr>
        <w:spacing w:after="0"/>
        <w:ind w:left="454"/>
      </w:pPr>
      <w:r>
        <w:t>(   ) a) eating</w:t>
      </w:r>
    </w:p>
    <w:p>
      <w:pPr>
        <w:spacing w:after="0"/>
        <w:ind w:left="454"/>
      </w:pPr>
      <w:r>
        <w:t>(   ) b) eat</w:t>
      </w:r>
    </w:p>
    <w:p>
      <w:pPr>
        <w:keepNext/>
        <w:spacing w:before="120"/>
      </w:pPr>
      <w:r>
        <w:t>3. 👧  Ana is ___ a book.</w:t>
      </w:r>
    </w:p>
    <w:p>
      <w:pPr>
        <w:spacing w:after="0"/>
        <w:ind w:left="454"/>
      </w:pPr>
      <w:r>
        <w:t>(   ) a) read</w:t>
      </w:r>
    </w:p>
    <w:p>
      <w:pPr>
        <w:spacing w:after="0"/>
        <w:ind w:left="454"/>
      </w:pPr>
      <w:r>
        <w:t>(   ) b) reading</w:t>
      </w:r>
    </w:p>
    <w:p>
      <w:pPr>
        <w:keepNext/>
        <w:spacing w:before="120"/>
      </w:pPr>
      <w:r>
        <w:t>4. ⚽  The boys are ___ soccer.</w:t>
      </w:r>
    </w:p>
    <w:p>
      <w:pPr>
        <w:spacing w:after="0"/>
        <w:ind w:left="454"/>
      </w:pPr>
      <w:r>
        <w:t>(   ) a) playing</w:t>
      </w:r>
    </w:p>
    <w:p>
      <w:pPr>
        <w:spacing w:after="0"/>
        <w:ind w:left="454"/>
      </w:pPr>
      <w:r>
        <w:t>(   ) b) play</w:t>
      </w:r>
    </w:p>
    <w:p>
      <w:pPr>
        <w:pStyle w:val="Heading2"/>
      </w:pPr>
      <w:r>
        <w:t>2. One or more?</w:t>
      </w:r>
    </w:p>
    <w:p>
      <w:r>
        <w:rPr>
          <w:i/>
        </w:rPr>
        <w:t>Escolha a palavra certa: uma coisa ou mais de uma? (Choose the correct word.)</w:t>
      </w:r>
    </w:p>
    <w:p>
      <w:pPr>
        <w:keepNext/>
        <w:spacing w:before="120"/>
      </w:pPr>
      <w:r>
        <w:t>1. 📚  There are two ___ on the table.</w:t>
      </w:r>
    </w:p>
    <w:p>
      <w:pPr>
        <w:spacing w:after="0"/>
        <w:ind w:left="454"/>
      </w:pPr>
      <w:r>
        <w:t>(   ) a) book</w:t>
      </w:r>
    </w:p>
    <w:p>
      <w:pPr>
        <w:spacing w:after="0"/>
        <w:ind w:left="454"/>
      </w:pPr>
      <w:r>
        <w:t>(   ) b) books</w:t>
      </w:r>
    </w:p>
    <w:p>
      <w:pPr>
        <w:keepNext/>
        <w:spacing w:before="120"/>
      </w:pPr>
      <w:r>
        <w:t>2. 🍎  There is one ___ in the bag.</w:t>
      </w:r>
    </w:p>
    <w:p>
      <w:pPr>
        <w:spacing w:after="0"/>
        <w:ind w:left="454"/>
      </w:pPr>
      <w:r>
        <w:t>(   ) a) apple</w:t>
      </w:r>
    </w:p>
    <w:p>
      <w:pPr>
        <w:spacing w:after="0"/>
        <w:ind w:left="454"/>
      </w:pPr>
      <w:r>
        <w:t>(   ) b) apples</w:t>
      </w:r>
    </w:p>
    <w:p>
      <w:pPr>
        <w:keepNext/>
        <w:spacing w:before="120"/>
      </w:pPr>
      <w:r>
        <w:t>3. ✏️  I have three ___.</w:t>
      </w:r>
    </w:p>
    <w:p>
      <w:pPr>
        <w:spacing w:after="0"/>
        <w:ind w:left="454"/>
      </w:pPr>
      <w:r>
        <w:t>(   ) a) pencil</w:t>
      </w:r>
    </w:p>
    <w:p>
      <w:pPr>
        <w:spacing w:after="0"/>
        <w:ind w:left="454"/>
      </w:pPr>
      <w:r>
        <w:t>(   ) b) pencils</w:t>
      </w:r>
    </w:p>
    <w:p>
      <w:pPr>
        <w:pStyle w:val="Heading2"/>
      </w:pPr>
      <w:r>
        <w:t>3. True or false?</w:t>
      </w:r>
    </w:p>
    <w:p>
      <w:r>
        <w:rPr>
          <w:i/>
        </w:rPr>
        <w:t>Leia a frase e diga se é verdadeira ou falsa. (True or false?)</w:t>
      </w:r>
    </w:p>
    <w:p>
      <w:pPr>
        <w:keepNext/>
        <w:spacing w:before="120"/>
      </w:pPr>
      <w:r>
        <w:t>1. 🐘  Elephants can fly.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🧊  Ice is cold.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🐟  Fish can swim.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4. ☀️  The sun is blue.</w:t>
      </w:r>
    </w:p>
    <w:p>
      <w:pPr>
        <w:ind w:left="454"/>
      </w:pPr>
      <w:r>
        <w:t>(   ) True        (   ) False</w:t>
      </w:r>
    </w:p>
    <w:p>
      <w:pPr>
        <w:pStyle w:val="Heading2"/>
      </w:pPr>
      <w:r>
        <w:t>4. How are you?</w:t>
      </w:r>
    </w:p>
    <w:p>
      <w:r>
        <w:rPr>
          <w:i/>
        </w:rPr>
        <w:t>Complete o diálogo. (Complete the dialogue.)</w:t>
      </w:r>
    </w:p>
    <w:p>
      <w:r>
        <w:rPr>
          <w:b/>
        </w:rPr>
        <w:t>Word bank:  well  |  you  |  morning</w:t>
      </w:r>
    </w:p>
    <w:p>
      <w:pPr>
        <w:keepNext/>
        <w:spacing w:before="120"/>
      </w:pPr>
      <w:r>
        <w:t>1. A: Good ______________! B: Good morning!</w:t>
      </w:r>
    </w:p>
    <w:p>
      <w:pPr>
        <w:keepNext/>
        <w:spacing w:before="120"/>
      </w:pPr>
      <w:r>
        <w:t>2. A: How are ______________ today?</w:t>
      </w:r>
    </w:p>
    <w:p>
      <w:pPr>
        <w:keepNext/>
        <w:spacing w:before="120"/>
      </w:pPr>
      <w:r>
        <w:t>3. B: I am ______________, thank you.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What is happening?</w:t>
      </w:r>
    </w:p>
    <w:p>
      <w:pPr>
        <w:spacing w:after="0"/>
      </w:pPr>
      <w:r>
        <w:t>1) b) sleeping</w:t>
      </w:r>
    </w:p>
    <w:p>
      <w:pPr>
        <w:spacing w:after="0"/>
      </w:pPr>
      <w:r>
        <w:t>2) a) eating</w:t>
      </w:r>
    </w:p>
    <w:p>
      <w:pPr>
        <w:spacing w:after="0"/>
      </w:pPr>
      <w:r>
        <w:t>3) b) reading</w:t>
      </w:r>
    </w:p>
    <w:p>
      <w:pPr>
        <w:spacing w:after="0"/>
      </w:pPr>
      <w:r>
        <w:t>4) a) playing</w:t>
      </w:r>
    </w:p>
    <w:p>
      <w:r>
        <w:rPr>
          <w:b/>
        </w:rPr>
        <w:t>2. One or more?</w:t>
      </w:r>
    </w:p>
    <w:p>
      <w:pPr>
        <w:spacing w:after="0"/>
      </w:pPr>
      <w:r>
        <w:t>1) b) books</w:t>
      </w:r>
    </w:p>
    <w:p>
      <w:pPr>
        <w:spacing w:after="0"/>
      </w:pPr>
      <w:r>
        <w:t>2) a) apple</w:t>
      </w:r>
    </w:p>
    <w:p>
      <w:pPr>
        <w:spacing w:after="0"/>
      </w:pPr>
      <w:r>
        <w:t>3) b) pencils</w:t>
      </w:r>
    </w:p>
    <w:p>
      <w:r>
        <w:rPr>
          <w:b/>
        </w:rPr>
        <w:t>3. True or false?</w:t>
      </w:r>
    </w:p>
    <w:p>
      <w:pPr>
        <w:spacing w:after="0"/>
      </w:pPr>
      <w:r>
        <w:t>1) False</w:t>
      </w:r>
    </w:p>
    <w:p>
      <w:pPr>
        <w:spacing w:after="0"/>
      </w:pPr>
      <w:r>
        <w:t>2) True</w:t>
      </w:r>
    </w:p>
    <w:p>
      <w:pPr>
        <w:spacing w:after="0"/>
      </w:pPr>
      <w:r>
        <w:t>3) True</w:t>
      </w:r>
    </w:p>
    <w:p>
      <w:pPr>
        <w:spacing w:after="0"/>
      </w:pPr>
      <w:r>
        <w:t>4) False</w:t>
      </w:r>
    </w:p>
    <w:p>
      <w:r>
        <w:rPr>
          <w:b/>
        </w:rPr>
        <w:t>4. How are you?</w:t>
      </w:r>
    </w:p>
    <w:p>
      <w:pPr>
        <w:spacing w:after="0"/>
      </w:pPr>
      <w:r>
        <w:t>1) morning</w:t>
      </w:r>
    </w:p>
    <w:p>
      <w:pPr>
        <w:spacing w:after="0"/>
      </w:pPr>
      <w:r>
        <w:t>2) you</w:t>
      </w:r>
    </w:p>
    <w:p>
      <w:pPr>
        <w:spacing w:after="0"/>
      </w:pPr>
      <w:r>
        <w:t>3) well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2024-01-12T00:00:00Z</dcterms:created>
  <dcterms:modified xsi:type="dcterms:W3CDTF">2024-01-12T00:00:00Z</dcterms:modified>
  <cp:category/>
</cp:coreProperties>
</file>