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Simple present x present continuous</w:t>
      </w:r>
    </w:p>
    <w:p>
      <w:r>
        <w:rPr>
          <w:color w:val="6B6B6B"/>
          <w:sz w:val="18"/>
        </w:rPr>
        <w:t>1ª série · Present continuous · BNCC: EM13LGG403</w:t>
      </w:r>
    </w:p>
    <w:p>
      <w:pPr>
        <w:pStyle w:val="Heading2"/>
      </w:pPr>
      <w:r>
        <w:t>1. Tenses</w:t>
      </w:r>
    </w:p>
    <w:p>
      <w:r>
        <w:rPr>
          <w:i/>
        </w:rPr>
        <w:t>Choose the correct option.</w:t>
      </w:r>
    </w:p>
    <w:p>
      <w:pPr>
        <w:keepNext/>
        <w:spacing w:before="120"/>
      </w:pPr>
      <w:r>
        <w:t>1. She usually ___ (go) to school by bus, but today she ___ (walk).</w:t>
      </w:r>
    </w:p>
    <w:p>
      <w:pPr>
        <w:spacing w:after="0"/>
        <w:ind w:left="454"/>
      </w:pPr>
      <w:r>
        <w:t>(   ) a) goes / walks</w:t>
      </w:r>
    </w:p>
    <w:p>
      <w:pPr>
        <w:spacing w:after="0"/>
        <w:ind w:left="454"/>
      </w:pPr>
      <w:r>
        <w:t>(   ) b) go / is walking</w:t>
      </w:r>
    </w:p>
    <w:p>
      <w:pPr>
        <w:spacing w:after="0"/>
        <w:ind w:left="454"/>
      </w:pPr>
      <w:r>
        <w:t>(   ) c) goes / is walking</w:t>
      </w:r>
    </w:p>
    <w:p>
      <w:pPr>
        <w:spacing w:after="0"/>
        <w:ind w:left="454"/>
      </w:pPr>
      <w:r>
        <w:t>(   ) d) is going / walks</w:t>
      </w:r>
    </w:p>
    <w:p>
      <w:pPr>
        <w:keepNext/>
        <w:spacing w:before="120"/>
      </w:pPr>
      <w:r>
        <w:t>2. Right now, we ___ (study) English, but we usually ___ (play) soccer in the afternoon.</w:t>
      </w:r>
    </w:p>
    <w:p>
      <w:pPr>
        <w:spacing w:after="0"/>
        <w:ind w:left="454"/>
      </w:pPr>
      <w:r>
        <w:t>(   ) a) study / play</w:t>
      </w:r>
    </w:p>
    <w:p>
      <w:pPr>
        <w:spacing w:after="0"/>
        <w:ind w:left="454"/>
      </w:pPr>
      <w:r>
        <w:t>(   ) b) are studying / play</w:t>
      </w:r>
    </w:p>
    <w:p>
      <w:pPr>
        <w:spacing w:after="0"/>
        <w:ind w:left="454"/>
      </w:pPr>
      <w:r>
        <w:t>(   ) c) study / are playing</w:t>
      </w:r>
    </w:p>
    <w:p>
      <w:pPr>
        <w:spacing w:after="0"/>
        <w:ind w:left="454"/>
      </w:pPr>
      <w:r>
        <w:t>(   ) d) are studying / are playing</w:t>
      </w:r>
    </w:p>
    <w:p>
      <w:pPr>
        <w:pStyle w:val="Heading2"/>
      </w:pPr>
      <w:r>
        <w:t>2. Habit or now?</w:t>
      </w:r>
    </w:p>
    <w:p>
      <w:r>
        <w:rPr>
          <w:i/>
        </w:rPr>
        <w:t>Complete with the simple present or the present continuous of the verb in parentheses.</w:t>
      </w:r>
    </w:p>
    <w:p>
      <w:pPr>
        <w:keepNext/>
        <w:spacing w:before="120"/>
      </w:pPr>
      <w:r>
        <w:t>1. Listen! The baby ______________ (cry).</w:t>
      </w:r>
    </w:p>
    <w:p>
      <w:pPr>
        <w:keepNext/>
        <w:spacing w:before="120"/>
      </w:pPr>
      <w:r>
        <w:t>2. My father ______________ (work) in a bank.</w:t>
      </w:r>
    </w:p>
    <w:p>
      <w:pPr>
        <w:keepNext/>
        <w:spacing w:before="120"/>
      </w:pPr>
      <w:r>
        <w:t>3. Look! It ______________ (rain).</w:t>
      </w:r>
    </w:p>
    <w:p>
      <w:pPr>
        <w:keepNext/>
        <w:spacing w:before="120"/>
      </w:pPr>
      <w:r>
        <w:t>4. We ______________ (not / watch) TV at the moment.</w:t>
      </w:r>
    </w:p>
    <w:p>
      <w:pPr>
        <w:keepNext/>
        <w:spacing w:before="120"/>
      </w:pPr>
      <w:r>
        <w:t>5. Lucas ______________ (play) video games every evening.</w:t>
      </w:r>
    </w:p>
    <w:p>
      <w:pPr>
        <w:keepNext/>
        <w:spacing w:before="120"/>
      </w:pPr>
      <w:r>
        <w:t>6. Be quiet! Grandma ______________ (sleep).</w:t>
      </w:r>
    </w:p>
    <w:p>
      <w:pPr>
        <w:pStyle w:val="Heading2"/>
      </w:pPr>
      <w:r>
        <w:t>3. Conditionals and modals</w:t>
      </w:r>
    </w:p>
    <w:p>
      <w:r>
        <w:rPr>
          <w:i/>
        </w:rPr>
        <w:t>Choose the correct option.</w:t>
      </w:r>
    </w:p>
    <w:p>
      <w:pPr>
        <w:keepNext/>
        <w:spacing w:before="120"/>
      </w:pPr>
      <w:r>
        <w:t>1. If I ___ more time, I would travel more.</w:t>
      </w:r>
    </w:p>
    <w:p>
      <w:pPr>
        <w:spacing w:after="0"/>
        <w:ind w:left="454"/>
      </w:pPr>
      <w:r>
        <w:t>(   ) a) have</w:t>
      </w:r>
    </w:p>
    <w:p>
      <w:pPr>
        <w:spacing w:after="0"/>
        <w:ind w:left="454"/>
      </w:pPr>
      <w:r>
        <w:t>(   ) b) will have</w:t>
      </w:r>
    </w:p>
    <w:p>
      <w:pPr>
        <w:spacing w:after="0"/>
        <w:ind w:left="454"/>
      </w:pPr>
      <w:r>
        <w:t>(   ) c) had</w:t>
      </w:r>
    </w:p>
    <w:p>
      <w:pPr>
        <w:spacing w:after="0"/>
        <w:ind w:left="454"/>
      </w:pPr>
      <w:r>
        <w:t>(   ) d) has</w:t>
      </w:r>
    </w:p>
    <w:p>
      <w:pPr>
        <w:keepNext/>
        <w:spacing w:before="120"/>
      </w:pPr>
      <w:r>
        <w:t>2. It's the law: you ___ wear a helmet when you ride a motorcycle.</w:t>
      </w:r>
    </w:p>
    <w:p>
      <w:pPr>
        <w:spacing w:after="0"/>
        <w:ind w:left="454"/>
      </w:pPr>
      <w:r>
        <w:t>(   ) a) can</w:t>
      </w:r>
    </w:p>
    <w:p>
      <w:pPr>
        <w:spacing w:after="0"/>
        <w:ind w:left="454"/>
      </w:pPr>
      <w:r>
        <w:t>(   ) b) must</w:t>
      </w:r>
    </w:p>
    <w:p>
      <w:pPr>
        <w:spacing w:after="0"/>
        <w:ind w:left="454"/>
      </w:pPr>
      <w:r>
        <w:t>(   ) c) may</w:t>
      </w:r>
    </w:p>
    <w:p>
      <w:pPr>
        <w:spacing w:after="0"/>
        <w:ind w:left="454"/>
      </w:pPr>
      <w:r>
        <w:t>(   ) d) mustn't</w:t>
      </w:r>
    </w:p>
    <w:p>
      <w:pPr>
        <w:keepNext/>
        <w:spacing w:before="120"/>
      </w:pPr>
      <w:r>
        <w:t>3. If it ___ tomorrow, we will stay home.</w:t>
      </w:r>
    </w:p>
    <w:p>
      <w:pPr>
        <w:spacing w:after="0"/>
        <w:ind w:left="454"/>
      </w:pPr>
      <w:r>
        <w:t>(   ) a) rains</w:t>
      </w:r>
    </w:p>
    <w:p>
      <w:pPr>
        <w:spacing w:after="0"/>
        <w:ind w:left="454"/>
      </w:pPr>
      <w:r>
        <w:t>(   ) b) rained</w:t>
      </w:r>
    </w:p>
    <w:p>
      <w:pPr>
        <w:spacing w:after="0"/>
        <w:ind w:left="454"/>
      </w:pPr>
      <w:r>
        <w:t>(   ) c) rain</w:t>
      </w:r>
    </w:p>
    <w:p>
      <w:pPr>
        <w:spacing w:after="0"/>
        <w:ind w:left="454"/>
      </w:pPr>
      <w:r>
        <w:t>(   ) d) raining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Tenses</w:t>
      </w:r>
    </w:p>
    <w:p>
      <w:pPr>
        <w:spacing w:after="0"/>
      </w:pPr>
      <w:r>
        <w:t>1) c) goes / is walking</w:t>
      </w:r>
    </w:p>
    <w:p>
      <w:pPr>
        <w:spacing w:after="0"/>
      </w:pPr>
      <w:r>
        <w:t>2) b) are studying / play</w:t>
      </w:r>
    </w:p>
    <w:p>
      <w:r>
        <w:rPr>
          <w:b/>
        </w:rPr>
        <w:t>2. Habit or now?</w:t>
      </w:r>
    </w:p>
    <w:p>
      <w:pPr>
        <w:spacing w:after="0"/>
      </w:pPr>
      <w:r>
        <w:t>1) is crying</w:t>
      </w:r>
    </w:p>
    <w:p>
      <w:pPr>
        <w:spacing w:after="0"/>
      </w:pPr>
      <w:r>
        <w:t>2) works</w:t>
      </w:r>
    </w:p>
    <w:p>
      <w:pPr>
        <w:spacing w:after="0"/>
      </w:pPr>
      <w:r>
        <w:t>3) is raining</w:t>
      </w:r>
    </w:p>
    <w:p>
      <w:pPr>
        <w:spacing w:after="0"/>
      </w:pPr>
      <w:r>
        <w:t>4) aren't watching</w:t>
      </w:r>
    </w:p>
    <w:p>
      <w:pPr>
        <w:spacing w:after="0"/>
      </w:pPr>
      <w:r>
        <w:t>5) plays</w:t>
      </w:r>
    </w:p>
    <w:p>
      <w:pPr>
        <w:spacing w:after="0"/>
      </w:pPr>
      <w:r>
        <w:t>6) is sleeping</w:t>
      </w:r>
    </w:p>
    <w:p>
      <w:r>
        <w:rPr>
          <w:b/>
        </w:rPr>
        <w:t>3. Conditionals and modals</w:t>
      </w:r>
    </w:p>
    <w:p>
      <w:pPr>
        <w:spacing w:after="0"/>
      </w:pPr>
      <w:r>
        <w:t>1) c) had</w:t>
      </w:r>
    </w:p>
    <w:p>
      <w:pPr>
        <w:spacing w:after="0"/>
      </w:pPr>
      <w:r>
        <w:t>2) b) must</w:t>
      </w:r>
    </w:p>
    <w:p>
      <w:pPr>
        <w:spacing w:after="0"/>
      </w:pPr>
      <w:r>
        <w:t>3) a) rains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