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Prepositions, synonyms e antonyms</w:t>
      </w:r>
    </w:p>
    <w:p>
      <w:r>
        <w:rPr>
          <w:color w:val="6B6B6B"/>
          <w:sz w:val="18"/>
        </w:rPr>
        <w:t>5º ano e 6º ano · Prepositions</w:t>
      </w:r>
    </w:p>
    <w:p>
      <w:pPr>
        <w:pStyle w:val="Heading2"/>
      </w:pPr>
      <w:r>
        <w:t>1. Synonyms and antonyms</w:t>
      </w:r>
    </w:p>
    <w:p>
      <w:r>
        <w:rPr>
          <w:i/>
        </w:rPr>
        <w:t>Choose the correct answer.</w:t>
      </w:r>
    </w:p>
    <w:p>
      <w:pPr>
        <w:keepNext/>
        <w:spacing w:before="120"/>
      </w:pPr>
      <w:r>
        <w:t>1. A synonym of "bright" is…</w:t>
      </w:r>
    </w:p>
    <w:p>
      <w:pPr>
        <w:spacing w:after="0"/>
        <w:ind w:left="454"/>
      </w:pPr>
      <w:r>
        <w:t>(   ) a) dim</w:t>
      </w:r>
    </w:p>
    <w:p>
      <w:pPr>
        <w:spacing w:after="0"/>
        <w:ind w:left="454"/>
      </w:pPr>
      <w:r>
        <w:t>(   ) b) shiny</w:t>
      </w:r>
    </w:p>
    <w:p>
      <w:pPr>
        <w:spacing w:after="0"/>
        <w:ind w:left="454"/>
      </w:pPr>
      <w:r>
        <w:t>(   ) c) dark</w:t>
      </w:r>
    </w:p>
    <w:p>
      <w:pPr>
        <w:keepNext/>
        <w:spacing w:before="120"/>
      </w:pPr>
      <w:r>
        <w:t>2. An antonym of "bright" is…</w:t>
      </w:r>
    </w:p>
    <w:p>
      <w:pPr>
        <w:spacing w:after="0"/>
        <w:ind w:left="454"/>
      </w:pPr>
      <w:r>
        <w:t>(   ) a) dim</w:t>
      </w:r>
    </w:p>
    <w:p>
      <w:pPr>
        <w:spacing w:after="0"/>
        <w:ind w:left="454"/>
      </w:pPr>
      <w:r>
        <w:t>(   ) b) shiny</w:t>
      </w:r>
    </w:p>
    <w:p>
      <w:pPr>
        <w:spacing w:after="0"/>
        <w:ind w:left="454"/>
      </w:pPr>
      <w:r>
        <w:t>(   ) c) sunny</w:t>
      </w:r>
    </w:p>
    <w:p>
      <w:pPr>
        <w:keepNext/>
        <w:spacing w:before="120"/>
      </w:pPr>
      <w:r>
        <w:t>3. A synonym of "happy" is…</w:t>
      </w:r>
    </w:p>
    <w:p>
      <w:pPr>
        <w:spacing w:after="0"/>
        <w:ind w:left="454"/>
      </w:pPr>
      <w:r>
        <w:t>(   ) a) sad</w:t>
      </w:r>
    </w:p>
    <w:p>
      <w:pPr>
        <w:spacing w:after="0"/>
        <w:ind w:left="454"/>
      </w:pPr>
      <w:r>
        <w:t>(   ) b) angry</w:t>
      </w:r>
    </w:p>
    <w:p>
      <w:pPr>
        <w:spacing w:after="0"/>
        <w:ind w:left="454"/>
      </w:pPr>
      <w:r>
        <w:t>(   ) c) joyful</w:t>
      </w:r>
    </w:p>
    <w:p>
      <w:pPr>
        <w:keepNext/>
        <w:spacing w:before="120"/>
      </w:pPr>
      <w:r>
        <w:t>4. An antonym of "happy" is…</w:t>
      </w:r>
    </w:p>
    <w:p>
      <w:pPr>
        <w:spacing w:after="0"/>
        <w:ind w:left="454"/>
      </w:pPr>
      <w:r>
        <w:t>(   ) a) glad</w:t>
      </w:r>
    </w:p>
    <w:p>
      <w:pPr>
        <w:spacing w:after="0"/>
        <w:ind w:left="454"/>
      </w:pPr>
      <w:r>
        <w:t>(   ) b) sad</w:t>
      </w:r>
    </w:p>
    <w:p>
      <w:pPr>
        <w:spacing w:after="0"/>
        <w:ind w:left="454"/>
      </w:pPr>
      <w:r>
        <w:t>(   ) c) cheerful</w:t>
      </w:r>
    </w:p>
    <w:p>
      <w:pPr>
        <w:keepNext/>
        <w:spacing w:before="120"/>
      </w:pPr>
      <w:r>
        <w:t>5. A synonym of "big" is…</w:t>
      </w:r>
    </w:p>
    <w:p>
      <w:pPr>
        <w:spacing w:after="0"/>
        <w:ind w:left="454"/>
      </w:pPr>
      <w:r>
        <w:t>(   ) a) large</w:t>
      </w:r>
    </w:p>
    <w:p>
      <w:pPr>
        <w:spacing w:after="0"/>
        <w:ind w:left="454"/>
      </w:pPr>
      <w:r>
        <w:t>(   ) b) small</w:t>
      </w:r>
    </w:p>
    <w:p>
      <w:pPr>
        <w:spacing w:after="0"/>
        <w:ind w:left="454"/>
      </w:pPr>
      <w:r>
        <w:t>(   ) c) short</w:t>
      </w:r>
    </w:p>
    <w:p>
      <w:pPr>
        <w:keepNext/>
        <w:spacing w:before="120"/>
      </w:pPr>
      <w:r>
        <w:t>6. An antonym of "fast" is…</w:t>
      </w:r>
    </w:p>
    <w:p>
      <w:pPr>
        <w:spacing w:after="0"/>
        <w:ind w:left="454"/>
      </w:pPr>
      <w:r>
        <w:t>(   ) a) quick</w:t>
      </w:r>
    </w:p>
    <w:p>
      <w:pPr>
        <w:spacing w:after="0"/>
        <w:ind w:left="454"/>
      </w:pPr>
      <w:r>
        <w:t>(   ) b) rapid</w:t>
      </w:r>
    </w:p>
    <w:p>
      <w:pPr>
        <w:spacing w:after="0"/>
        <w:ind w:left="454"/>
      </w:pPr>
      <w:r>
        <w:t>(   ) c) slow</w:t>
      </w:r>
    </w:p>
    <w:p>
      <w:pPr>
        <w:pStyle w:val="Heading2"/>
      </w:pPr>
      <w:r>
        <w:t>2. Prepositions</w:t>
      </w:r>
    </w:p>
    <w:p>
      <w:r>
        <w:rPr>
          <w:i/>
        </w:rPr>
        <w:t>Complete the sentences with the correct preposition from the box.</w:t>
      </w:r>
    </w:p>
    <w:p>
      <w:r>
        <w:rPr>
          <w:b/>
        </w:rPr>
        <w:t>Word bank:  in  |  on  |  at  |  under</w:t>
      </w:r>
    </w:p>
    <w:p>
      <w:pPr>
        <w:keepNext/>
        <w:spacing w:before="120"/>
      </w:pPr>
      <w:r>
        <w:t>1. 🐱  The cat is sleeping on the floor, ______________ the table.</w:t>
      </w:r>
    </w:p>
    <w:p>
      <w:pPr>
        <w:keepNext/>
        <w:spacing w:before="120"/>
      </w:pPr>
      <w:r>
        <w:t>2. We will meet ______________ 3 p.m.</w:t>
      </w:r>
    </w:p>
    <w:p>
      <w:pPr>
        <w:keepNext/>
        <w:spacing w:before="120"/>
      </w:pPr>
      <w:r>
        <w:t>3. She lives ______________ New York.</w:t>
      </w:r>
    </w:p>
    <w:p>
      <w:pPr>
        <w:keepNext/>
        <w:spacing w:before="120"/>
      </w:pPr>
      <w:r>
        <w:t>4. My birthday is ______________ Monday.</w:t>
      </w:r>
    </w:p>
    <w:p>
      <w:pPr>
        <w:keepNext/>
        <w:spacing w:before="120"/>
      </w:pPr>
      <w:r>
        <w:t>5. The pencils are ______________ the box.</w:t>
      </w:r>
    </w:p>
    <w:p>
      <w:pPr>
        <w:keepNext/>
        <w:spacing w:before="120"/>
      </w:pPr>
      <w:r>
        <w:t>6. The picture is ______________ the wall.</w:t>
      </w:r>
    </w:p>
    <w:p>
      <w:pPr>
        <w:keepNext/>
        <w:spacing w:before="120"/>
      </w:pPr>
      <w:r>
        <w:t>7. I go to bed ______________ night.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Synonyms and antonyms</w:t>
      </w:r>
    </w:p>
    <w:p>
      <w:pPr>
        <w:spacing w:after="0"/>
      </w:pPr>
      <w:r>
        <w:t>1) b) shiny</w:t>
      </w:r>
    </w:p>
    <w:p>
      <w:pPr>
        <w:spacing w:after="0"/>
      </w:pPr>
      <w:r>
        <w:t>2) a) dim</w:t>
      </w:r>
    </w:p>
    <w:p>
      <w:pPr>
        <w:spacing w:after="0"/>
      </w:pPr>
      <w:r>
        <w:t>3) c) joyful</w:t>
      </w:r>
    </w:p>
    <w:p>
      <w:pPr>
        <w:spacing w:after="0"/>
      </w:pPr>
      <w:r>
        <w:t>4) b) sad</w:t>
      </w:r>
    </w:p>
    <w:p>
      <w:pPr>
        <w:spacing w:after="0"/>
      </w:pPr>
      <w:r>
        <w:t>5) a) large</w:t>
      </w:r>
    </w:p>
    <w:p>
      <w:pPr>
        <w:spacing w:after="0"/>
      </w:pPr>
      <w:r>
        <w:t>6) c) slow</w:t>
      </w:r>
    </w:p>
    <w:p>
      <w:r>
        <w:rPr>
          <w:b/>
        </w:rPr>
        <w:t>2. Prepositions</w:t>
      </w:r>
    </w:p>
    <w:p>
      <w:pPr>
        <w:spacing w:after="0"/>
      </w:pPr>
      <w:r>
        <w:t>1) under</w:t>
      </w:r>
    </w:p>
    <w:p>
      <w:pPr>
        <w:spacing w:after="0"/>
      </w:pPr>
      <w:r>
        <w:t>2) at</w:t>
      </w:r>
    </w:p>
    <w:p>
      <w:pPr>
        <w:spacing w:after="0"/>
      </w:pPr>
      <w:r>
        <w:t>3) in</w:t>
      </w:r>
    </w:p>
    <w:p>
      <w:pPr>
        <w:spacing w:after="0"/>
      </w:pPr>
      <w:r>
        <w:t>4) on</w:t>
      </w:r>
    </w:p>
    <w:p>
      <w:pPr>
        <w:spacing w:after="0"/>
      </w:pPr>
      <w:r>
        <w:t>5) in</w:t>
      </w:r>
    </w:p>
    <w:p>
      <w:pPr>
        <w:spacing w:after="0"/>
      </w:pPr>
      <w:r>
        <w:t>6) on</w:t>
      </w:r>
    </w:p>
    <w:p>
      <w:pPr>
        <w:spacing w:after="0"/>
      </w:pPr>
      <w:r>
        <w:t>7) at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